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97357" w14:textId="2881130E" w:rsidR="003C1DA1" w:rsidRDefault="00300C47">
      <w:pPr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AC4CA4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C4CDC9" wp14:editId="58F2DE67">
            <wp:simplePos x="0" y="0"/>
            <wp:positionH relativeFrom="page">
              <wp:posOffset>5080</wp:posOffset>
            </wp:positionH>
            <wp:positionV relativeFrom="paragraph">
              <wp:posOffset>-956945</wp:posOffset>
            </wp:positionV>
            <wp:extent cx="10687050" cy="7554968"/>
            <wp:effectExtent l="0" t="0" r="0" b="825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A1">
        <w:rPr>
          <w:rFonts w:asciiTheme="majorHAnsi" w:hAnsiTheme="majorHAnsi" w:cstheme="majorHAnsi"/>
          <w:b/>
          <w:bCs/>
          <w:color w:val="AC4CA4"/>
          <w:sz w:val="24"/>
          <w:szCs w:val="24"/>
        </w:rPr>
        <w:br w:type="page"/>
      </w:r>
    </w:p>
    <w:p w14:paraId="2607CC54" w14:textId="5A9957C8" w:rsidR="00DC1699" w:rsidRPr="00F016F0" w:rsidRDefault="00F016F0" w:rsidP="00F016F0">
      <w:pPr>
        <w:spacing w:after="100"/>
        <w:ind w:hanging="1134"/>
        <w:rPr>
          <w:rFonts w:asciiTheme="majorHAnsi" w:hAnsiTheme="majorHAnsi" w:cstheme="majorHAnsi"/>
          <w:color w:val="AC4CA4"/>
          <w:sz w:val="24"/>
          <w:szCs w:val="24"/>
        </w:rPr>
      </w:pP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Székhely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Szakértői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Bizottság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 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  <w:r w:rsidRPr="00F016F0">
        <w:rPr>
          <w:rFonts w:asciiTheme="majorHAnsi" w:hAnsiTheme="majorHAnsi" w:cstheme="majorHAnsi"/>
          <w:color w:val="AC4CA4"/>
          <w:sz w:val="24"/>
          <w:szCs w:val="24"/>
        </w:rPr>
        <w:t> </w:t>
      </w:r>
    </w:p>
    <w:tbl>
      <w:tblPr>
        <w:tblStyle w:val="Rcsostblzat"/>
        <w:tblW w:w="16095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386"/>
        <w:gridCol w:w="1674"/>
        <w:gridCol w:w="2153"/>
        <w:gridCol w:w="2345"/>
        <w:gridCol w:w="1661"/>
        <w:gridCol w:w="1030"/>
        <w:gridCol w:w="2554"/>
      </w:tblGrid>
      <w:tr w:rsidR="00644903" w:rsidRPr="00644903" w14:paraId="7FC0D131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0076F581" w14:textId="56F6BDE1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6EB4F807" w14:textId="52DF3D6C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386" w:type="dxa"/>
            <w:shd w:val="clear" w:color="auto" w:fill="B9DD46"/>
            <w:vAlign w:val="center"/>
            <w:hideMark/>
          </w:tcPr>
          <w:p w14:paraId="2F9C29A7" w14:textId="59444C86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14F6B5A0" w14:textId="2C3886EC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2153" w:type="dxa"/>
            <w:shd w:val="clear" w:color="auto" w:fill="B9DD46"/>
            <w:vAlign w:val="center"/>
            <w:hideMark/>
          </w:tcPr>
          <w:p w14:paraId="57A27950" w14:textId="0F9CE833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345" w:type="dxa"/>
            <w:shd w:val="clear" w:color="auto" w:fill="B9DD46"/>
            <w:vAlign w:val="center"/>
            <w:hideMark/>
          </w:tcPr>
          <w:p w14:paraId="0F14E920" w14:textId="1184A58D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661" w:type="dxa"/>
            <w:shd w:val="clear" w:color="auto" w:fill="B9DD46"/>
            <w:vAlign w:val="center"/>
            <w:hideMark/>
          </w:tcPr>
          <w:p w14:paraId="30403C27" w14:textId="28CFCE77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2B50819B" w14:textId="47308691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554" w:type="dxa"/>
            <w:shd w:val="clear" w:color="auto" w:fill="B9DD46"/>
            <w:vAlign w:val="center"/>
            <w:hideMark/>
          </w:tcPr>
          <w:p w14:paraId="4A88DE31" w14:textId="2BA752A0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1D60F55D" w14:textId="77777777" w:rsidTr="00CD3CE1">
        <w:trPr>
          <w:trHeight w:val="885"/>
        </w:trPr>
        <w:tc>
          <w:tcPr>
            <w:tcW w:w="1277" w:type="dxa"/>
            <w:hideMark/>
          </w:tcPr>
          <w:p w14:paraId="4DF2A05D" w14:textId="754D389E" w:rsidR="00127A1C" w:rsidRPr="00127A1C" w:rsidRDefault="00127A1C" w:rsidP="003A1D56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</w:t>
            </w:r>
          </w:p>
          <w:p w14:paraId="6FFEFDDA" w14:textId="2E81EAED" w:rsidR="00127A1C" w:rsidRPr="00127A1C" w:rsidRDefault="00127A1C" w:rsidP="003A1D56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</w:p>
        </w:tc>
        <w:tc>
          <w:tcPr>
            <w:tcW w:w="1015" w:type="dxa"/>
            <w:hideMark/>
          </w:tcPr>
          <w:p w14:paraId="245D8DE2" w14:textId="491E64BB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14:00-15:00</w:t>
            </w:r>
          </w:p>
        </w:tc>
        <w:tc>
          <w:tcPr>
            <w:tcW w:w="2386" w:type="dxa"/>
            <w:hideMark/>
          </w:tcPr>
          <w:p w14:paraId="363543B5" w14:textId="77777777" w:rsidR="00BF61C2" w:rsidRDefault="00044CA3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127A1C"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Székhely Szakértői Bizottság</w:t>
            </w:r>
          </w:p>
          <w:p w14:paraId="2C0BD15C" w14:textId="77777777" w:rsidR="00CD3CE1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1141 Budapest,</w:t>
            </w:r>
          </w:p>
          <w:p w14:paraId="36096279" w14:textId="72E73C93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Mogyoródi út 128.</w:t>
            </w:r>
          </w:p>
        </w:tc>
        <w:tc>
          <w:tcPr>
            <w:tcW w:w="1674" w:type="dxa"/>
            <w:hideMark/>
          </w:tcPr>
          <w:p w14:paraId="21138FF4" w14:textId="249CA844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Szakértői bizottsági tevékenység</w:t>
            </w:r>
          </w:p>
        </w:tc>
        <w:tc>
          <w:tcPr>
            <w:tcW w:w="2153" w:type="dxa"/>
            <w:hideMark/>
          </w:tcPr>
          <w:p w14:paraId="2990EA19" w14:textId="77777777" w:rsidR="009644EF" w:rsidRPr="009644EF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szakértői vizsgálatok útja: folyamattól</w:t>
            </w:r>
          </w:p>
          <w:p w14:paraId="06864EDF" w14:textId="1C37F3CE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döntésig</w:t>
            </w:r>
          </w:p>
        </w:tc>
        <w:tc>
          <w:tcPr>
            <w:tcW w:w="2345" w:type="dxa"/>
            <w:hideMark/>
          </w:tcPr>
          <w:p w14:paraId="698C8292" w14:textId="1B9FCBB5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Betekintés a szakértői vizsgálatok folyamatába</w:t>
            </w:r>
          </w:p>
        </w:tc>
        <w:tc>
          <w:tcPr>
            <w:tcW w:w="1661" w:type="dxa"/>
            <w:hideMark/>
          </w:tcPr>
          <w:p w14:paraId="4E7A18C5" w14:textId="5C56ACB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Pedagógusok</w:t>
            </w:r>
          </w:p>
        </w:tc>
        <w:tc>
          <w:tcPr>
            <w:tcW w:w="1030" w:type="dxa"/>
            <w:hideMark/>
          </w:tcPr>
          <w:p w14:paraId="3D150F77" w14:textId="042CD565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 fő</w:t>
            </w:r>
          </w:p>
        </w:tc>
        <w:tc>
          <w:tcPr>
            <w:tcW w:w="2554" w:type="dxa"/>
            <w:hideMark/>
          </w:tcPr>
          <w:p w14:paraId="50A233E8" w14:textId="79AE2471" w:rsidR="00644903" w:rsidRPr="009644EF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</w:t>
            </w:r>
            <w:r w:rsidR="00644903" w:rsidRPr="009644EF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-m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ailben:</w:t>
            </w:r>
          </w:p>
          <w:p w14:paraId="6BFF1029" w14:textId="47032483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hevesi.eszter.szb@fpsz.net</w:t>
            </w:r>
          </w:p>
          <w:p w14:paraId="331BDD1F" w14:textId="5E9C7E7E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</w:p>
          <w:p w14:paraId="4EFEBB36" w14:textId="34AD9DDD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</w:p>
        </w:tc>
      </w:tr>
      <w:tr w:rsidR="00644903" w:rsidRPr="00644903" w14:paraId="6257D1B3" w14:textId="77777777" w:rsidTr="00CD3CE1">
        <w:trPr>
          <w:trHeight w:val="885"/>
        </w:trPr>
        <w:tc>
          <w:tcPr>
            <w:tcW w:w="1277" w:type="dxa"/>
            <w:hideMark/>
          </w:tcPr>
          <w:p w14:paraId="5BA3913B" w14:textId="75952AEC" w:rsidR="00127A1C" w:rsidRPr="00127A1C" w:rsidRDefault="00127A1C" w:rsidP="003A1D56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</w:t>
            </w:r>
          </w:p>
        </w:tc>
        <w:tc>
          <w:tcPr>
            <w:tcW w:w="1015" w:type="dxa"/>
            <w:hideMark/>
          </w:tcPr>
          <w:p w14:paraId="2D076E75" w14:textId="769C881B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15:00-17:00</w:t>
            </w:r>
          </w:p>
        </w:tc>
        <w:tc>
          <w:tcPr>
            <w:tcW w:w="2386" w:type="dxa"/>
            <w:hideMark/>
          </w:tcPr>
          <w:p w14:paraId="38BDE204" w14:textId="77777777" w:rsidR="00BF61C2" w:rsidRDefault="00044CA3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127A1C"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Székhely Szakértői Bizottság</w:t>
            </w:r>
          </w:p>
          <w:p w14:paraId="27CF7970" w14:textId="77777777" w:rsidR="00CD3CE1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1141 Budapest,</w:t>
            </w:r>
          </w:p>
          <w:p w14:paraId="60DA9837" w14:textId="21BE97BA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Mogyoródi út 128.</w:t>
            </w:r>
          </w:p>
        </w:tc>
        <w:tc>
          <w:tcPr>
            <w:tcW w:w="1674" w:type="dxa"/>
            <w:hideMark/>
          </w:tcPr>
          <w:p w14:paraId="3D0E6EC4" w14:textId="6C7D84A4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Szakértői bizottsági tevékenység</w:t>
            </w:r>
          </w:p>
        </w:tc>
        <w:tc>
          <w:tcPr>
            <w:tcW w:w="2153" w:type="dxa"/>
            <w:hideMark/>
          </w:tcPr>
          <w:p w14:paraId="0F7E2796" w14:textId="77777777" w:rsidR="009644EF" w:rsidRPr="009644EF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Mérés és megértés: teszteljárások</w:t>
            </w:r>
          </w:p>
          <w:p w14:paraId="6DBC278C" w14:textId="194BE433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szakértői munkában</w:t>
            </w:r>
          </w:p>
        </w:tc>
        <w:tc>
          <w:tcPr>
            <w:tcW w:w="2345" w:type="dxa"/>
            <w:hideMark/>
          </w:tcPr>
          <w:p w14:paraId="66461799" w14:textId="601CBB68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tesztek mögött: hogyan mérünk a szakértői vizsgálatok során</w:t>
            </w:r>
          </w:p>
        </w:tc>
        <w:tc>
          <w:tcPr>
            <w:tcW w:w="1661" w:type="dxa"/>
            <w:hideMark/>
          </w:tcPr>
          <w:p w14:paraId="2A043E99" w14:textId="494E600B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Pedagógusok</w:t>
            </w:r>
          </w:p>
        </w:tc>
        <w:tc>
          <w:tcPr>
            <w:tcW w:w="1030" w:type="dxa"/>
            <w:hideMark/>
          </w:tcPr>
          <w:p w14:paraId="7FE22A47" w14:textId="5EC768FA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 fő</w:t>
            </w:r>
          </w:p>
        </w:tc>
        <w:tc>
          <w:tcPr>
            <w:tcW w:w="2554" w:type="dxa"/>
            <w:hideMark/>
          </w:tcPr>
          <w:p w14:paraId="227CD690" w14:textId="231316A3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hevesi.eszter.szb@fpsz.net</w:t>
            </w:r>
          </w:p>
          <w:p w14:paraId="2A401407" w14:textId="2E58408F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</w:p>
          <w:p w14:paraId="774D0F7B" w14:textId="0AB18385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</w:p>
        </w:tc>
      </w:tr>
    </w:tbl>
    <w:p w14:paraId="35E82F1B" w14:textId="750A364B" w:rsidR="009644EF" w:rsidRDefault="009644EF">
      <w:r>
        <w:br w:type="page"/>
      </w:r>
    </w:p>
    <w:p w14:paraId="646A8F9D" w14:textId="4F67B6D9" w:rsidR="00F016F0" w:rsidRPr="00F016F0" w:rsidRDefault="00F016F0" w:rsidP="00F016F0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Korai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Fejlesztési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Centrum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és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Tanácsadó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Szakmai</w:t>
      </w:r>
      <w:proofErr w:type="spellEnd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F016F0">
        <w:rPr>
          <w:rFonts w:asciiTheme="majorHAnsi" w:hAnsiTheme="majorHAnsi" w:cstheme="majorHAnsi"/>
          <w:b/>
          <w:bCs/>
          <w:color w:val="AC4CA4"/>
          <w:sz w:val="24"/>
          <w:szCs w:val="24"/>
        </w:rPr>
        <w:t>Központ</w:t>
      </w:r>
      <w:proofErr w:type="spellEnd"/>
    </w:p>
    <w:tbl>
      <w:tblPr>
        <w:tblStyle w:val="Rcsostblzat"/>
        <w:tblW w:w="16160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386"/>
        <w:gridCol w:w="1637"/>
        <w:gridCol w:w="1870"/>
        <w:gridCol w:w="2770"/>
        <w:gridCol w:w="1519"/>
        <w:gridCol w:w="1030"/>
        <w:gridCol w:w="2656"/>
      </w:tblGrid>
      <w:tr w:rsidR="00644903" w:rsidRPr="00644903" w14:paraId="5FDC6556" w14:textId="77777777" w:rsidTr="00C8662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43DBCDEE" w14:textId="4D1997D2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62780CF5" w14:textId="69E22901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386" w:type="dxa"/>
            <w:shd w:val="clear" w:color="auto" w:fill="B9DD46"/>
            <w:vAlign w:val="center"/>
            <w:hideMark/>
          </w:tcPr>
          <w:p w14:paraId="3296099E" w14:textId="244C03C6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37" w:type="dxa"/>
            <w:shd w:val="clear" w:color="auto" w:fill="B9DD46"/>
            <w:vAlign w:val="center"/>
            <w:hideMark/>
          </w:tcPr>
          <w:p w14:paraId="40FBBA7B" w14:textId="133998CD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142DD07C" w14:textId="23A7AA18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3CA3E9AF" w14:textId="72352857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519" w:type="dxa"/>
            <w:shd w:val="clear" w:color="auto" w:fill="B9DD46"/>
            <w:vAlign w:val="center"/>
            <w:hideMark/>
          </w:tcPr>
          <w:p w14:paraId="7748A0BC" w14:textId="7C5998B3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384B350C" w14:textId="1443F80D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656" w:type="dxa"/>
            <w:shd w:val="clear" w:color="auto" w:fill="B9DD46"/>
            <w:vAlign w:val="center"/>
            <w:hideMark/>
          </w:tcPr>
          <w:p w14:paraId="383EE4CD" w14:textId="0E8FC94B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550BAC91" w14:textId="77777777" w:rsidTr="00C86621">
        <w:trPr>
          <w:trHeight w:val="885"/>
        </w:trPr>
        <w:tc>
          <w:tcPr>
            <w:tcW w:w="1277" w:type="dxa"/>
            <w:hideMark/>
          </w:tcPr>
          <w:p w14:paraId="25287E6B" w14:textId="77777777" w:rsidR="00127A1C" w:rsidRPr="00127A1C" w:rsidRDefault="00127A1C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1D86911C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8:00–8:45 </w:t>
            </w:r>
          </w:p>
        </w:tc>
        <w:tc>
          <w:tcPr>
            <w:tcW w:w="2386" w:type="dxa"/>
            <w:hideMark/>
          </w:tcPr>
          <w:p w14:paraId="4E79A887" w14:textId="5C00D66A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Korai Fejlesztési Centrum és Tanácsadó Szakmai Központ</w:t>
            </w:r>
            <w:r w:rsidR="006906C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Budapest, Izabella u. 1. </w:t>
            </w:r>
          </w:p>
        </w:tc>
        <w:tc>
          <w:tcPr>
            <w:tcW w:w="1637" w:type="dxa"/>
            <w:hideMark/>
          </w:tcPr>
          <w:p w14:paraId="2C431637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24B80749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„Merj másképp érzékelni!” – Szenzoros utazás a gyermek szemével </w:t>
            </w:r>
          </w:p>
        </w:tc>
        <w:tc>
          <w:tcPr>
            <w:tcW w:w="2770" w:type="dxa"/>
            <w:hideMark/>
          </w:tcPr>
          <w:p w14:paraId="42FC440D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Egy különleges élmény, ahol a résztvevők „kilépnek a megszokott érzékelésből”. Saját élményen keresztül tapasztalják meg az érzékszervi eltérések világát, majd közösen értelmezzük: mit élhet át egy kisgyermek? Gyakorlati eszközök + rövid esetbemutatás. </w:t>
            </w:r>
          </w:p>
        </w:tc>
        <w:tc>
          <w:tcPr>
            <w:tcW w:w="1519" w:type="dxa"/>
            <w:hideMark/>
          </w:tcPr>
          <w:p w14:paraId="62CB79F7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szakemberek, hallgatók </w:t>
            </w:r>
          </w:p>
        </w:tc>
        <w:tc>
          <w:tcPr>
            <w:tcW w:w="1030" w:type="dxa"/>
            <w:hideMark/>
          </w:tcPr>
          <w:p w14:paraId="3312F15E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 fő </w:t>
            </w:r>
          </w:p>
        </w:tc>
        <w:tc>
          <w:tcPr>
            <w:tcW w:w="2656" w:type="dxa"/>
            <w:hideMark/>
          </w:tcPr>
          <w:p w14:paraId="0A4C7BBB" w14:textId="77777777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biro.rita.zsofia.kp@fpsz.net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Jelentkezési határidő: 2026.04.15.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A jelentkezéseket az érkezés sorrendjében fogadjuk,</w:t>
            </w:r>
          </w:p>
          <w:p w14:paraId="2BA019FC" w14:textId="499C3FE8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a részvételt visszaigazoló </w:t>
            </w:r>
          </w:p>
          <w:p w14:paraId="78C2678E" w14:textId="361DADC4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 erősítjük meg. </w:t>
            </w:r>
          </w:p>
        </w:tc>
      </w:tr>
      <w:tr w:rsidR="00644903" w:rsidRPr="00644903" w14:paraId="1FB5EC13" w14:textId="77777777" w:rsidTr="00C86621">
        <w:trPr>
          <w:trHeight w:val="885"/>
        </w:trPr>
        <w:tc>
          <w:tcPr>
            <w:tcW w:w="1277" w:type="dxa"/>
            <w:hideMark/>
          </w:tcPr>
          <w:p w14:paraId="3BE82BCA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4E4BA8D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9:00–9:45 </w:t>
            </w:r>
          </w:p>
        </w:tc>
        <w:tc>
          <w:tcPr>
            <w:tcW w:w="2386" w:type="dxa"/>
            <w:hideMark/>
          </w:tcPr>
          <w:p w14:paraId="65D588B7" w14:textId="4A989E61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Korai Fejlesztési Centrum és Tanácsadó Szakmai Központ</w:t>
            </w:r>
            <w:r w:rsidR="006906C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Budapest, Izabella u. 1. </w:t>
            </w:r>
          </w:p>
        </w:tc>
        <w:tc>
          <w:tcPr>
            <w:tcW w:w="1637" w:type="dxa"/>
            <w:hideMark/>
          </w:tcPr>
          <w:p w14:paraId="4BEAB7FC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06A120C8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„Ami a szemnek nem látható…” – Látássérült kisgyermekek világa </w:t>
            </w:r>
          </w:p>
        </w:tc>
        <w:tc>
          <w:tcPr>
            <w:tcW w:w="2770" w:type="dxa"/>
            <w:hideMark/>
          </w:tcPr>
          <w:p w14:paraId="6E735126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Mit jelent „másképp látni”? Kipróbálható helyzetek, eszközök és fejlesztési lehetőségek. Valós eset bemutatása segít megérteni a korai támogatás kulcspontjait – és azt, mit tehetünk mi a mindennapokban. </w:t>
            </w:r>
          </w:p>
        </w:tc>
        <w:tc>
          <w:tcPr>
            <w:tcW w:w="1519" w:type="dxa"/>
            <w:hideMark/>
          </w:tcPr>
          <w:p w14:paraId="58FD1D5B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szakemberek, hallgatók </w:t>
            </w:r>
          </w:p>
        </w:tc>
        <w:tc>
          <w:tcPr>
            <w:tcW w:w="1030" w:type="dxa"/>
            <w:hideMark/>
          </w:tcPr>
          <w:p w14:paraId="015C2453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 fő </w:t>
            </w:r>
          </w:p>
        </w:tc>
        <w:tc>
          <w:tcPr>
            <w:tcW w:w="2656" w:type="dxa"/>
            <w:hideMark/>
          </w:tcPr>
          <w:p w14:paraId="2185DC1E" w14:textId="77777777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biro.rita.zsofia.kp@fpsz.net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Jelentkezési határidő: 2026.04.15.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 xml:space="preserve">A jelentkezéseket az érkezés sorrendjében fogadjuk, </w:t>
            </w:r>
          </w:p>
          <w:p w14:paraId="6D6AD296" w14:textId="1EE7110D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a részvételt visszaigazoló </w:t>
            </w:r>
          </w:p>
          <w:p w14:paraId="46EA25B8" w14:textId="452667D9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 erősítjük meg. </w:t>
            </w:r>
          </w:p>
        </w:tc>
      </w:tr>
      <w:tr w:rsidR="00644903" w:rsidRPr="00644903" w14:paraId="0E271207" w14:textId="77777777" w:rsidTr="00C86621">
        <w:trPr>
          <w:trHeight w:val="553"/>
        </w:trPr>
        <w:tc>
          <w:tcPr>
            <w:tcW w:w="1277" w:type="dxa"/>
            <w:hideMark/>
          </w:tcPr>
          <w:p w14:paraId="212E46E2" w14:textId="1AD41621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</w:t>
            </w:r>
            <w:r w:rsidR="00F016F0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</w:t>
            </w:r>
          </w:p>
        </w:tc>
        <w:tc>
          <w:tcPr>
            <w:tcW w:w="1015" w:type="dxa"/>
            <w:hideMark/>
          </w:tcPr>
          <w:p w14:paraId="07620580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10:00–10:45 </w:t>
            </w:r>
          </w:p>
        </w:tc>
        <w:tc>
          <w:tcPr>
            <w:tcW w:w="2386" w:type="dxa"/>
            <w:hideMark/>
          </w:tcPr>
          <w:p w14:paraId="5679B838" w14:textId="6B27C6AC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Korai Fejlesztési Centrum és Tanácsadó Szakmai Központ</w:t>
            </w:r>
            <w:r w:rsidR="00BF61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Budapest, Izabella u. 1. </w:t>
            </w:r>
          </w:p>
        </w:tc>
        <w:tc>
          <w:tcPr>
            <w:tcW w:w="1637" w:type="dxa"/>
            <w:hideMark/>
          </w:tcPr>
          <w:p w14:paraId="169D2971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264B9983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„Amikor a hangok máshogy szólnak…” – Hallás és kommunikáció új nézőpontból </w:t>
            </w:r>
          </w:p>
        </w:tc>
        <w:tc>
          <w:tcPr>
            <w:tcW w:w="2770" w:type="dxa"/>
            <w:hideMark/>
          </w:tcPr>
          <w:p w14:paraId="3D4CF8AD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Interaktív élmény, ahol a résztvevők megtapasztalhatják a kommunikáció nehézségeit hallássérülés esetén. Konkrét fejlesztési stratégiák, eszközök és egy inspiráló esetbemutatás. </w:t>
            </w:r>
          </w:p>
        </w:tc>
        <w:tc>
          <w:tcPr>
            <w:tcW w:w="1519" w:type="dxa"/>
            <w:hideMark/>
          </w:tcPr>
          <w:p w14:paraId="4CECE6A1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szakemberek, hallgatók </w:t>
            </w:r>
          </w:p>
        </w:tc>
        <w:tc>
          <w:tcPr>
            <w:tcW w:w="1030" w:type="dxa"/>
            <w:hideMark/>
          </w:tcPr>
          <w:p w14:paraId="375889E7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 fő </w:t>
            </w:r>
          </w:p>
        </w:tc>
        <w:tc>
          <w:tcPr>
            <w:tcW w:w="2656" w:type="dxa"/>
            <w:hideMark/>
          </w:tcPr>
          <w:p w14:paraId="41A26A9B" w14:textId="77777777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biro.rita.zsofia.kp@fpsz.net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Jelentkezési határidő: 2026.04.15.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A jelentkezéseket az érkezés sorrendjében fogadjuk,</w:t>
            </w:r>
          </w:p>
          <w:p w14:paraId="1A31AEEC" w14:textId="548D0916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a részvételt visszaigazoló </w:t>
            </w:r>
          </w:p>
          <w:p w14:paraId="27E81980" w14:textId="3811B3F6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 erősítjük meg. </w:t>
            </w:r>
          </w:p>
        </w:tc>
      </w:tr>
      <w:tr w:rsidR="00644903" w:rsidRPr="00644903" w14:paraId="35F204B6" w14:textId="77777777" w:rsidTr="00C86621">
        <w:trPr>
          <w:trHeight w:val="885"/>
        </w:trPr>
        <w:tc>
          <w:tcPr>
            <w:tcW w:w="1277" w:type="dxa"/>
            <w:hideMark/>
          </w:tcPr>
          <w:p w14:paraId="0BEB57CF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E945BB1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11:00–11:45 </w:t>
            </w:r>
          </w:p>
        </w:tc>
        <w:tc>
          <w:tcPr>
            <w:tcW w:w="2386" w:type="dxa"/>
            <w:hideMark/>
          </w:tcPr>
          <w:p w14:paraId="7C8E77AE" w14:textId="716E881A" w:rsidR="00127A1C" w:rsidRPr="00127A1C" w:rsidRDefault="00127A1C" w:rsidP="006906C8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Korai Fejlesztési Centrum és Tanácsadó Szakmai Központ</w:t>
            </w:r>
            <w:r w:rsidR="00BF61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Budapest, Izabella u. 1. </w:t>
            </w:r>
          </w:p>
        </w:tc>
        <w:tc>
          <w:tcPr>
            <w:tcW w:w="1637" w:type="dxa"/>
            <w:hideMark/>
          </w:tcPr>
          <w:p w14:paraId="00923B03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04EE8BAE" w14:textId="77777777" w:rsidR="00127A1C" w:rsidRPr="00127A1C" w:rsidRDefault="00127A1C" w:rsidP="00B921E6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„Érzékek játéka” – Amikor minden összekapcsolódik </w:t>
            </w:r>
          </w:p>
        </w:tc>
        <w:tc>
          <w:tcPr>
            <w:tcW w:w="2770" w:type="dxa"/>
            <w:hideMark/>
          </w:tcPr>
          <w:p w14:paraId="4E713E6B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Multiszenzoros élményfoglalkozás: hogyan dolgozik együtt a mozgás, az érzékelés és a figyelem? Játékos helyzetek,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lastRenderedPageBreak/>
              <w:t>kipróbálható gyakorlatok, majd közös szakmai értelmezés és esetfeldolgozás. </w:t>
            </w:r>
          </w:p>
        </w:tc>
        <w:tc>
          <w:tcPr>
            <w:tcW w:w="1519" w:type="dxa"/>
            <w:hideMark/>
          </w:tcPr>
          <w:p w14:paraId="69747AA6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lastRenderedPageBreak/>
              <w:t>Szülők, szakemberek, hallgatók </w:t>
            </w:r>
          </w:p>
        </w:tc>
        <w:tc>
          <w:tcPr>
            <w:tcW w:w="1030" w:type="dxa"/>
            <w:hideMark/>
          </w:tcPr>
          <w:p w14:paraId="349222D9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 fő </w:t>
            </w:r>
          </w:p>
        </w:tc>
        <w:tc>
          <w:tcPr>
            <w:tcW w:w="2656" w:type="dxa"/>
            <w:hideMark/>
          </w:tcPr>
          <w:p w14:paraId="0179C928" w14:textId="77777777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biro.rita.zsofia.kp@fpsz.net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Jelentkezési határidő: 2026.04.15.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lastRenderedPageBreak/>
              <w:t>A jelentkezéseket az érkezés sorrendjében fogadjuk,</w:t>
            </w:r>
          </w:p>
          <w:p w14:paraId="32BEA3CB" w14:textId="5A517170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a részvételt visszaigazoló </w:t>
            </w:r>
          </w:p>
          <w:p w14:paraId="1C564DC3" w14:textId="7F10634E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 erősítjük meg. </w:t>
            </w:r>
          </w:p>
        </w:tc>
      </w:tr>
      <w:tr w:rsidR="00644903" w:rsidRPr="00644903" w14:paraId="5D705513" w14:textId="77777777" w:rsidTr="00C86621">
        <w:trPr>
          <w:trHeight w:val="885"/>
        </w:trPr>
        <w:tc>
          <w:tcPr>
            <w:tcW w:w="1277" w:type="dxa"/>
            <w:hideMark/>
          </w:tcPr>
          <w:p w14:paraId="20AB8FEA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lastRenderedPageBreak/>
              <w:t>2026.04.20. </w:t>
            </w:r>
          </w:p>
        </w:tc>
        <w:tc>
          <w:tcPr>
            <w:tcW w:w="1015" w:type="dxa"/>
            <w:hideMark/>
          </w:tcPr>
          <w:p w14:paraId="70BCB6A8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12:00–12:45 </w:t>
            </w:r>
          </w:p>
        </w:tc>
        <w:tc>
          <w:tcPr>
            <w:tcW w:w="2386" w:type="dxa"/>
            <w:hideMark/>
          </w:tcPr>
          <w:p w14:paraId="12B84325" w14:textId="10BD55FE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Korai Fejlesztési Centrum és Tanácsadó Szakmai Központ</w:t>
            </w:r>
            <w:r w:rsidR="00BF61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Budapest, Izabella u. 1. </w:t>
            </w:r>
          </w:p>
        </w:tc>
        <w:tc>
          <w:tcPr>
            <w:tcW w:w="1637" w:type="dxa"/>
            <w:hideMark/>
          </w:tcPr>
          <w:p w14:paraId="41F49C83" w14:textId="77777777" w:rsidR="00127A1C" w:rsidRPr="00127A1C" w:rsidRDefault="00127A1C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60251EA9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„Egy történet – sok válasz” – Valós eset, közös gondolkodás </w:t>
            </w:r>
          </w:p>
        </w:tc>
        <w:tc>
          <w:tcPr>
            <w:tcW w:w="2770" w:type="dxa"/>
            <w:hideMark/>
          </w:tcPr>
          <w:p w14:paraId="0B1627C4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Egy komplex, érzékszervi érintettségű kisgyermek történetén keresztül betekintés a korai intervenció folyamatába. Szülői és szakmai nézőpontok találkozása, kérdések, dilemmák és gyakorlati megoldások. </w:t>
            </w:r>
          </w:p>
        </w:tc>
        <w:tc>
          <w:tcPr>
            <w:tcW w:w="1519" w:type="dxa"/>
            <w:hideMark/>
          </w:tcPr>
          <w:p w14:paraId="6C005308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szakemberek, hallgatók </w:t>
            </w:r>
          </w:p>
        </w:tc>
        <w:tc>
          <w:tcPr>
            <w:tcW w:w="1030" w:type="dxa"/>
            <w:hideMark/>
          </w:tcPr>
          <w:p w14:paraId="637E4906" w14:textId="77777777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656" w:type="dxa"/>
            <w:hideMark/>
          </w:tcPr>
          <w:p w14:paraId="56E7520C" w14:textId="77777777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biro.rita.zsofia.kp@fpsz.net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Jelentkezési határidő: 2026.04.15. </w:t>
            </w: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br/>
              <w:t>A jelentkezéseket az érkezés sorrendjében fogadjuk,</w:t>
            </w:r>
          </w:p>
          <w:p w14:paraId="176F2B91" w14:textId="3FC07F7A" w:rsidR="00B921E6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a részvételt visszaigazoló </w:t>
            </w:r>
          </w:p>
          <w:p w14:paraId="06A4056A" w14:textId="569E7158" w:rsidR="00127A1C" w:rsidRPr="00127A1C" w:rsidRDefault="00127A1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127A1C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 erősítjük meg.  </w:t>
            </w:r>
          </w:p>
        </w:tc>
      </w:tr>
    </w:tbl>
    <w:p w14:paraId="23D1D8C1" w14:textId="380C7F70" w:rsidR="009644EF" w:rsidRDefault="009644EF"/>
    <w:p w14:paraId="5281C381" w14:textId="77777777" w:rsidR="009644EF" w:rsidRDefault="009644EF">
      <w:r>
        <w:br w:type="page"/>
      </w:r>
    </w:p>
    <w:p w14:paraId="5C86BCF9" w14:textId="6BD50A70" w:rsidR="009644EF" w:rsidRPr="006D6DDE" w:rsidRDefault="006D6DDE" w:rsidP="006D6DDE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2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1961"/>
        <w:gridCol w:w="1674"/>
        <w:gridCol w:w="2437"/>
        <w:gridCol w:w="3119"/>
        <w:gridCol w:w="1661"/>
        <w:gridCol w:w="1030"/>
        <w:gridCol w:w="2128"/>
      </w:tblGrid>
      <w:tr w:rsidR="00644903" w:rsidRPr="00644903" w14:paraId="2B7966B0" w14:textId="77777777" w:rsidTr="00CD3CE1">
        <w:tc>
          <w:tcPr>
            <w:tcW w:w="1277" w:type="dxa"/>
            <w:shd w:val="clear" w:color="auto" w:fill="B9DD46"/>
            <w:vAlign w:val="center"/>
          </w:tcPr>
          <w:p w14:paraId="14368876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1015" w:type="dxa"/>
            <w:shd w:val="clear" w:color="auto" w:fill="B9DD46"/>
            <w:vAlign w:val="center"/>
          </w:tcPr>
          <w:p w14:paraId="0B1DD775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1961" w:type="dxa"/>
            <w:shd w:val="clear" w:color="auto" w:fill="B9DD46"/>
            <w:vAlign w:val="center"/>
          </w:tcPr>
          <w:p w14:paraId="12DF6D03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674" w:type="dxa"/>
            <w:shd w:val="clear" w:color="auto" w:fill="B9DD46"/>
            <w:vAlign w:val="center"/>
          </w:tcPr>
          <w:p w14:paraId="2065C6D6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437" w:type="dxa"/>
            <w:shd w:val="clear" w:color="auto" w:fill="B9DD46"/>
            <w:vAlign w:val="center"/>
          </w:tcPr>
          <w:p w14:paraId="7B89C2CD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 xml:space="preserve">Program </w:t>
            </w: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3119" w:type="dxa"/>
            <w:shd w:val="clear" w:color="auto" w:fill="B9DD46"/>
            <w:vAlign w:val="center"/>
          </w:tcPr>
          <w:p w14:paraId="6F03221D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Rövid</w:t>
            </w:r>
            <w:proofErr w:type="spellEnd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 xml:space="preserve"> </w:t>
            </w: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661" w:type="dxa"/>
            <w:shd w:val="clear" w:color="auto" w:fill="B9DD46"/>
            <w:vAlign w:val="center"/>
          </w:tcPr>
          <w:p w14:paraId="6640A540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591065AF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128" w:type="dxa"/>
            <w:shd w:val="clear" w:color="auto" w:fill="B9DD46"/>
            <w:vAlign w:val="center"/>
          </w:tcPr>
          <w:p w14:paraId="6519D7D1" w14:textId="77777777" w:rsidR="009826A8" w:rsidRPr="006906C8" w:rsidRDefault="004824FA" w:rsidP="004D3A45">
            <w:pPr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</w:rPr>
            </w:pP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Jelentkezés</w:t>
            </w:r>
            <w:proofErr w:type="spellEnd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 xml:space="preserve"> </w:t>
            </w:r>
            <w:proofErr w:type="spellStart"/>
            <w:r w:rsidRPr="006906C8">
              <w:rPr>
                <w:rFonts w:asciiTheme="majorHAnsi" w:hAnsiTheme="majorHAnsi" w:cstheme="majorHAnsi"/>
                <w:b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681FBDCC" w14:textId="77777777" w:rsidTr="00CD3CE1">
        <w:trPr>
          <w:trHeight w:val="890"/>
        </w:trPr>
        <w:tc>
          <w:tcPr>
            <w:tcW w:w="1277" w:type="dxa"/>
          </w:tcPr>
          <w:p w14:paraId="6F5E33E1" w14:textId="77777777" w:rsidR="009826A8" w:rsidRPr="009644EF" w:rsidRDefault="004824FA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2026.04.20.</w:t>
            </w:r>
          </w:p>
          <w:p w14:paraId="0BF933C8" w14:textId="77777777" w:rsidR="009826A8" w:rsidRPr="009644EF" w:rsidRDefault="001309B1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  <w:tc>
          <w:tcPr>
            <w:tcW w:w="1015" w:type="dxa"/>
          </w:tcPr>
          <w:p w14:paraId="724428A4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8:00-9:00</w:t>
            </w:r>
          </w:p>
        </w:tc>
        <w:tc>
          <w:tcPr>
            <w:tcW w:w="1961" w:type="dxa"/>
          </w:tcPr>
          <w:p w14:paraId="418E2211" w14:textId="77777777" w:rsidR="00BF61C2" w:rsidRDefault="00044CA3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 xml:space="preserve">FPSZ </w:t>
            </w:r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I.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3F72C4E6" w14:textId="77777777" w:rsidR="00CD3CE1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1012 Budapest,</w:t>
            </w:r>
          </w:p>
          <w:p w14:paraId="68FCE406" w14:textId="27A3514D" w:rsidR="003F24ED" w:rsidRPr="009644EF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Logodi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u. 80.</w:t>
            </w:r>
          </w:p>
        </w:tc>
        <w:tc>
          <w:tcPr>
            <w:tcW w:w="1674" w:type="dxa"/>
          </w:tcPr>
          <w:p w14:paraId="48C4AE9E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</w:p>
        </w:tc>
        <w:tc>
          <w:tcPr>
            <w:tcW w:w="2437" w:type="dxa"/>
          </w:tcPr>
          <w:p w14:paraId="3C6BC794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Komplex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korai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</w:p>
        </w:tc>
        <w:tc>
          <w:tcPr>
            <w:tcW w:w="3119" w:type="dxa"/>
          </w:tcPr>
          <w:p w14:paraId="0DD44CFD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nyílt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óra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keretében</w:t>
            </w:r>
            <w:proofErr w:type="spellEnd"/>
          </w:p>
        </w:tc>
        <w:tc>
          <w:tcPr>
            <w:tcW w:w="1661" w:type="dxa"/>
          </w:tcPr>
          <w:p w14:paraId="249A3FAF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</w:p>
        </w:tc>
        <w:tc>
          <w:tcPr>
            <w:tcW w:w="1030" w:type="dxa"/>
          </w:tcPr>
          <w:p w14:paraId="4C89D1C6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2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2128" w:type="dxa"/>
          </w:tcPr>
          <w:p w14:paraId="5E41716B" w14:textId="77777777" w:rsidR="009826A8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: info.01@fpsz.net</w:t>
            </w:r>
          </w:p>
          <w:p w14:paraId="0FA90392" w14:textId="77777777" w:rsidR="00DB7A2F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61FAA884" w14:textId="77777777" w:rsidR="00DB7A2F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903" w:rsidRPr="00644903" w14:paraId="69194947" w14:textId="77777777" w:rsidTr="00CD3CE1">
        <w:trPr>
          <w:trHeight w:val="890"/>
        </w:trPr>
        <w:tc>
          <w:tcPr>
            <w:tcW w:w="1277" w:type="dxa"/>
          </w:tcPr>
          <w:p w14:paraId="1FF12D12" w14:textId="77777777" w:rsidR="003F24ED" w:rsidRPr="009644EF" w:rsidRDefault="004824FA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2026.04.20.</w:t>
            </w:r>
          </w:p>
        </w:tc>
        <w:tc>
          <w:tcPr>
            <w:tcW w:w="1015" w:type="dxa"/>
          </w:tcPr>
          <w:p w14:paraId="025ACAB5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9:00-10:00</w:t>
            </w:r>
          </w:p>
        </w:tc>
        <w:tc>
          <w:tcPr>
            <w:tcW w:w="1961" w:type="dxa"/>
          </w:tcPr>
          <w:p w14:paraId="6696D5D2" w14:textId="77777777" w:rsidR="00BF61C2" w:rsidRDefault="00044CA3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I.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1597FF6D" w14:textId="77777777" w:rsidR="00CD3CE1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1012 Budapest,</w:t>
            </w:r>
          </w:p>
          <w:p w14:paraId="78FF01F5" w14:textId="48984B92" w:rsidR="003F24ED" w:rsidRPr="009644EF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Logodi</w:t>
            </w:r>
            <w:proofErr w:type="spellEnd"/>
            <w:r w:rsidR="00044CA3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u.80.</w:t>
            </w:r>
          </w:p>
        </w:tc>
        <w:tc>
          <w:tcPr>
            <w:tcW w:w="1674" w:type="dxa"/>
          </w:tcPr>
          <w:p w14:paraId="69FB0D50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</w:p>
        </w:tc>
        <w:tc>
          <w:tcPr>
            <w:tcW w:w="2437" w:type="dxa"/>
          </w:tcPr>
          <w:p w14:paraId="5F3A92E6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Mozgásfejlesztési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eszközbemutató</w:t>
            </w:r>
            <w:proofErr w:type="spellEnd"/>
          </w:p>
        </w:tc>
        <w:tc>
          <w:tcPr>
            <w:tcW w:w="3119" w:type="dxa"/>
          </w:tcPr>
          <w:p w14:paraId="01C0DCFC" w14:textId="77777777" w:rsidR="00B921E6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Mozgásfejlesztő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eszközök</w:t>
            </w:r>
            <w:proofErr w:type="spellEnd"/>
          </w:p>
          <w:p w14:paraId="65225D6A" w14:textId="643C8B82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terápiás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lehetőségek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</w:p>
        </w:tc>
        <w:tc>
          <w:tcPr>
            <w:tcW w:w="1661" w:type="dxa"/>
          </w:tcPr>
          <w:p w14:paraId="72669FDE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</w:p>
        </w:tc>
        <w:tc>
          <w:tcPr>
            <w:tcW w:w="1030" w:type="dxa"/>
          </w:tcPr>
          <w:p w14:paraId="66100B38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4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2128" w:type="dxa"/>
          </w:tcPr>
          <w:p w14:paraId="108B620D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: info.01@fpsz.net</w:t>
            </w:r>
          </w:p>
          <w:p w14:paraId="4E3D461E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1FB7CBFC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903" w:rsidRPr="00644903" w14:paraId="3C67B1CA" w14:textId="77777777" w:rsidTr="00CD3CE1">
        <w:trPr>
          <w:trHeight w:val="787"/>
        </w:trPr>
        <w:tc>
          <w:tcPr>
            <w:tcW w:w="1277" w:type="dxa"/>
          </w:tcPr>
          <w:p w14:paraId="18ACB37D" w14:textId="77777777" w:rsidR="003F24ED" w:rsidRPr="009644EF" w:rsidRDefault="004824FA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2026.04.20.</w:t>
            </w:r>
          </w:p>
        </w:tc>
        <w:tc>
          <w:tcPr>
            <w:tcW w:w="1015" w:type="dxa"/>
          </w:tcPr>
          <w:p w14:paraId="346E7DD4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10:00-11:00</w:t>
            </w:r>
          </w:p>
        </w:tc>
        <w:tc>
          <w:tcPr>
            <w:tcW w:w="1961" w:type="dxa"/>
          </w:tcPr>
          <w:p w14:paraId="1C83D938" w14:textId="77777777" w:rsidR="00BF61C2" w:rsidRDefault="00044CA3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I.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71DF1400" w14:textId="77777777" w:rsidR="00CD3CE1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1012 Budapest,</w:t>
            </w:r>
          </w:p>
          <w:p w14:paraId="1A1C8B84" w14:textId="31DC7772" w:rsidR="003F24ED" w:rsidRPr="009644EF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Logodi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u. 80.</w:t>
            </w:r>
          </w:p>
        </w:tc>
        <w:tc>
          <w:tcPr>
            <w:tcW w:w="1674" w:type="dxa"/>
          </w:tcPr>
          <w:p w14:paraId="54211687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Szakértői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bizottsági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tevékenység</w:t>
            </w:r>
            <w:proofErr w:type="spellEnd"/>
          </w:p>
        </w:tc>
        <w:tc>
          <w:tcPr>
            <w:tcW w:w="2437" w:type="dxa"/>
          </w:tcPr>
          <w:p w14:paraId="146A0F23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Diagnosztikai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eszköztár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bemutató</w:t>
            </w:r>
            <w:proofErr w:type="spellEnd"/>
          </w:p>
        </w:tc>
        <w:tc>
          <w:tcPr>
            <w:tcW w:w="3119" w:type="dxa"/>
          </w:tcPr>
          <w:p w14:paraId="43D3803D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Vizsgálati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eszközök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bemutatója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.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Ismeretterjesztő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workshop</w:t>
            </w:r>
          </w:p>
        </w:tc>
        <w:tc>
          <w:tcPr>
            <w:tcW w:w="1661" w:type="dxa"/>
          </w:tcPr>
          <w:p w14:paraId="23EB8BCA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</w:p>
        </w:tc>
        <w:tc>
          <w:tcPr>
            <w:tcW w:w="1030" w:type="dxa"/>
          </w:tcPr>
          <w:p w14:paraId="1E5E7FE1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4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2128" w:type="dxa"/>
          </w:tcPr>
          <w:p w14:paraId="2A5C96C2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: info.01@fpsz.net</w:t>
            </w:r>
          </w:p>
          <w:p w14:paraId="3D1056E9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36E2F898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903" w:rsidRPr="00644903" w14:paraId="7A45E31A" w14:textId="77777777" w:rsidTr="00CD3CE1">
        <w:trPr>
          <w:trHeight w:val="890"/>
        </w:trPr>
        <w:tc>
          <w:tcPr>
            <w:tcW w:w="1277" w:type="dxa"/>
          </w:tcPr>
          <w:p w14:paraId="6B67CD41" w14:textId="77777777" w:rsidR="003F24ED" w:rsidRPr="009644EF" w:rsidRDefault="004824FA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2026.04.20.</w:t>
            </w:r>
          </w:p>
        </w:tc>
        <w:tc>
          <w:tcPr>
            <w:tcW w:w="1015" w:type="dxa"/>
          </w:tcPr>
          <w:p w14:paraId="083A2D3A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11:00-12:00</w:t>
            </w:r>
          </w:p>
        </w:tc>
        <w:tc>
          <w:tcPr>
            <w:tcW w:w="1961" w:type="dxa"/>
          </w:tcPr>
          <w:p w14:paraId="6E9E5911" w14:textId="77777777" w:rsidR="00BF61C2" w:rsidRDefault="00044CA3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I.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3306C715" w14:textId="77777777" w:rsidR="00CD3CE1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1012 Budapest,</w:t>
            </w:r>
          </w:p>
          <w:p w14:paraId="1DBED1D7" w14:textId="5F7F55AD" w:rsidR="003F24ED" w:rsidRPr="009644EF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Logodi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u. 80.</w:t>
            </w:r>
          </w:p>
        </w:tc>
        <w:tc>
          <w:tcPr>
            <w:tcW w:w="1674" w:type="dxa"/>
          </w:tcPr>
          <w:p w14:paraId="3C84E59F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</w:p>
        </w:tc>
        <w:tc>
          <w:tcPr>
            <w:tcW w:w="2437" w:type="dxa"/>
          </w:tcPr>
          <w:p w14:paraId="5169C74C" w14:textId="77777777" w:rsidR="003F24ED" w:rsidRPr="009644EF" w:rsidRDefault="004824FA" w:rsidP="004D3A45">
            <w:pPr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Beszédindítás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módszertani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bemutató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</w:p>
        </w:tc>
        <w:tc>
          <w:tcPr>
            <w:tcW w:w="3119" w:type="dxa"/>
          </w:tcPr>
          <w:p w14:paraId="620F93D6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Módszertani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bemutató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nyílt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óra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keretében</w:t>
            </w:r>
            <w:proofErr w:type="spellEnd"/>
          </w:p>
        </w:tc>
        <w:tc>
          <w:tcPr>
            <w:tcW w:w="1661" w:type="dxa"/>
          </w:tcPr>
          <w:p w14:paraId="0AA761CC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</w:p>
        </w:tc>
        <w:tc>
          <w:tcPr>
            <w:tcW w:w="1030" w:type="dxa"/>
          </w:tcPr>
          <w:p w14:paraId="525F758C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2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2128" w:type="dxa"/>
          </w:tcPr>
          <w:p w14:paraId="332D5CAB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: info.01@fpsz.net</w:t>
            </w:r>
          </w:p>
          <w:p w14:paraId="6E48D9AB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7BD3753F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903" w:rsidRPr="00644903" w14:paraId="32256D3B" w14:textId="77777777" w:rsidTr="00CD3CE1">
        <w:trPr>
          <w:trHeight w:val="890"/>
        </w:trPr>
        <w:tc>
          <w:tcPr>
            <w:tcW w:w="1277" w:type="dxa"/>
          </w:tcPr>
          <w:p w14:paraId="65A3C1BE" w14:textId="77777777" w:rsidR="003F24ED" w:rsidRPr="009644EF" w:rsidRDefault="004824FA" w:rsidP="003A1D56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2026.04.20.</w:t>
            </w:r>
          </w:p>
        </w:tc>
        <w:tc>
          <w:tcPr>
            <w:tcW w:w="1015" w:type="dxa"/>
          </w:tcPr>
          <w:p w14:paraId="564C8F42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12:00-13:00</w:t>
            </w:r>
          </w:p>
        </w:tc>
        <w:tc>
          <w:tcPr>
            <w:tcW w:w="1961" w:type="dxa"/>
          </w:tcPr>
          <w:p w14:paraId="052ADFC6" w14:textId="77777777" w:rsidR="00BF61C2" w:rsidRDefault="00044CA3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I.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4824FA" w:rsidRPr="009644EF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644746FF" w14:textId="77777777" w:rsidR="00CD3CE1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1012 Budapest,</w:t>
            </w:r>
          </w:p>
          <w:p w14:paraId="4A90DA95" w14:textId="596A763F" w:rsidR="004D3A45" w:rsidRPr="009644EF" w:rsidRDefault="004824FA" w:rsidP="006906C8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Logodi</w:t>
            </w:r>
            <w:proofErr w:type="spellEnd"/>
            <w:r w:rsidR="003A1D56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u. 80</w:t>
            </w:r>
            <w:r w:rsidR="004D3A45" w:rsidRPr="009644EF">
              <w:rPr>
                <w:rFonts w:asciiTheme="majorHAnsi" w:hAnsiTheme="majorHAnsi" w:cstheme="majorHAnsi"/>
                <w:color w:val="595959" w:themeColor="text1" w:themeTint="A6"/>
              </w:rPr>
              <w:t>.</w:t>
            </w:r>
          </w:p>
        </w:tc>
        <w:tc>
          <w:tcPr>
            <w:tcW w:w="1674" w:type="dxa"/>
          </w:tcPr>
          <w:p w14:paraId="321E57E0" w14:textId="77777777" w:rsidR="003F24ED" w:rsidRPr="009644EF" w:rsidRDefault="004824FA" w:rsidP="004D3A45">
            <w:pPr>
              <w:jc w:val="both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Gyógytestnevelés</w:t>
            </w:r>
            <w:proofErr w:type="spellEnd"/>
          </w:p>
        </w:tc>
        <w:tc>
          <w:tcPr>
            <w:tcW w:w="2437" w:type="dxa"/>
          </w:tcPr>
          <w:p w14:paraId="511E0CBB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Gerinc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stabilizáló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mobilizáló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ismertetése</w:t>
            </w:r>
            <w:proofErr w:type="spellEnd"/>
          </w:p>
        </w:tc>
        <w:tc>
          <w:tcPr>
            <w:tcW w:w="3119" w:type="dxa"/>
          </w:tcPr>
          <w:p w14:paraId="08DB5268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Elméleti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gyakorlati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workshop.</w:t>
            </w:r>
          </w:p>
        </w:tc>
        <w:tc>
          <w:tcPr>
            <w:tcW w:w="1661" w:type="dxa"/>
          </w:tcPr>
          <w:p w14:paraId="60F5058B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</w:p>
        </w:tc>
        <w:tc>
          <w:tcPr>
            <w:tcW w:w="1030" w:type="dxa"/>
          </w:tcPr>
          <w:p w14:paraId="32E29451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4 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2128" w:type="dxa"/>
          </w:tcPr>
          <w:p w14:paraId="3960B3B4" w14:textId="77777777" w:rsidR="003F24ED" w:rsidRPr="009644EF" w:rsidRDefault="004824FA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9644EF">
              <w:rPr>
                <w:rFonts w:asciiTheme="majorHAnsi" w:hAnsiTheme="majorHAnsi" w:cstheme="majorHAnsi"/>
                <w:color w:val="595959" w:themeColor="text1" w:themeTint="A6"/>
              </w:rPr>
              <w:t>: info.01@fpsz.net</w:t>
            </w:r>
          </w:p>
          <w:p w14:paraId="5F6EA10E" w14:textId="77777777" w:rsidR="003F24ED" w:rsidRPr="009644EF" w:rsidRDefault="001309B1" w:rsidP="004D3A4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</w:tbl>
    <w:p w14:paraId="57360135" w14:textId="04DA0C0C" w:rsidR="002E0FB2" w:rsidRDefault="002E0FB2"/>
    <w:p w14:paraId="3C0CE667" w14:textId="77777777" w:rsidR="002E0FB2" w:rsidRDefault="002E0FB2">
      <w:r>
        <w:br w:type="page"/>
      </w:r>
    </w:p>
    <w:p w14:paraId="38613925" w14:textId="0E8796FA" w:rsidR="009644EF" w:rsidRPr="006D6DDE" w:rsidRDefault="006D6DDE" w:rsidP="006D6DDE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1819"/>
        <w:gridCol w:w="1843"/>
        <w:gridCol w:w="2409"/>
        <w:gridCol w:w="2770"/>
        <w:gridCol w:w="1661"/>
        <w:gridCol w:w="1030"/>
        <w:gridCol w:w="2477"/>
      </w:tblGrid>
      <w:tr w:rsidR="00644903" w:rsidRPr="00644903" w14:paraId="4D976E28" w14:textId="77777777" w:rsidTr="00CD3CE1">
        <w:trPr>
          <w:trHeight w:val="531"/>
        </w:trPr>
        <w:tc>
          <w:tcPr>
            <w:tcW w:w="1277" w:type="dxa"/>
            <w:shd w:val="clear" w:color="auto" w:fill="B9DD46"/>
            <w:vAlign w:val="center"/>
          </w:tcPr>
          <w:p w14:paraId="2C8BFF22" w14:textId="3D29E90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1015" w:type="dxa"/>
            <w:shd w:val="clear" w:color="auto" w:fill="B9DD46"/>
            <w:vAlign w:val="center"/>
          </w:tcPr>
          <w:p w14:paraId="11C78828" w14:textId="0BDEC1BD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1819" w:type="dxa"/>
            <w:shd w:val="clear" w:color="auto" w:fill="B9DD46"/>
            <w:vAlign w:val="center"/>
          </w:tcPr>
          <w:p w14:paraId="2EBF20FA" w14:textId="7BBB289A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843" w:type="dxa"/>
            <w:shd w:val="clear" w:color="auto" w:fill="B9DD46"/>
            <w:vAlign w:val="center"/>
          </w:tcPr>
          <w:p w14:paraId="7560E45E" w14:textId="56119DF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409" w:type="dxa"/>
            <w:shd w:val="clear" w:color="auto" w:fill="B9DD46"/>
            <w:vAlign w:val="center"/>
          </w:tcPr>
          <w:p w14:paraId="2125EA47" w14:textId="7CE52C7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770" w:type="dxa"/>
            <w:shd w:val="clear" w:color="auto" w:fill="B9DD46"/>
            <w:vAlign w:val="center"/>
          </w:tcPr>
          <w:p w14:paraId="469970A5" w14:textId="7EE701F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661" w:type="dxa"/>
            <w:shd w:val="clear" w:color="auto" w:fill="B9DD46"/>
            <w:vAlign w:val="center"/>
          </w:tcPr>
          <w:p w14:paraId="07835564" w14:textId="7F42E73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546FA2F0" w14:textId="44AE549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477" w:type="dxa"/>
            <w:shd w:val="clear" w:color="auto" w:fill="B9DD46"/>
            <w:vAlign w:val="center"/>
          </w:tcPr>
          <w:p w14:paraId="59CAA136" w14:textId="6EF03D0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62E8A7DA" w14:textId="77777777" w:rsidTr="00CD3CE1">
        <w:trPr>
          <w:trHeight w:val="890"/>
        </w:trPr>
        <w:tc>
          <w:tcPr>
            <w:tcW w:w="1277" w:type="dxa"/>
          </w:tcPr>
          <w:p w14:paraId="21AB8B14" w14:textId="296A5F03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4D0331BE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15" w:type="dxa"/>
          </w:tcPr>
          <w:p w14:paraId="0E9817B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8:30-10:00 </w:t>
            </w:r>
          </w:p>
        </w:tc>
        <w:tc>
          <w:tcPr>
            <w:tcW w:w="1819" w:type="dxa"/>
          </w:tcPr>
          <w:p w14:paraId="5237B7EB" w14:textId="6A6EAF62" w:rsidR="00BF61C2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II. </w:t>
            </w:r>
            <w:proofErr w:type="spellStart"/>
            <w:r w:rsidR="007F280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</w:t>
            </w:r>
            <w:r w:rsidR="004064A5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</w:t>
            </w:r>
            <w:proofErr w:type="spellEnd"/>
          </w:p>
          <w:p w14:paraId="7BD1E10D" w14:textId="77B0BC6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1022 Budapest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Marczibányi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1. </w:t>
            </w:r>
          </w:p>
        </w:tc>
        <w:tc>
          <w:tcPr>
            <w:tcW w:w="1843" w:type="dxa"/>
          </w:tcPr>
          <w:p w14:paraId="3DB3A450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5E23CF68" w14:textId="77777777" w:rsid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Logopéldák-Hallod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különbséget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?</w:t>
            </w:r>
          </w:p>
          <w:p w14:paraId="2FB35CD1" w14:textId="74D302E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Mi meg is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mutatjuk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! </w:t>
            </w:r>
          </w:p>
        </w:tc>
        <w:tc>
          <w:tcPr>
            <w:tcW w:w="2770" w:type="dxa"/>
          </w:tcPr>
          <w:p w14:paraId="0EFC89E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- workshop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keretében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661" w:type="dxa"/>
          </w:tcPr>
          <w:p w14:paraId="094343C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48CE3F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nincs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korlát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77" w:type="dxa"/>
          </w:tcPr>
          <w:p w14:paraId="3CAEAE3F" w14:textId="77777777" w:rsidR="004D3A45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</w:t>
            </w:r>
          </w:p>
          <w:p w14:paraId="55FCEBA3" w14:textId="76B72515" w:rsidR="00EB78CC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pinter.szilvia.02@fpsz.net</w:t>
            </w:r>
          </w:p>
        </w:tc>
      </w:tr>
      <w:tr w:rsidR="00644903" w:rsidRPr="00644903" w14:paraId="75A29772" w14:textId="77777777" w:rsidTr="00CD3CE1">
        <w:trPr>
          <w:trHeight w:val="890"/>
        </w:trPr>
        <w:tc>
          <w:tcPr>
            <w:tcW w:w="1277" w:type="dxa"/>
          </w:tcPr>
          <w:p w14:paraId="4223313E" w14:textId="53FAC5E5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5B24EEB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11:00 -12:30 </w:t>
            </w:r>
          </w:p>
          <w:p w14:paraId="32E7B2F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19" w:type="dxa"/>
          </w:tcPr>
          <w:p w14:paraId="6E7F1612" w14:textId="77777777" w:rsidR="004064A5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II. </w:t>
            </w:r>
            <w:proofErr w:type="spellStart"/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</w:t>
            </w: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</w:t>
            </w:r>
            <w:proofErr w:type="spellEnd"/>
          </w:p>
          <w:p w14:paraId="7DCA3DB7" w14:textId="1C7EAF18" w:rsidR="00EB78CC" w:rsidRPr="00EB78CC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1022 Budapest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Marczibányi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1. </w:t>
            </w:r>
          </w:p>
        </w:tc>
        <w:tc>
          <w:tcPr>
            <w:tcW w:w="1843" w:type="dxa"/>
          </w:tcPr>
          <w:p w14:paraId="52AEA352" w14:textId="77777777" w:rsidR="00EB78CC" w:rsidRPr="00B921E6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B921E6">
              <w:rPr>
                <w:rFonts w:asciiTheme="majorHAnsi" w:hAnsiTheme="majorHAnsi" w:cstheme="majorHAnsi"/>
                <w:color w:val="595959" w:themeColor="text1" w:themeTint="A6"/>
              </w:rPr>
              <w:t>Gyógytestnevelés</w:t>
            </w:r>
            <w:proofErr w:type="spellEnd"/>
            <w:r w:rsidRPr="00B921E6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5131B6AB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"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Minnovációnk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"-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tapasztaljuk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meg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együtt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hétköznapi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eszközök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kreatív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használatát</w:t>
            </w:r>
            <w:proofErr w:type="spellEnd"/>
          </w:p>
          <w:p w14:paraId="10BC54C9" w14:textId="7C9EA4C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gyógytestnevelés</w:t>
            </w:r>
            <w:proofErr w:type="spellEnd"/>
            <w:r w:rsid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órán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! </w:t>
            </w:r>
          </w:p>
        </w:tc>
        <w:tc>
          <w:tcPr>
            <w:tcW w:w="2770" w:type="dxa"/>
          </w:tcPr>
          <w:p w14:paraId="240D6E4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x 20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perces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órarészek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 30 perc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konzultációs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lehetőség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24B4ED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661" w:type="dxa"/>
          </w:tcPr>
          <w:p w14:paraId="0E1B58E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4A2F745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nincs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korlát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77" w:type="dxa"/>
          </w:tcPr>
          <w:p w14:paraId="14149B9D" w14:textId="40A08A12" w:rsidR="00EB78CC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 pinter.szilvia.02@fpsz.net  </w:t>
            </w:r>
          </w:p>
        </w:tc>
      </w:tr>
      <w:tr w:rsidR="00644903" w:rsidRPr="00644903" w14:paraId="7BD204F5" w14:textId="77777777" w:rsidTr="00CD3CE1">
        <w:trPr>
          <w:trHeight w:val="890"/>
        </w:trPr>
        <w:tc>
          <w:tcPr>
            <w:tcW w:w="1277" w:type="dxa"/>
          </w:tcPr>
          <w:p w14:paraId="78DE2B64" w14:textId="0952D74F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7E3388F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8:30-11:00 </w:t>
            </w:r>
          </w:p>
        </w:tc>
        <w:tc>
          <w:tcPr>
            <w:tcW w:w="1819" w:type="dxa"/>
          </w:tcPr>
          <w:p w14:paraId="65FA2949" w14:textId="77777777" w:rsidR="004064A5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II. </w:t>
            </w:r>
            <w:proofErr w:type="spellStart"/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</w:t>
            </w: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</w:t>
            </w:r>
            <w:proofErr w:type="spellEnd"/>
          </w:p>
          <w:p w14:paraId="1A19A23A" w14:textId="490EC4CA" w:rsidR="00EB78CC" w:rsidRPr="00EB78CC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1022 Budapest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Marczibányi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1. </w:t>
            </w:r>
          </w:p>
        </w:tc>
        <w:tc>
          <w:tcPr>
            <w:tcW w:w="1843" w:type="dxa"/>
          </w:tcPr>
          <w:p w14:paraId="64715DB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Szakértői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Bizottsági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tevékenység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6C251CB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Kérdések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válaszok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szakértői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vizsgálatokról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66CC174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workshop </w:t>
            </w:r>
          </w:p>
        </w:tc>
        <w:tc>
          <w:tcPr>
            <w:tcW w:w="1661" w:type="dxa"/>
          </w:tcPr>
          <w:p w14:paraId="3EA728C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2DD38C5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nincs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korlát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77" w:type="dxa"/>
          </w:tcPr>
          <w:p w14:paraId="3810E946" w14:textId="290C1C49" w:rsidR="00EB78CC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 pinter.szilvia.02@fpsz.net  </w:t>
            </w:r>
          </w:p>
        </w:tc>
      </w:tr>
      <w:tr w:rsidR="00644903" w:rsidRPr="00644903" w14:paraId="12B8D6F1" w14:textId="77777777" w:rsidTr="00CD3CE1">
        <w:trPr>
          <w:trHeight w:val="890"/>
        </w:trPr>
        <w:tc>
          <w:tcPr>
            <w:tcW w:w="1277" w:type="dxa"/>
          </w:tcPr>
          <w:p w14:paraId="1D558B85" w14:textId="78CCDD36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75D6283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8:30-11:00 </w:t>
            </w:r>
          </w:p>
        </w:tc>
        <w:tc>
          <w:tcPr>
            <w:tcW w:w="1819" w:type="dxa"/>
          </w:tcPr>
          <w:p w14:paraId="28B79468" w14:textId="77777777" w:rsidR="004064A5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II. </w:t>
            </w:r>
            <w:proofErr w:type="spellStart"/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</w:t>
            </w: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</w:t>
            </w:r>
            <w:proofErr w:type="spellEnd"/>
          </w:p>
          <w:p w14:paraId="33D1709E" w14:textId="25C523F6" w:rsidR="00EB78CC" w:rsidRPr="00EB78CC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1022 Budapest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Marczibányi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1. </w:t>
            </w:r>
          </w:p>
        </w:tc>
        <w:tc>
          <w:tcPr>
            <w:tcW w:w="1843" w:type="dxa"/>
          </w:tcPr>
          <w:p w14:paraId="04DA1E84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Tanácsadás-pszichológiai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ellátás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36DF6F39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Pszichokuckó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: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Biztonságos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gyermekeknek</w:t>
            </w:r>
            <w:proofErr w:type="spellEnd"/>
          </w:p>
          <w:p w14:paraId="3ED15B83" w14:textId="5C2C9F1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00B074D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workshop  </w:t>
            </w:r>
          </w:p>
        </w:tc>
        <w:tc>
          <w:tcPr>
            <w:tcW w:w="1661" w:type="dxa"/>
          </w:tcPr>
          <w:p w14:paraId="0C7F94E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157F52B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nincs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korlát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77" w:type="dxa"/>
          </w:tcPr>
          <w:p w14:paraId="54F5E209" w14:textId="77777777" w:rsidR="004D3A45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</w:t>
            </w:r>
          </w:p>
          <w:p w14:paraId="06916413" w14:textId="270DDBA4" w:rsidR="00EB78CC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pinter.szilvia.02@fpsz.net   </w:t>
            </w:r>
          </w:p>
        </w:tc>
      </w:tr>
      <w:tr w:rsidR="00644903" w:rsidRPr="00644903" w14:paraId="1ACA58B6" w14:textId="77777777" w:rsidTr="00CD3CE1">
        <w:trPr>
          <w:trHeight w:val="890"/>
        </w:trPr>
        <w:tc>
          <w:tcPr>
            <w:tcW w:w="1277" w:type="dxa"/>
          </w:tcPr>
          <w:p w14:paraId="0D5B37D0" w14:textId="0AD8515B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7F78EBF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8:30-11:00 </w:t>
            </w:r>
          </w:p>
        </w:tc>
        <w:tc>
          <w:tcPr>
            <w:tcW w:w="1819" w:type="dxa"/>
          </w:tcPr>
          <w:p w14:paraId="1FB6223C" w14:textId="77777777" w:rsidR="004064A5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II. </w:t>
            </w:r>
            <w:proofErr w:type="spellStart"/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</w:t>
            </w: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</w:t>
            </w:r>
            <w:proofErr w:type="spellEnd"/>
          </w:p>
          <w:p w14:paraId="5D008465" w14:textId="294C214E" w:rsidR="00EB78CC" w:rsidRPr="00EB78CC" w:rsidRDefault="004064A5" w:rsidP="004064A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1022 Budapest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Marczibányi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1. </w:t>
            </w:r>
          </w:p>
        </w:tc>
        <w:tc>
          <w:tcPr>
            <w:tcW w:w="1843" w:type="dxa"/>
          </w:tcPr>
          <w:p w14:paraId="77E3FCA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Tanácsadás-gyógypedagógiai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ellátás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409" w:type="dxa"/>
          </w:tcPr>
          <w:p w14:paraId="00610E2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Sokoldalú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képességfejlesztés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2667D1F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- workshop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keretében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661" w:type="dxa"/>
          </w:tcPr>
          <w:p w14:paraId="77EDEF1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DFABDE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nincs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korlát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77" w:type="dxa"/>
          </w:tcPr>
          <w:p w14:paraId="7260C819" w14:textId="77777777" w:rsidR="003A1D56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</w:t>
            </w:r>
          </w:p>
          <w:p w14:paraId="139D7626" w14:textId="248D98D6" w:rsidR="00EB78CC" w:rsidRP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CD3CE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pinter.szilvia.02@fpsz.net  </w:t>
            </w:r>
          </w:p>
        </w:tc>
      </w:tr>
    </w:tbl>
    <w:p w14:paraId="4DD923D2" w14:textId="1ED8A120" w:rsidR="009644EF" w:rsidRDefault="009644EF"/>
    <w:p w14:paraId="77AA0204" w14:textId="501C58E6" w:rsidR="00CD3CE1" w:rsidRDefault="00CD3CE1"/>
    <w:p w14:paraId="30B275F8" w14:textId="77777777" w:rsidR="00CD3CE1" w:rsidRDefault="00CD3CE1" w:rsidP="006906C8">
      <w:pPr>
        <w:spacing w:after="120"/>
        <w:ind w:hanging="1134"/>
      </w:pPr>
    </w:p>
    <w:p w14:paraId="2BCECA3A" w14:textId="77777777" w:rsidR="00CD3CE1" w:rsidRDefault="00CD3CE1" w:rsidP="006906C8">
      <w:pPr>
        <w:spacing w:after="120"/>
        <w:ind w:hanging="1134"/>
      </w:pPr>
    </w:p>
    <w:p w14:paraId="6EAEAF4D" w14:textId="496466F6" w:rsidR="006906C8" w:rsidRPr="006906C8" w:rsidRDefault="006906C8" w:rsidP="006906C8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I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41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1984"/>
        <w:gridCol w:w="1843"/>
        <w:gridCol w:w="1870"/>
        <w:gridCol w:w="2524"/>
        <w:gridCol w:w="1418"/>
        <w:gridCol w:w="1030"/>
        <w:gridCol w:w="3445"/>
      </w:tblGrid>
      <w:tr w:rsidR="00644903" w:rsidRPr="00644903" w14:paraId="22DFD69B" w14:textId="77777777" w:rsidTr="00CD3CE1">
        <w:trPr>
          <w:trHeight w:val="553"/>
        </w:trPr>
        <w:tc>
          <w:tcPr>
            <w:tcW w:w="1277" w:type="dxa"/>
            <w:shd w:val="clear" w:color="auto" w:fill="B9DD46"/>
            <w:vAlign w:val="center"/>
          </w:tcPr>
          <w:p w14:paraId="2DCB31A1" w14:textId="72838A6E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850" w:type="dxa"/>
            <w:shd w:val="clear" w:color="auto" w:fill="B9DD46"/>
            <w:vAlign w:val="center"/>
          </w:tcPr>
          <w:p w14:paraId="673BB711" w14:textId="3B6296B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1984" w:type="dxa"/>
            <w:shd w:val="clear" w:color="auto" w:fill="B9DD46"/>
            <w:vAlign w:val="center"/>
          </w:tcPr>
          <w:p w14:paraId="78EAEF3F" w14:textId="503DEFB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843" w:type="dxa"/>
            <w:shd w:val="clear" w:color="auto" w:fill="B9DD46"/>
            <w:vAlign w:val="center"/>
          </w:tcPr>
          <w:p w14:paraId="67E94F8D" w14:textId="7322CAAC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1870" w:type="dxa"/>
            <w:shd w:val="clear" w:color="auto" w:fill="B9DD46"/>
            <w:vAlign w:val="center"/>
          </w:tcPr>
          <w:p w14:paraId="7C9DC43D" w14:textId="18C61E5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524" w:type="dxa"/>
            <w:shd w:val="clear" w:color="auto" w:fill="B9DD46"/>
            <w:vAlign w:val="center"/>
          </w:tcPr>
          <w:p w14:paraId="4B7E4734" w14:textId="03870B8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418" w:type="dxa"/>
            <w:shd w:val="clear" w:color="auto" w:fill="B9DD46"/>
            <w:vAlign w:val="center"/>
          </w:tcPr>
          <w:p w14:paraId="467E7739" w14:textId="6ED23A0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7CB09DAB" w14:textId="1208B4F3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3445" w:type="dxa"/>
            <w:shd w:val="clear" w:color="auto" w:fill="B9DD46"/>
            <w:vAlign w:val="center"/>
          </w:tcPr>
          <w:p w14:paraId="1E9DB2C4" w14:textId="73128DBD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2A95D698" w14:textId="77777777" w:rsidTr="00CD3CE1">
        <w:trPr>
          <w:trHeight w:val="890"/>
        </w:trPr>
        <w:tc>
          <w:tcPr>
            <w:tcW w:w="1277" w:type="dxa"/>
          </w:tcPr>
          <w:p w14:paraId="70824128" w14:textId="14A256C9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500A7ED0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5136A1E5" w14:textId="41E13DD2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9:30- </w:t>
            </w:r>
          </w:p>
          <w:p w14:paraId="37EDAAF4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10:30 </w:t>
            </w:r>
          </w:p>
        </w:tc>
        <w:tc>
          <w:tcPr>
            <w:tcW w:w="1984" w:type="dxa"/>
          </w:tcPr>
          <w:p w14:paraId="11BF0B31" w14:textId="77777777" w:rsidR="00BF61C2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 III.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63174B3E" w14:textId="77777777" w:rsidR="00B921E6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1035 Budapest,</w:t>
            </w:r>
          </w:p>
          <w:p w14:paraId="072D84E5" w14:textId="6427B9FF" w:rsidR="00EB78CC" w:rsidRPr="00EB78CC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Vihar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31. </w:t>
            </w:r>
          </w:p>
        </w:tc>
        <w:tc>
          <w:tcPr>
            <w:tcW w:w="1843" w:type="dxa"/>
          </w:tcPr>
          <w:p w14:paraId="3B471ACE" w14:textId="77777777" w:rsidR="00B921E6" w:rsidRDefault="00EB78CC" w:rsidP="009644EF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</w:t>
            </w:r>
            <w:proofErr w:type="spellEnd"/>
          </w:p>
          <w:p w14:paraId="784FFBA9" w14:textId="1C06935F" w:rsidR="00EB78CC" w:rsidRPr="00EB78CC" w:rsidRDefault="00EB78CC" w:rsidP="009644EF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tanácsadás</w:t>
            </w:r>
            <w:proofErr w:type="spellEnd"/>
          </w:p>
        </w:tc>
        <w:tc>
          <w:tcPr>
            <w:tcW w:w="1870" w:type="dxa"/>
          </w:tcPr>
          <w:p w14:paraId="70CA95E9" w14:textId="19246A0A" w:rsidR="00EB78CC" w:rsidRPr="00EB78CC" w:rsidRDefault="00EB78CC" w:rsidP="002E0FB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Csoportos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foglalkozás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lehetőségei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a 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fejlesztésben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5F3999FE" w14:textId="3CE6335D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bevonásának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folyamat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során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3FD593B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F90C9A4" w14:textId="1613E8D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</w:t>
            </w:r>
            <w:r w:rsidR="003A1D56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445" w:type="dxa"/>
          </w:tcPr>
          <w:p w14:paraId="7094839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47EEADFE" w14:textId="39AC60D7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9" w:history="1">
              <w:r w:rsidR="003A1D56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voros.emese.03@fpsz.net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</w:tr>
      <w:tr w:rsidR="00644903" w:rsidRPr="00644903" w14:paraId="61476D64" w14:textId="77777777" w:rsidTr="00CD3CE1">
        <w:trPr>
          <w:trHeight w:val="890"/>
        </w:trPr>
        <w:tc>
          <w:tcPr>
            <w:tcW w:w="1277" w:type="dxa"/>
          </w:tcPr>
          <w:p w14:paraId="799DB336" w14:textId="7FE6501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0B940051" w14:textId="0F03C4D3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 </w:t>
            </w:r>
          </w:p>
          <w:p w14:paraId="47DCD687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10:00 </w:t>
            </w:r>
          </w:p>
        </w:tc>
        <w:tc>
          <w:tcPr>
            <w:tcW w:w="1984" w:type="dxa"/>
          </w:tcPr>
          <w:p w14:paraId="54A181E8" w14:textId="77777777" w:rsidR="00BF61C2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III.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</w:t>
            </w:r>
            <w:r w:rsidR="006906C8">
              <w:rPr>
                <w:rFonts w:asciiTheme="majorHAnsi" w:hAnsiTheme="majorHAnsi" w:cstheme="majorHAnsi"/>
                <w:color w:val="595959" w:themeColor="text1" w:themeTint="A6"/>
              </w:rPr>
              <w:t>e</w:t>
            </w:r>
            <w:proofErr w:type="spellEnd"/>
          </w:p>
          <w:p w14:paraId="3499053F" w14:textId="77777777" w:rsidR="00B921E6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1035 Budapest, </w:t>
            </w:r>
          </w:p>
          <w:p w14:paraId="7EDAC1CA" w14:textId="0FAE810A" w:rsidR="00EB78CC" w:rsidRPr="00EB78CC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Vihar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31. </w:t>
            </w:r>
          </w:p>
        </w:tc>
        <w:tc>
          <w:tcPr>
            <w:tcW w:w="1843" w:type="dxa"/>
          </w:tcPr>
          <w:p w14:paraId="2949551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70" w:type="dxa"/>
          </w:tcPr>
          <w:p w14:paraId="7D527D8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Szociális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készségfejlesztés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lehetőségei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 </w:t>
            </w:r>
          </w:p>
          <w:p w14:paraId="60A61E3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5FE15E1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Indikációk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folyamat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felépítésének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63E2C6A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0DED01D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586D5067" w14:textId="790D80D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</w:t>
            </w:r>
            <w:r w:rsidR="003A1D56" w:rsidRPr="009644EF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445" w:type="dxa"/>
          </w:tcPr>
          <w:p w14:paraId="74B2667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469289A" w14:textId="0D65189F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0" w:history="1">
              <w:r w:rsidR="003A1D56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seltenreich.zorka.03@fpsz.net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</w:tr>
      <w:tr w:rsidR="00644903" w:rsidRPr="00644903" w14:paraId="0FC9E1B9" w14:textId="77777777" w:rsidTr="00CD3CE1">
        <w:trPr>
          <w:trHeight w:val="890"/>
        </w:trPr>
        <w:tc>
          <w:tcPr>
            <w:tcW w:w="1277" w:type="dxa"/>
          </w:tcPr>
          <w:p w14:paraId="080E18F1" w14:textId="2F8D30BF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1FDF79D2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15:30-16:15 </w:t>
            </w:r>
          </w:p>
        </w:tc>
        <w:tc>
          <w:tcPr>
            <w:tcW w:w="1984" w:type="dxa"/>
          </w:tcPr>
          <w:p w14:paraId="3246C961" w14:textId="77777777" w:rsidR="00BF61C2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III.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2A9AFEBF" w14:textId="77777777" w:rsidR="00B921E6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1035 Budapest,</w:t>
            </w:r>
          </w:p>
          <w:p w14:paraId="51E45691" w14:textId="3DE8E4B6" w:rsidR="00EB78CC" w:rsidRPr="00EB78CC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Szél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11-13. </w:t>
            </w:r>
          </w:p>
        </w:tc>
        <w:tc>
          <w:tcPr>
            <w:tcW w:w="1843" w:type="dxa"/>
          </w:tcPr>
          <w:p w14:paraId="3FD9C79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70" w:type="dxa"/>
          </w:tcPr>
          <w:p w14:paraId="20CA368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Komplex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logopédiai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nyelvi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késő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gyermekek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számára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0899E67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-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nyílt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óra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132BBA9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0FA1749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445" w:type="dxa"/>
          </w:tcPr>
          <w:p w14:paraId="4002A0D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65D48F75" w14:textId="5B78E75D" w:rsidR="00EB78CC" w:rsidRPr="00C86621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hyperlink r:id="rId11" w:history="1">
              <w:r w:rsidR="003A1D56" w:rsidRPr="00C86621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  <w:sz w:val="20"/>
                  <w:szCs w:val="20"/>
                </w:rPr>
                <w:t>gulacsine.mikoczy.timea.03@fpsz.net</w:t>
              </w:r>
            </w:hyperlink>
            <w:r w:rsidR="00EB78CC" w:rsidRPr="00C86621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 </w:t>
            </w:r>
          </w:p>
          <w:p w14:paraId="26907AF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2786B645" w14:textId="77777777" w:rsidTr="00CD3CE1">
        <w:trPr>
          <w:trHeight w:val="890"/>
        </w:trPr>
        <w:tc>
          <w:tcPr>
            <w:tcW w:w="1277" w:type="dxa"/>
          </w:tcPr>
          <w:p w14:paraId="48D8EC1B" w14:textId="564FA886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44E6B6C7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14:40-15:25 </w:t>
            </w:r>
          </w:p>
        </w:tc>
        <w:tc>
          <w:tcPr>
            <w:tcW w:w="1984" w:type="dxa"/>
          </w:tcPr>
          <w:p w14:paraId="7F252278" w14:textId="77777777" w:rsidR="00BF61C2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III.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06ABAB61" w14:textId="49E55CC7" w:rsidR="00EB78CC" w:rsidRPr="00EB78CC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1039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Viziorgona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7. </w:t>
            </w:r>
          </w:p>
        </w:tc>
        <w:tc>
          <w:tcPr>
            <w:tcW w:w="1843" w:type="dxa"/>
          </w:tcPr>
          <w:p w14:paraId="02DA6D0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70" w:type="dxa"/>
          </w:tcPr>
          <w:p w14:paraId="68DE4A96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Az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artikulációs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terápia</w:t>
            </w:r>
            <w:proofErr w:type="spellEnd"/>
          </w:p>
          <w:p w14:paraId="40698DB5" w14:textId="4688BA41" w:rsid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elemeinek</w:t>
            </w:r>
            <w:proofErr w:type="spellEnd"/>
            <w:r w:rsidR="00C86621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megvalósulása</w:t>
            </w:r>
            <w:proofErr w:type="spellEnd"/>
          </w:p>
          <w:p w14:paraId="10954F48" w14:textId="08EE7E2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gyakorlatban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17C7D549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Az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artikulációs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szervek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</w:p>
          <w:p w14:paraId="4B0F374D" w14:textId="69CA7A6F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mozgásügyesítése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  <w:tc>
          <w:tcPr>
            <w:tcW w:w="1418" w:type="dxa"/>
          </w:tcPr>
          <w:p w14:paraId="21C9740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48749EA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2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445" w:type="dxa"/>
          </w:tcPr>
          <w:p w14:paraId="3CF69D3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0AE7BEF" w14:textId="41CCDF77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2" w:history="1">
              <w:r w:rsidR="003A1D56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nemeth.krisztina.03@fpsz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.net </w:t>
            </w:r>
          </w:p>
          <w:p w14:paraId="50D5721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08BBE0A5" w14:textId="77777777" w:rsidTr="00CD3CE1">
        <w:trPr>
          <w:trHeight w:val="890"/>
        </w:trPr>
        <w:tc>
          <w:tcPr>
            <w:tcW w:w="1277" w:type="dxa"/>
          </w:tcPr>
          <w:p w14:paraId="2AB0EE06" w14:textId="1B5D45DF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60A82AED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12:00- </w:t>
            </w:r>
          </w:p>
          <w:p w14:paraId="2E83C2A1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13:00 </w:t>
            </w:r>
          </w:p>
        </w:tc>
        <w:tc>
          <w:tcPr>
            <w:tcW w:w="1984" w:type="dxa"/>
          </w:tcPr>
          <w:p w14:paraId="0FCE6FFC" w14:textId="5680252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III. </w:t>
            </w:r>
            <w:proofErr w:type="spellStart"/>
            <w:r w:rsidR="00A22592">
              <w:rPr>
                <w:rFonts w:asciiTheme="majorHAnsi" w:hAnsiTheme="majorHAnsi" w:cstheme="majorHAnsi"/>
                <w:color w:val="595959" w:themeColor="text1" w:themeTint="A6"/>
              </w:rPr>
              <w:t>K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23A78496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1035 Budapest,</w:t>
            </w:r>
          </w:p>
          <w:p w14:paraId="7DAAD3AF" w14:textId="0400897F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Vihar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31. </w:t>
            </w:r>
          </w:p>
        </w:tc>
        <w:tc>
          <w:tcPr>
            <w:tcW w:w="1843" w:type="dxa"/>
          </w:tcPr>
          <w:p w14:paraId="1D87E92C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Szakértői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  <w:p w14:paraId="0208F58F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tevékenység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70" w:type="dxa"/>
          </w:tcPr>
          <w:p w14:paraId="1C19C652" w14:textId="77777777" w:rsid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Akadálymentesítés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a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neurodivergens</w:t>
            </w:r>
            <w:proofErr w:type="spellEnd"/>
          </w:p>
          <w:p w14:paraId="2CC127BF" w14:textId="62CE36D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gyerekek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számára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7C0FA156" w14:textId="77777777" w:rsid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szakértői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véleményben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megjelenő</w:t>
            </w:r>
            <w:proofErr w:type="spellEnd"/>
          </w:p>
          <w:p w14:paraId="68FFD54C" w14:textId="1F3CD6F8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neurodivergensgyerekekre</w:t>
            </w:r>
            <w:proofErr w:type="spellEnd"/>
            <w:r w:rsidR="00B921E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vonatkozó</w:t>
            </w:r>
            <w:proofErr w:type="spellEnd"/>
          </w:p>
          <w:p w14:paraId="485D6448" w14:textId="77777777" w:rsidR="00B921E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javaslatok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értelmezése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,</w:t>
            </w:r>
          </w:p>
          <w:p w14:paraId="091E9818" w14:textId="4986830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elemzése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418" w:type="dxa"/>
          </w:tcPr>
          <w:p w14:paraId="024BC66D" w14:textId="64D05CFD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007FC7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3D6D5C4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6fő </w:t>
            </w:r>
          </w:p>
        </w:tc>
        <w:tc>
          <w:tcPr>
            <w:tcW w:w="3445" w:type="dxa"/>
          </w:tcPr>
          <w:p w14:paraId="23FE5229" w14:textId="77777777" w:rsidR="003A1D56" w:rsidRPr="009644EF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ACB3936" w14:textId="2EAC1DC1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3" w:history="1">
              <w:r w:rsidR="003A1D56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olahne.rados.eva.03@fpsz.net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  <w:p w14:paraId="66F6AA3E" w14:textId="057FB08D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</w:p>
          <w:p w14:paraId="1FEE017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2EC2D436" w14:textId="77777777" w:rsidTr="00CD3CE1">
        <w:trPr>
          <w:trHeight w:val="890"/>
        </w:trPr>
        <w:tc>
          <w:tcPr>
            <w:tcW w:w="1277" w:type="dxa"/>
          </w:tcPr>
          <w:p w14:paraId="7ACD5732" w14:textId="2607E584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</w:t>
            </w:r>
            <w:r w:rsidR="003A1D56" w:rsidRPr="009644EF">
              <w:rPr>
                <w:rFonts w:asciiTheme="majorHAnsi" w:hAnsiTheme="majorHAnsi" w:cstheme="majorHAnsi"/>
                <w:color w:val="595959" w:themeColor="text1" w:themeTint="A6"/>
              </w:rPr>
              <w:t>.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1A354C33" w14:textId="27EF46E4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14:00-14.45 </w:t>
            </w:r>
          </w:p>
        </w:tc>
        <w:tc>
          <w:tcPr>
            <w:tcW w:w="1984" w:type="dxa"/>
          </w:tcPr>
          <w:p w14:paraId="1BA2EBEE" w14:textId="5FD912B1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Óbudai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Gimnázium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441BDFC" w14:textId="3B2930E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1033 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Szentlélek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tér</w:t>
            </w:r>
            <w:proofErr w:type="spellEnd"/>
            <w:r w:rsidR="00C86621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10. </w:t>
            </w:r>
          </w:p>
        </w:tc>
        <w:tc>
          <w:tcPr>
            <w:tcW w:w="1843" w:type="dxa"/>
          </w:tcPr>
          <w:p w14:paraId="34D8DFC8" w14:textId="6FB7F267" w:rsidR="00EB78CC" w:rsidRPr="00B921E6" w:rsidRDefault="001309B1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>
              <w:rPr>
                <w:rFonts w:asciiTheme="majorHAnsi" w:hAnsiTheme="majorHAnsi" w:cstheme="majorHAnsi"/>
                <w:color w:val="595959" w:themeColor="text1" w:themeTint="A6"/>
              </w:rPr>
              <w:t>G</w:t>
            </w:r>
            <w:r w:rsidR="00EB78CC" w:rsidRPr="00B921E6">
              <w:rPr>
                <w:rFonts w:asciiTheme="majorHAnsi" w:hAnsiTheme="majorHAnsi" w:cstheme="majorHAnsi"/>
                <w:color w:val="595959" w:themeColor="text1" w:themeTint="A6"/>
              </w:rPr>
              <w:t>yógytestnevelés</w:t>
            </w:r>
            <w:proofErr w:type="spellEnd"/>
            <w:r w:rsidR="00EB78CC" w:rsidRPr="00B921E6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70" w:type="dxa"/>
          </w:tcPr>
          <w:p w14:paraId="4FD2C5AC" w14:textId="38B8FA8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Tartásjavító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524" w:type="dxa"/>
          </w:tcPr>
          <w:p w14:paraId="76E60DC9" w14:textId="2A3D5023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Tartásjavító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feladatok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otthoni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gyakorlási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lehetőségeinek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418" w:type="dxa"/>
          </w:tcPr>
          <w:p w14:paraId="46508BEB" w14:textId="26A2D50E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054904AF" w14:textId="66920DA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8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445" w:type="dxa"/>
          </w:tcPr>
          <w:p w14:paraId="5D45653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30E82F6" w14:textId="0B27C175" w:rsidR="00EB78CC" w:rsidRPr="00C86621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hyperlink r:id="rId14" w:history="1">
              <w:r w:rsidR="003A1D56" w:rsidRPr="00C86621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  <w:sz w:val="20"/>
                  <w:szCs w:val="20"/>
                </w:rPr>
                <w:t>meinhardtne.gubicza.maria.03@fpsz.net</w:t>
              </w:r>
            </w:hyperlink>
            <w:r w:rsidR="00EB78CC" w:rsidRPr="00C86621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 </w:t>
            </w:r>
          </w:p>
        </w:tc>
      </w:tr>
    </w:tbl>
    <w:p w14:paraId="0E3448CD" w14:textId="77777777" w:rsidR="002E0FB2" w:rsidRDefault="002E0FB2"/>
    <w:p w14:paraId="249E2D56" w14:textId="642D06F2" w:rsidR="006906C8" w:rsidRPr="006906C8" w:rsidRDefault="006906C8" w:rsidP="006906C8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I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V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386"/>
        <w:gridCol w:w="1583"/>
        <w:gridCol w:w="2409"/>
        <w:gridCol w:w="2770"/>
        <w:gridCol w:w="1866"/>
        <w:gridCol w:w="1030"/>
        <w:gridCol w:w="2130"/>
      </w:tblGrid>
      <w:tr w:rsidR="00644903" w:rsidRPr="00644903" w14:paraId="2897E9A5" w14:textId="77777777" w:rsidTr="00CD3CE1">
        <w:trPr>
          <w:trHeight w:val="411"/>
        </w:trPr>
        <w:tc>
          <w:tcPr>
            <w:tcW w:w="1277" w:type="dxa"/>
            <w:shd w:val="clear" w:color="auto" w:fill="B9DD46"/>
            <w:vAlign w:val="center"/>
          </w:tcPr>
          <w:p w14:paraId="2C9C18F1" w14:textId="29D4861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850" w:type="dxa"/>
            <w:shd w:val="clear" w:color="auto" w:fill="B9DD46"/>
            <w:vAlign w:val="center"/>
          </w:tcPr>
          <w:p w14:paraId="7B75A100" w14:textId="59291910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386" w:type="dxa"/>
            <w:shd w:val="clear" w:color="auto" w:fill="B9DD46"/>
            <w:vAlign w:val="center"/>
          </w:tcPr>
          <w:p w14:paraId="6AAE79D4" w14:textId="18B36C8E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583" w:type="dxa"/>
            <w:shd w:val="clear" w:color="auto" w:fill="B9DD46"/>
            <w:vAlign w:val="center"/>
          </w:tcPr>
          <w:p w14:paraId="4284AB88" w14:textId="36585316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409" w:type="dxa"/>
            <w:shd w:val="clear" w:color="auto" w:fill="B9DD46"/>
            <w:vAlign w:val="center"/>
          </w:tcPr>
          <w:p w14:paraId="76B5615C" w14:textId="7578421D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770" w:type="dxa"/>
            <w:shd w:val="clear" w:color="auto" w:fill="B9DD46"/>
            <w:vAlign w:val="center"/>
          </w:tcPr>
          <w:p w14:paraId="27650846" w14:textId="218D4B8C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866" w:type="dxa"/>
            <w:shd w:val="clear" w:color="auto" w:fill="B9DD46"/>
            <w:vAlign w:val="center"/>
          </w:tcPr>
          <w:p w14:paraId="69FB3706" w14:textId="4497FAD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657AD9F6" w14:textId="157E36A3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130" w:type="dxa"/>
            <w:shd w:val="clear" w:color="auto" w:fill="B9DD46"/>
            <w:vAlign w:val="center"/>
          </w:tcPr>
          <w:p w14:paraId="3508AB14" w14:textId="2602D7B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46AA2425" w14:textId="77777777" w:rsidTr="00CD3CE1">
        <w:trPr>
          <w:trHeight w:val="890"/>
        </w:trPr>
        <w:tc>
          <w:tcPr>
            <w:tcW w:w="1277" w:type="dxa"/>
          </w:tcPr>
          <w:p w14:paraId="66EB2E70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6761742C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20B2B4F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8:30-9:30  </w:t>
            </w:r>
          </w:p>
        </w:tc>
        <w:tc>
          <w:tcPr>
            <w:tcW w:w="2386" w:type="dxa"/>
          </w:tcPr>
          <w:p w14:paraId="7482090E" w14:textId="21A4524E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Újpesti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Karinthy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Frigyes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 (1048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Hajló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2-8.) </w:t>
            </w:r>
          </w:p>
        </w:tc>
        <w:tc>
          <w:tcPr>
            <w:tcW w:w="1583" w:type="dxa"/>
          </w:tcPr>
          <w:p w14:paraId="3BA2551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5DA6958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Beszédhanghiba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  <w:tc>
          <w:tcPr>
            <w:tcW w:w="2770" w:type="dxa"/>
          </w:tcPr>
          <w:p w14:paraId="5AC3AE9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beszédhanghiba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terápiában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(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automatizálás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motoros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differenciálás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hangtani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tudatosság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) </w:t>
            </w:r>
          </w:p>
        </w:tc>
        <w:tc>
          <w:tcPr>
            <w:tcW w:w="1866" w:type="dxa"/>
          </w:tcPr>
          <w:p w14:paraId="200DC06F" w14:textId="67949010" w:rsidR="00EB78CC" w:rsidRP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óvodapedagógusok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4A9C132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30" w:type="dxa"/>
          </w:tcPr>
          <w:p w14:paraId="60988FA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info.04@fpsz.net </w:t>
            </w:r>
          </w:p>
          <w:p w14:paraId="57CC89A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CC9D98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6796D595" w14:textId="77777777" w:rsidTr="00CD3CE1">
        <w:trPr>
          <w:trHeight w:val="890"/>
        </w:trPr>
        <w:tc>
          <w:tcPr>
            <w:tcW w:w="1277" w:type="dxa"/>
          </w:tcPr>
          <w:p w14:paraId="08398A11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227273D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10:00-10:45  </w:t>
            </w:r>
          </w:p>
        </w:tc>
        <w:tc>
          <w:tcPr>
            <w:tcW w:w="2386" w:type="dxa"/>
          </w:tcPr>
          <w:p w14:paraId="6B828CC0" w14:textId="77777777" w:rsid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Homoktövis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</w:p>
          <w:p w14:paraId="1BD395EB" w14:textId="62CCF291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(1048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Homoktövis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102.) </w:t>
            </w:r>
          </w:p>
        </w:tc>
        <w:tc>
          <w:tcPr>
            <w:tcW w:w="1583" w:type="dxa"/>
          </w:tcPr>
          <w:p w14:paraId="1F2B076E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73F6F3C3" w14:textId="77777777" w:rsid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Komplex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nyelvi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0C8BD22" w14:textId="7966B33C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</w:t>
            </w:r>
            <w:r w:rsidR="00A22592">
              <w:rPr>
                <w:rFonts w:asciiTheme="majorHAnsi" w:hAnsiTheme="majorHAnsi" w:cstheme="majorHAnsi"/>
                <w:color w:val="595959" w:themeColor="text1" w:themeTint="A6"/>
              </w:rPr>
              <w:t>h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400CA7B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komplex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szemléleti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kerettel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66" w:type="dxa"/>
          </w:tcPr>
          <w:p w14:paraId="408A82E0" w14:textId="77777777" w:rsidR="00EB78CC" w:rsidRP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 </w:t>
            </w:r>
          </w:p>
        </w:tc>
        <w:tc>
          <w:tcPr>
            <w:tcW w:w="1030" w:type="dxa"/>
          </w:tcPr>
          <w:p w14:paraId="1CCBA71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30" w:type="dxa"/>
          </w:tcPr>
          <w:p w14:paraId="4BD5DD6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info.04@fpsz.net </w:t>
            </w:r>
          </w:p>
          <w:p w14:paraId="222459D4" w14:textId="6F28BA19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2C62F5D1" w14:textId="77777777" w:rsidTr="00CD3CE1">
        <w:trPr>
          <w:trHeight w:val="890"/>
        </w:trPr>
        <w:tc>
          <w:tcPr>
            <w:tcW w:w="1277" w:type="dxa"/>
          </w:tcPr>
          <w:p w14:paraId="208C9E7B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4DA896F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13:45-14:30  </w:t>
            </w:r>
          </w:p>
        </w:tc>
        <w:tc>
          <w:tcPr>
            <w:tcW w:w="2386" w:type="dxa"/>
          </w:tcPr>
          <w:p w14:paraId="1BA6A321" w14:textId="77777777" w:rsid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Újpesti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Homoktövis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Általános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Iskola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</w:p>
          <w:p w14:paraId="6B243D27" w14:textId="684AE100" w:rsid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(1048 Budapest,</w:t>
            </w:r>
          </w:p>
          <w:p w14:paraId="57B584F5" w14:textId="0664FC0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Homoktövis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100.)  </w:t>
            </w:r>
          </w:p>
        </w:tc>
        <w:tc>
          <w:tcPr>
            <w:tcW w:w="1583" w:type="dxa"/>
          </w:tcPr>
          <w:p w14:paraId="69BAA06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Gyógytestnevelés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409" w:type="dxa"/>
          </w:tcPr>
          <w:p w14:paraId="37A8F48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Korrekciós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  <w:tc>
          <w:tcPr>
            <w:tcW w:w="2770" w:type="dxa"/>
          </w:tcPr>
          <w:p w14:paraId="3100F898" w14:textId="77777777" w:rsid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SMR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henger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alkalmazása</w:t>
            </w:r>
            <w:proofErr w:type="spellEnd"/>
          </w:p>
          <w:p w14:paraId="67BA8A3B" w14:textId="7239DDD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alsó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tagozatban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66" w:type="dxa"/>
          </w:tcPr>
          <w:p w14:paraId="7A55DE6F" w14:textId="77777777" w:rsidR="00EB78CC" w:rsidRP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pedagógusok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4B4342D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5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30" w:type="dxa"/>
          </w:tcPr>
          <w:p w14:paraId="6E0AB8DD" w14:textId="22B995E5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info.04@fpsz.net</w:t>
            </w:r>
          </w:p>
        </w:tc>
      </w:tr>
      <w:tr w:rsidR="00644903" w:rsidRPr="00644903" w14:paraId="239CC004" w14:textId="77777777" w:rsidTr="00CD3CE1">
        <w:trPr>
          <w:trHeight w:val="890"/>
        </w:trPr>
        <w:tc>
          <w:tcPr>
            <w:tcW w:w="1277" w:type="dxa"/>
          </w:tcPr>
          <w:p w14:paraId="6B7D0C65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75164B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14:40-15:25  </w:t>
            </w:r>
          </w:p>
        </w:tc>
        <w:tc>
          <w:tcPr>
            <w:tcW w:w="2386" w:type="dxa"/>
          </w:tcPr>
          <w:p w14:paraId="4892B62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Szigeti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József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Általános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Iskola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(1041 Budapest, Szigeti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József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1-3.) </w:t>
            </w:r>
          </w:p>
        </w:tc>
        <w:tc>
          <w:tcPr>
            <w:tcW w:w="1583" w:type="dxa"/>
          </w:tcPr>
          <w:p w14:paraId="3F62A39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Gyógytestnevelés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409" w:type="dxa"/>
          </w:tcPr>
          <w:p w14:paraId="462A1B17" w14:textId="1F98A3D9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Csoportmunka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bottal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softball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labdával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vegyes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tartási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rendellenességekre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2770" w:type="dxa"/>
          </w:tcPr>
          <w:p w14:paraId="585E0F4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Elváltozásoknak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megfelelő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differenciálás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felső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tagozatban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66" w:type="dxa"/>
          </w:tcPr>
          <w:p w14:paraId="2B7D1366" w14:textId="77777777" w:rsidR="00EB78CC" w:rsidRP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pedagógusok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 </w:t>
            </w:r>
          </w:p>
        </w:tc>
        <w:tc>
          <w:tcPr>
            <w:tcW w:w="1030" w:type="dxa"/>
          </w:tcPr>
          <w:p w14:paraId="785E0C8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20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30" w:type="dxa"/>
          </w:tcPr>
          <w:p w14:paraId="38796176" w14:textId="1086D4A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info.04@fpsz.net </w:t>
            </w:r>
          </w:p>
        </w:tc>
      </w:tr>
      <w:tr w:rsidR="00644903" w:rsidRPr="00644903" w14:paraId="3D8E82F9" w14:textId="77777777" w:rsidTr="00CD3CE1">
        <w:trPr>
          <w:trHeight w:val="890"/>
        </w:trPr>
        <w:tc>
          <w:tcPr>
            <w:tcW w:w="1277" w:type="dxa"/>
          </w:tcPr>
          <w:p w14:paraId="4F7F0C41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5805F94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16:30-17:30  </w:t>
            </w:r>
          </w:p>
        </w:tc>
        <w:tc>
          <w:tcPr>
            <w:tcW w:w="2386" w:type="dxa"/>
          </w:tcPr>
          <w:p w14:paraId="583D9A6C" w14:textId="1888CC7D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 xml:space="preserve">FPSZ 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IV.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  <w:p w14:paraId="4E5A0CC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(1041 Budapest, Szigeti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József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1-3.) </w:t>
            </w:r>
          </w:p>
        </w:tc>
        <w:tc>
          <w:tcPr>
            <w:tcW w:w="1583" w:type="dxa"/>
          </w:tcPr>
          <w:p w14:paraId="6FA83B0D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23EE53F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Gyermekek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egyéni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csoportos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0918EAE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66" w:type="dxa"/>
          </w:tcPr>
          <w:p w14:paraId="1BF8592A" w14:textId="77777777" w:rsidR="00EB78CC" w:rsidRPr="00C8662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pedagógusok</w:t>
            </w:r>
            <w:proofErr w:type="spellEnd"/>
            <w:r w:rsidRPr="00C86621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2181716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30" w:type="dxa"/>
          </w:tcPr>
          <w:p w14:paraId="6DD272E4" w14:textId="0123A8E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: ezsias.dora.04@fpsz.net </w:t>
            </w:r>
          </w:p>
        </w:tc>
      </w:tr>
    </w:tbl>
    <w:p w14:paraId="27576D1A" w14:textId="3664ED93" w:rsidR="00044CA3" w:rsidRDefault="00044CA3"/>
    <w:p w14:paraId="3792E327" w14:textId="64362288" w:rsidR="002E0FB2" w:rsidRDefault="00044CA3">
      <w:r>
        <w:br w:type="page"/>
      </w:r>
    </w:p>
    <w:p w14:paraId="403323AA" w14:textId="126B3E4F" w:rsidR="006906C8" w:rsidRPr="006906C8" w:rsidRDefault="006906C8" w:rsidP="006906C8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V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37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1947"/>
        <w:gridCol w:w="2770"/>
        <w:gridCol w:w="1843"/>
        <w:gridCol w:w="1030"/>
        <w:gridCol w:w="1947"/>
      </w:tblGrid>
      <w:tr w:rsidR="00644903" w:rsidRPr="00644903" w14:paraId="36447E53" w14:textId="77777777" w:rsidTr="00CD3CE1">
        <w:trPr>
          <w:trHeight w:val="489"/>
        </w:trPr>
        <w:tc>
          <w:tcPr>
            <w:tcW w:w="1277" w:type="dxa"/>
            <w:shd w:val="clear" w:color="auto" w:fill="B9DD46"/>
            <w:vAlign w:val="center"/>
          </w:tcPr>
          <w:p w14:paraId="75D33D7D" w14:textId="561A72C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1015" w:type="dxa"/>
            <w:shd w:val="clear" w:color="auto" w:fill="B9DD46"/>
            <w:vAlign w:val="center"/>
          </w:tcPr>
          <w:p w14:paraId="43EADDAF" w14:textId="4FB21A5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734" w:type="dxa"/>
            <w:shd w:val="clear" w:color="auto" w:fill="B9DD46"/>
            <w:vAlign w:val="center"/>
          </w:tcPr>
          <w:p w14:paraId="244748C9" w14:textId="7EA8E0C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674" w:type="dxa"/>
            <w:shd w:val="clear" w:color="auto" w:fill="B9DD46"/>
            <w:vAlign w:val="center"/>
          </w:tcPr>
          <w:p w14:paraId="5DC00210" w14:textId="2FC43173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1947" w:type="dxa"/>
            <w:shd w:val="clear" w:color="auto" w:fill="B9DD46"/>
            <w:vAlign w:val="center"/>
          </w:tcPr>
          <w:p w14:paraId="2A1BFEC0" w14:textId="14A9C5B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770" w:type="dxa"/>
            <w:shd w:val="clear" w:color="auto" w:fill="B9DD46"/>
            <w:vAlign w:val="center"/>
          </w:tcPr>
          <w:p w14:paraId="0F08C48D" w14:textId="50120AFD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843" w:type="dxa"/>
            <w:shd w:val="clear" w:color="auto" w:fill="B9DD46"/>
            <w:vAlign w:val="center"/>
          </w:tcPr>
          <w:p w14:paraId="5E68FC8F" w14:textId="5F3C772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7CADE1A6" w14:textId="2DB32A6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1947" w:type="dxa"/>
            <w:shd w:val="clear" w:color="auto" w:fill="B9DD46"/>
            <w:vAlign w:val="center"/>
          </w:tcPr>
          <w:p w14:paraId="35B68621" w14:textId="4D6F274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248211C6" w14:textId="77777777" w:rsidTr="00CD3CE1">
        <w:trPr>
          <w:trHeight w:val="890"/>
        </w:trPr>
        <w:tc>
          <w:tcPr>
            <w:tcW w:w="1277" w:type="dxa"/>
          </w:tcPr>
          <w:p w14:paraId="045008FC" w14:textId="190827E5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0D756ACA" w14:textId="77777777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15" w:type="dxa"/>
          </w:tcPr>
          <w:p w14:paraId="6B73F6B3" w14:textId="40F21F91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8:00-9:00 </w:t>
            </w:r>
          </w:p>
        </w:tc>
        <w:tc>
          <w:tcPr>
            <w:tcW w:w="2734" w:type="dxa"/>
          </w:tcPr>
          <w:p w14:paraId="01F4683B" w14:textId="52E82CF6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 V.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Budapest 1052</w:t>
            </w:r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Vármegye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11-13. 2.emelet </w:t>
            </w:r>
          </w:p>
        </w:tc>
        <w:tc>
          <w:tcPr>
            <w:tcW w:w="1674" w:type="dxa"/>
          </w:tcPr>
          <w:p w14:paraId="184F6259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47" w:type="dxa"/>
          </w:tcPr>
          <w:p w14:paraId="387CABA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21D2F74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3565E438" w14:textId="4193F695" w:rsidR="00EB78CC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óvodapedagógusok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20F1085F" w14:textId="7034D285" w:rsidR="00EB78CC" w:rsidRPr="002E0FB2" w:rsidRDefault="00A92F05" w:rsidP="00A92F05">
            <w:pPr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2E0FB2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2E0FB2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</w:p>
        </w:tc>
        <w:tc>
          <w:tcPr>
            <w:tcW w:w="1947" w:type="dxa"/>
          </w:tcPr>
          <w:p w14:paraId="59DAD7B0" w14:textId="570D90AF" w:rsidR="00EB78CC" w:rsidRPr="00EB78CC" w:rsidRDefault="003A1D56" w:rsidP="003A1D56">
            <w:pPr>
              <w:textAlignment w:val="baseline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2E0FB2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2E0FB2">
              <w:rPr>
                <w:rFonts w:asciiTheme="majorHAnsi" w:hAnsiTheme="majorHAnsi" w:cstheme="majorHAnsi"/>
                <w:color w:val="595959" w:themeColor="text1" w:themeTint="A6"/>
              </w:rPr>
              <w:t>m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ailben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:</w:t>
            </w:r>
          </w:p>
          <w:p w14:paraId="3B91571A" w14:textId="3E746AC2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info.05@fpsz.net</w:t>
            </w:r>
          </w:p>
          <w:p w14:paraId="6486DABB" w14:textId="41A66663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</w:p>
        </w:tc>
      </w:tr>
      <w:tr w:rsidR="00644903" w:rsidRPr="00644903" w14:paraId="731C559A" w14:textId="77777777" w:rsidTr="00CD3CE1">
        <w:trPr>
          <w:trHeight w:val="890"/>
        </w:trPr>
        <w:tc>
          <w:tcPr>
            <w:tcW w:w="1277" w:type="dxa"/>
          </w:tcPr>
          <w:p w14:paraId="27CDAF56" w14:textId="3F5FD29D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6F6B7B58" w14:textId="3A833DF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734" w:type="dxa"/>
          </w:tcPr>
          <w:p w14:paraId="151D7C64" w14:textId="417BFDD0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 V.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Budapest 1052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Vármegye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11-13. 2.emelet </w:t>
            </w:r>
          </w:p>
        </w:tc>
        <w:tc>
          <w:tcPr>
            <w:tcW w:w="1674" w:type="dxa"/>
          </w:tcPr>
          <w:p w14:paraId="2739D5E1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70CEF28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  <w:tc>
          <w:tcPr>
            <w:tcW w:w="2770" w:type="dxa"/>
          </w:tcPr>
          <w:p w14:paraId="4E3A099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Egyéni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238DDD43" w14:textId="77777777" w:rsidR="00EB78CC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146E282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6107780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7695455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info.05@fpsz.net  </w:t>
            </w:r>
          </w:p>
          <w:p w14:paraId="57910FE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510A9D3E" w14:textId="77777777" w:rsidTr="00CD3CE1">
        <w:trPr>
          <w:trHeight w:val="890"/>
        </w:trPr>
        <w:tc>
          <w:tcPr>
            <w:tcW w:w="1277" w:type="dxa"/>
          </w:tcPr>
          <w:p w14:paraId="0808F149" w14:textId="0DB1509E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2AC2B145" w14:textId="4C27765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10:00-11:00 </w:t>
            </w:r>
          </w:p>
        </w:tc>
        <w:tc>
          <w:tcPr>
            <w:tcW w:w="2734" w:type="dxa"/>
          </w:tcPr>
          <w:p w14:paraId="78FD89A9" w14:textId="50C76906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 V.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Budapest 1052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Vármegye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11-13. 2.emelet </w:t>
            </w:r>
          </w:p>
        </w:tc>
        <w:tc>
          <w:tcPr>
            <w:tcW w:w="1674" w:type="dxa"/>
          </w:tcPr>
          <w:p w14:paraId="3197242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0E52236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0025650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35A1E7B5" w14:textId="646782FA" w:rsidR="00EB78CC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,</w:t>
            </w:r>
            <w:r w:rsidR="00F90099"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óvodapedagógusok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1F42D1A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5017810C" w14:textId="1B95AA0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30BE9A4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info.05@fpsz.net  </w:t>
            </w:r>
          </w:p>
          <w:p w14:paraId="1B31655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377DE29D" w14:textId="77777777" w:rsidTr="00CD3CE1">
        <w:trPr>
          <w:trHeight w:val="890"/>
        </w:trPr>
        <w:tc>
          <w:tcPr>
            <w:tcW w:w="1277" w:type="dxa"/>
          </w:tcPr>
          <w:p w14:paraId="540A0DFC" w14:textId="36041203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1B7D77CD" w14:textId="7E57B6E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13:00-14:00 </w:t>
            </w:r>
          </w:p>
        </w:tc>
        <w:tc>
          <w:tcPr>
            <w:tcW w:w="2734" w:type="dxa"/>
          </w:tcPr>
          <w:p w14:paraId="21EDAF02" w14:textId="469D74EC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 V.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Budapest 1052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Vármegye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11-13. 2.emelet </w:t>
            </w:r>
          </w:p>
        </w:tc>
        <w:tc>
          <w:tcPr>
            <w:tcW w:w="1674" w:type="dxa"/>
          </w:tcPr>
          <w:p w14:paraId="365F99CC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47" w:type="dxa"/>
          </w:tcPr>
          <w:p w14:paraId="1ED3EAD1" w14:textId="77777777" w:rsid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Neurofeedback</w:t>
            </w:r>
          </w:p>
          <w:p w14:paraId="0C9BF82F" w14:textId="0229F62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szakszolgálatban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568CEB1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Neurofeedback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41A7252F" w14:textId="77777777" w:rsidR="00BC1C31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,</w:t>
            </w:r>
          </w:p>
          <w:p w14:paraId="77234D75" w14:textId="52CA9AF2" w:rsidR="00EB78CC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pedagógusok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205F70A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77DE27CB" w14:textId="1499CF5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20A986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info.05@fpsz.net  </w:t>
            </w:r>
          </w:p>
          <w:p w14:paraId="229B364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431BD943" w14:textId="77777777" w:rsidTr="00CD3CE1">
        <w:trPr>
          <w:trHeight w:val="890"/>
        </w:trPr>
        <w:tc>
          <w:tcPr>
            <w:tcW w:w="1277" w:type="dxa"/>
          </w:tcPr>
          <w:p w14:paraId="7ACC1245" w14:textId="4186F199" w:rsidR="00EB78CC" w:rsidRPr="00EB78CC" w:rsidRDefault="00EB78CC" w:rsidP="003A1D56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6C86D439" w14:textId="27F10BA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14:00-15:00 </w:t>
            </w:r>
          </w:p>
        </w:tc>
        <w:tc>
          <w:tcPr>
            <w:tcW w:w="2734" w:type="dxa"/>
          </w:tcPr>
          <w:p w14:paraId="79F80D95" w14:textId="039EE932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 V.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Budapest 1052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Vármegye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11-13. 2.emelet </w:t>
            </w:r>
          </w:p>
        </w:tc>
        <w:tc>
          <w:tcPr>
            <w:tcW w:w="1674" w:type="dxa"/>
          </w:tcPr>
          <w:p w14:paraId="3C2DF6D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4A63EE6C" w14:textId="6BB4218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Figyelemfejlesztésneurofeedbackkel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76BE8E4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Neurofeedback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07655353" w14:textId="77777777" w:rsidR="00EB78CC" w:rsidRPr="00A14D1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Szülők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  <w:proofErr w:type="spellStart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pedagógusok</w:t>
            </w:r>
            <w:proofErr w:type="spellEnd"/>
            <w:r w:rsidRPr="00A14D13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030" w:type="dxa"/>
          </w:tcPr>
          <w:p w14:paraId="553A51A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47" w:type="dxa"/>
          </w:tcPr>
          <w:p w14:paraId="395C080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AABE40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info.05@fpsz.net  </w:t>
            </w:r>
          </w:p>
          <w:p w14:paraId="4F56EBC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4A117D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</w:tbl>
    <w:p w14:paraId="704EEF32" w14:textId="6C8B039E" w:rsidR="00BF61C2" w:rsidRDefault="00BF61C2"/>
    <w:p w14:paraId="6F495D3E" w14:textId="7CAFC5A9" w:rsidR="002E0FB2" w:rsidRDefault="00BF61C2">
      <w:r>
        <w:br w:type="page"/>
      </w:r>
    </w:p>
    <w:p w14:paraId="37420683" w14:textId="4EBD4A52" w:rsidR="006906C8" w:rsidRPr="006906C8" w:rsidRDefault="006906C8" w:rsidP="006906C8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V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2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991"/>
        <w:gridCol w:w="1985"/>
        <w:gridCol w:w="1674"/>
        <w:gridCol w:w="2153"/>
        <w:gridCol w:w="2770"/>
        <w:gridCol w:w="2049"/>
        <w:gridCol w:w="1030"/>
        <w:gridCol w:w="2373"/>
      </w:tblGrid>
      <w:tr w:rsidR="00644903" w:rsidRPr="00644903" w14:paraId="564B12A8" w14:textId="77777777" w:rsidTr="00CD3CE1">
        <w:trPr>
          <w:trHeight w:val="531"/>
        </w:trPr>
        <w:tc>
          <w:tcPr>
            <w:tcW w:w="1277" w:type="dxa"/>
            <w:shd w:val="clear" w:color="auto" w:fill="B9DD46"/>
            <w:vAlign w:val="center"/>
          </w:tcPr>
          <w:p w14:paraId="20269079" w14:textId="3C41E76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991" w:type="dxa"/>
            <w:shd w:val="clear" w:color="auto" w:fill="B9DD46"/>
            <w:vAlign w:val="center"/>
          </w:tcPr>
          <w:p w14:paraId="028147C1" w14:textId="4756CE0E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1985" w:type="dxa"/>
            <w:shd w:val="clear" w:color="auto" w:fill="B9DD46"/>
            <w:vAlign w:val="center"/>
          </w:tcPr>
          <w:p w14:paraId="34AA69C4" w14:textId="682BCA0C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674" w:type="dxa"/>
            <w:shd w:val="clear" w:color="auto" w:fill="B9DD46"/>
            <w:vAlign w:val="center"/>
          </w:tcPr>
          <w:p w14:paraId="08A855F5" w14:textId="72F31BD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153" w:type="dxa"/>
            <w:shd w:val="clear" w:color="auto" w:fill="B9DD46"/>
            <w:vAlign w:val="center"/>
          </w:tcPr>
          <w:p w14:paraId="3CF642A3" w14:textId="737F7C50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770" w:type="dxa"/>
            <w:shd w:val="clear" w:color="auto" w:fill="B9DD46"/>
            <w:vAlign w:val="center"/>
          </w:tcPr>
          <w:p w14:paraId="4E674E9E" w14:textId="7CD1034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2049" w:type="dxa"/>
            <w:shd w:val="clear" w:color="auto" w:fill="B9DD46"/>
            <w:vAlign w:val="center"/>
          </w:tcPr>
          <w:p w14:paraId="6C3FD059" w14:textId="797751C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6728D513" w14:textId="7189CFF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373" w:type="dxa"/>
            <w:shd w:val="clear" w:color="auto" w:fill="B9DD46"/>
            <w:vAlign w:val="center"/>
          </w:tcPr>
          <w:p w14:paraId="248325BA" w14:textId="4EFBC38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1058E0A4" w14:textId="77777777" w:rsidTr="00CD3CE1">
        <w:trPr>
          <w:trHeight w:val="890"/>
        </w:trPr>
        <w:tc>
          <w:tcPr>
            <w:tcW w:w="1277" w:type="dxa"/>
          </w:tcPr>
          <w:p w14:paraId="09D2C761" w14:textId="3A23686E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76377D72" w14:textId="77777777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49D47AD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8:00-9:00 </w:t>
            </w:r>
          </w:p>
        </w:tc>
        <w:tc>
          <w:tcPr>
            <w:tcW w:w="1985" w:type="dxa"/>
          </w:tcPr>
          <w:p w14:paraId="1B95C476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VI.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58417E3C" w14:textId="77777777" w:rsidR="009117EE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1064 Budapest,</w:t>
            </w:r>
          </w:p>
          <w:p w14:paraId="334ACE44" w14:textId="1AA57335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Bajza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46. </w:t>
            </w:r>
          </w:p>
        </w:tc>
        <w:tc>
          <w:tcPr>
            <w:tcW w:w="1674" w:type="dxa"/>
          </w:tcPr>
          <w:p w14:paraId="57D7E470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53" w:type="dxa"/>
          </w:tcPr>
          <w:p w14:paraId="10637F7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541CFB5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49" w:type="dxa"/>
          </w:tcPr>
          <w:p w14:paraId="76E280DB" w14:textId="72188A4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6A764C5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4 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373" w:type="dxa"/>
          </w:tcPr>
          <w:p w14:paraId="575C80E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2C9CDB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info.06.@fpsz.net  </w:t>
            </w:r>
          </w:p>
          <w:p w14:paraId="62E607B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2DC2418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72E20EF0" w14:textId="77777777" w:rsidTr="00CD3CE1">
        <w:trPr>
          <w:trHeight w:val="890"/>
        </w:trPr>
        <w:tc>
          <w:tcPr>
            <w:tcW w:w="1277" w:type="dxa"/>
          </w:tcPr>
          <w:p w14:paraId="140C2D19" w14:textId="30599AE8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991" w:type="dxa"/>
          </w:tcPr>
          <w:p w14:paraId="322AC3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09:00-10:00 </w:t>
            </w:r>
          </w:p>
        </w:tc>
        <w:tc>
          <w:tcPr>
            <w:tcW w:w="1985" w:type="dxa"/>
          </w:tcPr>
          <w:p w14:paraId="4756D455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 VI.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6960D055" w14:textId="77777777" w:rsidR="009117EE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1064 Budapest,</w:t>
            </w:r>
          </w:p>
          <w:p w14:paraId="64F9B0D9" w14:textId="5B305CB1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Bajza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46. </w:t>
            </w:r>
          </w:p>
        </w:tc>
        <w:tc>
          <w:tcPr>
            <w:tcW w:w="1674" w:type="dxa"/>
          </w:tcPr>
          <w:p w14:paraId="5A0267B2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53" w:type="dxa"/>
          </w:tcPr>
          <w:p w14:paraId="1480F81B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Gyógypedagógus</w:t>
            </w:r>
            <w:proofErr w:type="spellEnd"/>
          </w:p>
          <w:p w14:paraId="295102F7" w14:textId="4D09A11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pszichológus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közös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munkája</w:t>
            </w:r>
            <w:proofErr w:type="spellEnd"/>
            <w:r w:rsidR="009117EE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a 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23EB756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49" w:type="dxa"/>
          </w:tcPr>
          <w:p w14:paraId="1B03C8B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B36BA5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4 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373" w:type="dxa"/>
          </w:tcPr>
          <w:p w14:paraId="6254D9A7" w14:textId="77777777" w:rsidR="00A92F05" w:rsidRPr="00BC1C3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E-mailben:</w:t>
            </w:r>
          </w:p>
          <w:p w14:paraId="7D9864FD" w14:textId="148F8E5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info.06.@fpsz.net  </w:t>
            </w:r>
          </w:p>
          <w:p w14:paraId="5A672AA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42DB51E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578E173D" w14:textId="77777777" w:rsidTr="00CD3CE1">
        <w:trPr>
          <w:trHeight w:val="890"/>
        </w:trPr>
        <w:tc>
          <w:tcPr>
            <w:tcW w:w="1277" w:type="dxa"/>
          </w:tcPr>
          <w:p w14:paraId="4AAD43B6" w14:textId="0CA1EC2F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991" w:type="dxa"/>
          </w:tcPr>
          <w:p w14:paraId="740B856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10.00-11.00 </w:t>
            </w:r>
          </w:p>
        </w:tc>
        <w:tc>
          <w:tcPr>
            <w:tcW w:w="1985" w:type="dxa"/>
          </w:tcPr>
          <w:p w14:paraId="5B583165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 VI.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2EEAE3A9" w14:textId="77777777" w:rsidR="009117EE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1064 Budapest,</w:t>
            </w:r>
          </w:p>
          <w:p w14:paraId="1688A936" w14:textId="2BCE9305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Bajza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46. </w:t>
            </w:r>
          </w:p>
        </w:tc>
        <w:tc>
          <w:tcPr>
            <w:tcW w:w="1674" w:type="dxa"/>
          </w:tcPr>
          <w:p w14:paraId="13D04D78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 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53" w:type="dxa"/>
          </w:tcPr>
          <w:p w14:paraId="3938A7B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lehetőségei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életkorban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  <w:tc>
          <w:tcPr>
            <w:tcW w:w="2770" w:type="dxa"/>
          </w:tcPr>
          <w:p w14:paraId="4D862CD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49" w:type="dxa"/>
          </w:tcPr>
          <w:p w14:paraId="2F73BB8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Nyílt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foglalkozás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részére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05EF02F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4 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373" w:type="dxa"/>
          </w:tcPr>
          <w:p w14:paraId="3D508E8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679772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info.06@fpsz.net </w:t>
            </w:r>
          </w:p>
          <w:p w14:paraId="0CDC513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AED2AC1" w14:textId="11D6CD88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 </w:t>
            </w:r>
          </w:p>
        </w:tc>
      </w:tr>
      <w:tr w:rsidR="00644903" w:rsidRPr="00644903" w14:paraId="690EC9B3" w14:textId="77777777" w:rsidTr="00CD3CE1">
        <w:trPr>
          <w:trHeight w:val="890"/>
        </w:trPr>
        <w:tc>
          <w:tcPr>
            <w:tcW w:w="1277" w:type="dxa"/>
          </w:tcPr>
          <w:p w14:paraId="03605127" w14:textId="6978C98C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991" w:type="dxa"/>
          </w:tcPr>
          <w:p w14:paraId="2115ECB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10.00-11.00 </w:t>
            </w:r>
          </w:p>
        </w:tc>
        <w:tc>
          <w:tcPr>
            <w:tcW w:w="1985" w:type="dxa"/>
          </w:tcPr>
          <w:p w14:paraId="2337A669" w14:textId="77777777" w:rsidR="00BF61C2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Terézvárosi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Kincseskert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</w:t>
            </w:r>
            <w:proofErr w:type="spellEnd"/>
          </w:p>
          <w:p w14:paraId="47624069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1062 Budapest,</w:t>
            </w:r>
          </w:p>
          <w:p w14:paraId="6127A3AC" w14:textId="3CBA051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Bajza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u.46. </w:t>
            </w:r>
          </w:p>
        </w:tc>
        <w:tc>
          <w:tcPr>
            <w:tcW w:w="1674" w:type="dxa"/>
          </w:tcPr>
          <w:p w14:paraId="48BEE0F4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53" w:type="dxa"/>
          </w:tcPr>
          <w:p w14:paraId="5DC8BC2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Beszédhanghiba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nagycsoportos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gyermekeknek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78E79B0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49" w:type="dxa"/>
          </w:tcPr>
          <w:p w14:paraId="68345554" w14:textId="232F1F3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3ABA716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373" w:type="dxa"/>
          </w:tcPr>
          <w:p w14:paraId="1D9E2A6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7CCA58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info.06@fpsz.net </w:t>
            </w:r>
          </w:p>
          <w:p w14:paraId="0169F636" w14:textId="79B38E5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9172C6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32F390CA" w14:textId="77777777" w:rsidTr="00CD3CE1">
        <w:trPr>
          <w:trHeight w:val="890"/>
        </w:trPr>
        <w:tc>
          <w:tcPr>
            <w:tcW w:w="1277" w:type="dxa"/>
          </w:tcPr>
          <w:p w14:paraId="3D595E34" w14:textId="740F810D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991" w:type="dxa"/>
          </w:tcPr>
          <w:p w14:paraId="287FD0E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14.00-15.00 </w:t>
            </w:r>
          </w:p>
        </w:tc>
        <w:tc>
          <w:tcPr>
            <w:tcW w:w="1985" w:type="dxa"/>
          </w:tcPr>
          <w:p w14:paraId="1B1A233F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 VI.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58381CE0" w14:textId="77777777" w:rsidR="009117EE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1064 Budapest,</w:t>
            </w:r>
          </w:p>
          <w:p w14:paraId="35E9B3BC" w14:textId="08FFCBBF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Bajza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46. </w:t>
            </w:r>
          </w:p>
        </w:tc>
        <w:tc>
          <w:tcPr>
            <w:tcW w:w="1674" w:type="dxa"/>
          </w:tcPr>
          <w:p w14:paraId="61A0F9E1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53" w:type="dxa"/>
          </w:tcPr>
          <w:p w14:paraId="779F0A9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Iskolaelőkészítő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foglalkozás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770" w:type="dxa"/>
          </w:tcPr>
          <w:p w14:paraId="2B67667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49" w:type="dxa"/>
          </w:tcPr>
          <w:p w14:paraId="38D2512C" w14:textId="327DE7B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780E77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373" w:type="dxa"/>
          </w:tcPr>
          <w:p w14:paraId="273BA77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3693D90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info.06@fpsz.net </w:t>
            </w:r>
          </w:p>
          <w:p w14:paraId="60FA54E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7E98474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</w:tbl>
    <w:p w14:paraId="444A4BCC" w14:textId="495F6DF2" w:rsidR="00BC1C31" w:rsidRDefault="00BC1C31"/>
    <w:p w14:paraId="6D09C5A9" w14:textId="77777777" w:rsidR="00BC1C31" w:rsidRDefault="00BC1C31">
      <w:r>
        <w:br w:type="page"/>
      </w:r>
    </w:p>
    <w:p w14:paraId="5A13EC5C" w14:textId="181A1BFB" w:rsidR="00BC1C31" w:rsidRPr="00BF61C2" w:rsidRDefault="00BF61C2" w:rsidP="00BF61C2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VI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734"/>
        <w:gridCol w:w="1661"/>
        <w:gridCol w:w="1842"/>
        <w:gridCol w:w="2268"/>
        <w:gridCol w:w="1984"/>
        <w:gridCol w:w="1030"/>
        <w:gridCol w:w="2655"/>
      </w:tblGrid>
      <w:tr w:rsidR="00644903" w:rsidRPr="00644903" w14:paraId="7C1524E9" w14:textId="77777777" w:rsidTr="00CD3CE1">
        <w:trPr>
          <w:trHeight w:val="389"/>
        </w:trPr>
        <w:tc>
          <w:tcPr>
            <w:tcW w:w="1277" w:type="dxa"/>
            <w:shd w:val="clear" w:color="auto" w:fill="B9DD46"/>
            <w:vAlign w:val="center"/>
          </w:tcPr>
          <w:p w14:paraId="7B8C44C3" w14:textId="2B8987BC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850" w:type="dxa"/>
            <w:shd w:val="clear" w:color="auto" w:fill="B9DD46"/>
            <w:vAlign w:val="center"/>
          </w:tcPr>
          <w:p w14:paraId="4F36DAFC" w14:textId="562901C6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734" w:type="dxa"/>
            <w:shd w:val="clear" w:color="auto" w:fill="B9DD46"/>
            <w:vAlign w:val="center"/>
          </w:tcPr>
          <w:p w14:paraId="067BCFFD" w14:textId="7E35F7E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661" w:type="dxa"/>
            <w:shd w:val="clear" w:color="auto" w:fill="B9DD46"/>
            <w:vAlign w:val="center"/>
          </w:tcPr>
          <w:p w14:paraId="56E6D99A" w14:textId="77740CC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1842" w:type="dxa"/>
            <w:shd w:val="clear" w:color="auto" w:fill="B9DD46"/>
            <w:vAlign w:val="center"/>
          </w:tcPr>
          <w:p w14:paraId="7136C7BA" w14:textId="3A1AAFB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268" w:type="dxa"/>
            <w:shd w:val="clear" w:color="auto" w:fill="B9DD46"/>
            <w:vAlign w:val="center"/>
          </w:tcPr>
          <w:p w14:paraId="5D992228" w14:textId="2CD3EAB4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984" w:type="dxa"/>
            <w:shd w:val="clear" w:color="auto" w:fill="B9DD46"/>
            <w:vAlign w:val="center"/>
          </w:tcPr>
          <w:p w14:paraId="56C02E79" w14:textId="58DFD27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25C3BEE9" w14:textId="1D99AEE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655" w:type="dxa"/>
            <w:shd w:val="clear" w:color="auto" w:fill="B9DD46"/>
            <w:vAlign w:val="center"/>
          </w:tcPr>
          <w:p w14:paraId="617FBA26" w14:textId="2BD7393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34F868C2" w14:textId="77777777" w:rsidTr="00CD3CE1">
        <w:trPr>
          <w:trHeight w:val="890"/>
        </w:trPr>
        <w:tc>
          <w:tcPr>
            <w:tcW w:w="1277" w:type="dxa"/>
          </w:tcPr>
          <w:p w14:paraId="2CABFB5D" w14:textId="70ABD5FB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5CD6EA3D" w14:textId="77777777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3BE4FCA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8:00-8.45 </w:t>
            </w:r>
          </w:p>
        </w:tc>
        <w:tc>
          <w:tcPr>
            <w:tcW w:w="2734" w:type="dxa"/>
          </w:tcPr>
          <w:p w14:paraId="2CF88A4E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Erzsébetvárosi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Magyar-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Angol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Két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Tanítási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Nyelvű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Ált</w:t>
            </w:r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>alános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>Iskola</w:t>
            </w:r>
            <w:proofErr w:type="spellEnd"/>
          </w:p>
          <w:p w14:paraId="0B40EFCC" w14:textId="48DEF8B8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1077 Bp., Dob u. 85. </w:t>
            </w:r>
          </w:p>
        </w:tc>
        <w:tc>
          <w:tcPr>
            <w:tcW w:w="1661" w:type="dxa"/>
          </w:tcPr>
          <w:p w14:paraId="553C227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Gyógytestnevelés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 </w:t>
            </w:r>
          </w:p>
        </w:tc>
        <w:tc>
          <w:tcPr>
            <w:tcW w:w="1842" w:type="dxa"/>
          </w:tcPr>
          <w:p w14:paraId="7F03731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268" w:type="dxa"/>
          </w:tcPr>
          <w:p w14:paraId="4263323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Nagylabda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egyensúly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728A415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4" w:type="dxa"/>
          </w:tcPr>
          <w:p w14:paraId="3CFAA7BD" w14:textId="61CC47C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701C96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655" w:type="dxa"/>
          </w:tcPr>
          <w:p w14:paraId="1A98B37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6F2A7D14" w14:textId="77777777" w:rsidR="00EB78CC" w:rsidRPr="009117EE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hyperlink r:id="rId15" w:tgtFrame="_blank" w:history="1">
              <w:r w:rsidR="00EB78CC" w:rsidRPr="009117EE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  <w:sz w:val="20"/>
                  <w:szCs w:val="20"/>
                </w:rPr>
                <w:t>simon.magdolna.07@fpsz.net</w:t>
              </w:r>
            </w:hyperlink>
            <w:r w:rsidR="00EB78CC"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  <w:p w14:paraId="4C0D4AB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4BB8477C" w14:textId="77777777" w:rsidTr="00CD3CE1">
        <w:trPr>
          <w:trHeight w:val="890"/>
        </w:trPr>
        <w:tc>
          <w:tcPr>
            <w:tcW w:w="1277" w:type="dxa"/>
          </w:tcPr>
          <w:p w14:paraId="462A793A" w14:textId="3E9326BA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6679839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8:00-9:00 </w:t>
            </w:r>
          </w:p>
        </w:tc>
        <w:tc>
          <w:tcPr>
            <w:tcW w:w="2734" w:type="dxa"/>
          </w:tcPr>
          <w:p w14:paraId="15FA4476" w14:textId="04C07381" w:rsidR="00EB78CC" w:rsidRPr="00EB78CC" w:rsidRDefault="00EB78CC" w:rsidP="006906C8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Erzsébetvárosi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Nefelejcs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</w:t>
            </w:r>
            <w:proofErr w:type="spellEnd"/>
            <w:r w:rsidR="006906C8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1078 Bp.,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Nefelejcs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62. </w:t>
            </w:r>
          </w:p>
        </w:tc>
        <w:tc>
          <w:tcPr>
            <w:tcW w:w="1661" w:type="dxa"/>
          </w:tcPr>
          <w:p w14:paraId="3D211D16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2" w:type="dxa"/>
          </w:tcPr>
          <w:p w14:paraId="3A65B40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Artikulációs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268" w:type="dxa"/>
          </w:tcPr>
          <w:p w14:paraId="6AB74A2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4" w:type="dxa"/>
          </w:tcPr>
          <w:p w14:paraId="14A39D9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63E0ABC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655" w:type="dxa"/>
          </w:tcPr>
          <w:p w14:paraId="3D29CA0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798606F" w14:textId="12EE4789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6" w:tgtFrame="_blank" w:history="1">
              <w:r w:rsidR="00EB78CC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juharos.rita.07@fpsz.net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06BDB467" w14:textId="77777777" w:rsidTr="00CD3CE1">
        <w:trPr>
          <w:trHeight w:val="890"/>
        </w:trPr>
        <w:tc>
          <w:tcPr>
            <w:tcW w:w="1277" w:type="dxa"/>
          </w:tcPr>
          <w:p w14:paraId="170BC208" w14:textId="2513E060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91F608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8:30- </w:t>
            </w:r>
          </w:p>
          <w:p w14:paraId="03C7210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9.30 </w:t>
            </w:r>
          </w:p>
        </w:tc>
        <w:tc>
          <w:tcPr>
            <w:tcW w:w="2734" w:type="dxa"/>
          </w:tcPr>
          <w:p w14:paraId="69A08AC9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6906C8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6906C8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06754DEC" w14:textId="2AA07B22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1075 Bp.,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Rumbach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S. u. 10 </w:t>
            </w:r>
          </w:p>
        </w:tc>
        <w:tc>
          <w:tcPr>
            <w:tcW w:w="1661" w:type="dxa"/>
          </w:tcPr>
          <w:p w14:paraId="5D3B1B71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2" w:type="dxa"/>
          </w:tcPr>
          <w:p w14:paraId="3F98AD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Beszédindító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csoport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268" w:type="dxa"/>
          </w:tcPr>
          <w:p w14:paraId="5F46922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Mintacso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-port,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gyakorlatsor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4" w:type="dxa"/>
          </w:tcPr>
          <w:p w14:paraId="3160AD4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64E4DDA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655" w:type="dxa"/>
          </w:tcPr>
          <w:p w14:paraId="3B182D7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84E1664" w14:textId="5FCEE84D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7" w:tgtFrame="_blank" w:history="1">
              <w:r w:rsidR="00EB78CC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ulveczki.anna.07@fpsz.net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41B40C60" w14:textId="77777777" w:rsidTr="00CD3CE1">
        <w:trPr>
          <w:trHeight w:val="890"/>
        </w:trPr>
        <w:tc>
          <w:tcPr>
            <w:tcW w:w="1277" w:type="dxa"/>
          </w:tcPr>
          <w:p w14:paraId="44F97FFF" w14:textId="66211EF9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2B0227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14:30- </w:t>
            </w:r>
          </w:p>
          <w:p w14:paraId="2A271E5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15:30 </w:t>
            </w:r>
          </w:p>
        </w:tc>
        <w:tc>
          <w:tcPr>
            <w:tcW w:w="2734" w:type="dxa"/>
          </w:tcPr>
          <w:p w14:paraId="16171360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FPSZ </w:t>
            </w:r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>V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34B86EF5" w14:textId="317FFCEE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1075 Bp.,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Rumbach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S. u. 10 </w:t>
            </w:r>
          </w:p>
        </w:tc>
        <w:tc>
          <w:tcPr>
            <w:tcW w:w="1661" w:type="dxa"/>
          </w:tcPr>
          <w:p w14:paraId="2285728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2" w:type="dxa"/>
          </w:tcPr>
          <w:p w14:paraId="7487E12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Tanulás-technika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1BD6CC1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műhely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268" w:type="dxa"/>
          </w:tcPr>
          <w:p w14:paraId="1A60B70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Önálló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tanulás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alakítása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tanulási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eszköztár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bővítése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4" w:type="dxa"/>
          </w:tcPr>
          <w:p w14:paraId="0B5A0FC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191C6B1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5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655" w:type="dxa"/>
          </w:tcPr>
          <w:p w14:paraId="7245E9E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57285790" w14:textId="4A275BEE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8" w:tgtFrame="_blank" w:history="1">
              <w:r w:rsidR="00EB78CC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szajko.timea.07@fpsz.net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3EA8F8F6" w14:textId="77777777" w:rsidTr="00CD3CE1">
        <w:trPr>
          <w:trHeight w:val="890"/>
        </w:trPr>
        <w:tc>
          <w:tcPr>
            <w:tcW w:w="1277" w:type="dxa"/>
          </w:tcPr>
          <w:p w14:paraId="73DE50CA" w14:textId="7554D287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2CE5A1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16:00- </w:t>
            </w:r>
          </w:p>
          <w:p w14:paraId="3162A57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17:00 </w:t>
            </w:r>
          </w:p>
        </w:tc>
        <w:tc>
          <w:tcPr>
            <w:tcW w:w="2734" w:type="dxa"/>
          </w:tcPr>
          <w:p w14:paraId="689A16B0" w14:textId="77777777" w:rsidR="00BF61C2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VII.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</w:p>
          <w:p w14:paraId="4DDD4D96" w14:textId="5C0C8D6B" w:rsidR="00EB78CC" w:rsidRPr="00EB78CC" w:rsidRDefault="00EB78CC" w:rsidP="00BF61C2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1075 Bp.,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Rumbach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S. u. 10 </w:t>
            </w:r>
          </w:p>
        </w:tc>
        <w:tc>
          <w:tcPr>
            <w:tcW w:w="1661" w:type="dxa"/>
          </w:tcPr>
          <w:p w14:paraId="3DF65280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2" w:type="dxa"/>
          </w:tcPr>
          <w:p w14:paraId="2DC7DEA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Gyermekpszicho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- </w:t>
            </w:r>
          </w:p>
          <w:p w14:paraId="67B4901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dráma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268" w:type="dxa"/>
          </w:tcPr>
          <w:p w14:paraId="1507C44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szerepjáték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érzelemkifejezés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4" w:type="dxa"/>
          </w:tcPr>
          <w:p w14:paraId="6600B08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4382013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5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655" w:type="dxa"/>
          </w:tcPr>
          <w:p w14:paraId="6D76703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 </w:t>
            </w:r>
          </w:p>
          <w:p w14:paraId="16F48BEE" w14:textId="75E5D677" w:rsidR="00EB78CC" w:rsidRPr="00EB78CC" w:rsidRDefault="001309B1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hyperlink r:id="rId19" w:tgtFrame="_blank" w:history="1">
              <w:r w:rsidR="00EB78CC" w:rsidRPr="00EB78CC">
                <w:rPr>
                  <w:rStyle w:val="Hiperhivatkozs"/>
                  <w:rFonts w:asciiTheme="majorHAnsi" w:hAnsiTheme="majorHAnsi" w:cstheme="majorHAnsi"/>
                  <w:color w:val="595959" w:themeColor="text1" w:themeTint="A6"/>
                </w:rPr>
                <w:t>pajor.agnes.07@fpsz.net</w:t>
              </w:r>
            </w:hyperlink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</w:tbl>
    <w:p w14:paraId="2AF0E20D" w14:textId="73B7FD95" w:rsidR="00BC1C31" w:rsidRDefault="00BC1C31"/>
    <w:p w14:paraId="74883443" w14:textId="77777777" w:rsidR="00BC1C31" w:rsidRDefault="00BC1C31">
      <w:r>
        <w:br w:type="page"/>
      </w:r>
    </w:p>
    <w:p w14:paraId="4B8CCD97" w14:textId="7F5B564C" w:rsidR="00BC1C31" w:rsidRPr="00BF61C2" w:rsidRDefault="00BF61C2" w:rsidP="00BF61C2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VII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528"/>
        <w:gridCol w:w="1559"/>
        <w:gridCol w:w="2126"/>
        <w:gridCol w:w="2770"/>
        <w:gridCol w:w="1985"/>
        <w:gridCol w:w="1030"/>
        <w:gridCol w:w="2011"/>
      </w:tblGrid>
      <w:tr w:rsidR="00644903" w:rsidRPr="00644903" w14:paraId="0D2AA785" w14:textId="77777777" w:rsidTr="00CD3CE1">
        <w:trPr>
          <w:trHeight w:val="531"/>
        </w:trPr>
        <w:tc>
          <w:tcPr>
            <w:tcW w:w="1277" w:type="dxa"/>
            <w:shd w:val="clear" w:color="auto" w:fill="B9DD46"/>
            <w:vAlign w:val="center"/>
          </w:tcPr>
          <w:p w14:paraId="1392255F" w14:textId="7ABBE63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1015" w:type="dxa"/>
            <w:shd w:val="clear" w:color="auto" w:fill="B9DD46"/>
            <w:vAlign w:val="center"/>
          </w:tcPr>
          <w:p w14:paraId="68B06688" w14:textId="157D003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528" w:type="dxa"/>
            <w:shd w:val="clear" w:color="auto" w:fill="B9DD46"/>
            <w:vAlign w:val="center"/>
          </w:tcPr>
          <w:p w14:paraId="525A5203" w14:textId="777E053C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559" w:type="dxa"/>
            <w:shd w:val="clear" w:color="auto" w:fill="B9DD46"/>
            <w:vAlign w:val="center"/>
          </w:tcPr>
          <w:p w14:paraId="6E09186D" w14:textId="389BC50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126" w:type="dxa"/>
            <w:shd w:val="clear" w:color="auto" w:fill="B9DD46"/>
            <w:vAlign w:val="center"/>
          </w:tcPr>
          <w:p w14:paraId="6DFAF78B" w14:textId="4AE2B606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770" w:type="dxa"/>
            <w:shd w:val="clear" w:color="auto" w:fill="B9DD46"/>
            <w:vAlign w:val="center"/>
          </w:tcPr>
          <w:p w14:paraId="4FF789B4" w14:textId="766DD02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985" w:type="dxa"/>
            <w:shd w:val="clear" w:color="auto" w:fill="B9DD46"/>
            <w:vAlign w:val="center"/>
          </w:tcPr>
          <w:p w14:paraId="666AA21E" w14:textId="6DD76F6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1030" w:type="dxa"/>
            <w:shd w:val="clear" w:color="auto" w:fill="B9DD46"/>
            <w:vAlign w:val="center"/>
          </w:tcPr>
          <w:p w14:paraId="23DA5009" w14:textId="7CDA0A19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2011" w:type="dxa"/>
            <w:shd w:val="clear" w:color="auto" w:fill="B9DD46"/>
            <w:vAlign w:val="center"/>
          </w:tcPr>
          <w:p w14:paraId="093D3BC5" w14:textId="53C26421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0FEE9F47" w14:textId="77777777" w:rsidTr="00CD3CE1">
        <w:trPr>
          <w:trHeight w:val="890"/>
        </w:trPr>
        <w:tc>
          <w:tcPr>
            <w:tcW w:w="1277" w:type="dxa"/>
          </w:tcPr>
          <w:p w14:paraId="5945EA65" w14:textId="7C092FA8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6A3E0918" w14:textId="77777777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15" w:type="dxa"/>
          </w:tcPr>
          <w:p w14:paraId="68EFC6D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17:00-18:00 </w:t>
            </w:r>
          </w:p>
        </w:tc>
        <w:tc>
          <w:tcPr>
            <w:tcW w:w="2528" w:type="dxa"/>
          </w:tcPr>
          <w:p w14:paraId="51AC203D" w14:textId="4D1F4B38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FPSZ 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VIII.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BF61C2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, </w:t>
            </w:r>
          </w:p>
          <w:p w14:paraId="49F072C2" w14:textId="1F72CC3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1081 Budapest, 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pápa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4. </w:t>
            </w:r>
          </w:p>
        </w:tc>
        <w:tc>
          <w:tcPr>
            <w:tcW w:w="1559" w:type="dxa"/>
          </w:tcPr>
          <w:p w14:paraId="286F52B9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2045763C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Kognitív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képességek</w:t>
            </w:r>
            <w:proofErr w:type="spellEnd"/>
          </w:p>
          <w:p w14:paraId="4254DDFA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egyensúlyi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képességek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(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lépésmagasság</w:t>
            </w:r>
            <w:proofErr w:type="spellEnd"/>
          </w:p>
          <w:p w14:paraId="51C5394E" w14:textId="574D0F6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lépéstávolság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növelés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) </w:t>
            </w:r>
          </w:p>
        </w:tc>
        <w:tc>
          <w:tcPr>
            <w:tcW w:w="2770" w:type="dxa"/>
          </w:tcPr>
          <w:p w14:paraId="163444B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képesség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85" w:type="dxa"/>
          </w:tcPr>
          <w:p w14:paraId="7AAC5200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</w:t>
            </w:r>
          </w:p>
          <w:p w14:paraId="6E3D2972" w14:textId="5F3B22A1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kisgyermeknevelők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3B6BFC1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5 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11" w:type="dxa"/>
          </w:tcPr>
          <w:p w14:paraId="0A11787C" w14:textId="77777777" w:rsidR="00A92F05" w:rsidRPr="00044CA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E-mailben:</w:t>
            </w:r>
          </w:p>
          <w:p w14:paraId="38B3CE8F" w14:textId="26544616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info.08@fpsz.net  </w:t>
            </w:r>
          </w:p>
          <w:p w14:paraId="65081E9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038B3EA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6C6C442E" w14:textId="77777777" w:rsidTr="00CD3CE1">
        <w:trPr>
          <w:trHeight w:val="890"/>
        </w:trPr>
        <w:tc>
          <w:tcPr>
            <w:tcW w:w="1277" w:type="dxa"/>
          </w:tcPr>
          <w:p w14:paraId="371A27AC" w14:textId="39079CFF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0170C0F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16:00-17:00 </w:t>
            </w:r>
          </w:p>
        </w:tc>
        <w:tc>
          <w:tcPr>
            <w:tcW w:w="2528" w:type="dxa"/>
          </w:tcPr>
          <w:p w14:paraId="1D786322" w14:textId="4A5ABB97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VIII.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2E7FDBB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1081 Budapest, 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pápa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4. </w:t>
            </w:r>
          </w:p>
        </w:tc>
        <w:tc>
          <w:tcPr>
            <w:tcW w:w="1559" w:type="dxa"/>
          </w:tcPr>
          <w:p w14:paraId="7A1C65C0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41F87C0E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Kommunikációs</w:t>
            </w:r>
            <w:proofErr w:type="spellEnd"/>
          </w:p>
          <w:p w14:paraId="2E785D07" w14:textId="6E8A1299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kognitív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képességek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770" w:type="dxa"/>
          </w:tcPr>
          <w:p w14:paraId="5A95AD2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képességfejlesztés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85" w:type="dxa"/>
          </w:tcPr>
          <w:p w14:paraId="105D397F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</w:t>
            </w:r>
          </w:p>
          <w:p w14:paraId="3B1FD827" w14:textId="4CD4877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kisgyermeknevelők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4FB4321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5 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11" w:type="dxa"/>
          </w:tcPr>
          <w:p w14:paraId="64C42CC0" w14:textId="77777777" w:rsidR="00A92F05" w:rsidRPr="00044CA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E-mailben:</w:t>
            </w:r>
          </w:p>
          <w:p w14:paraId="4EF2D26E" w14:textId="724BE60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info.08@fpsz.net  </w:t>
            </w:r>
          </w:p>
          <w:p w14:paraId="547FAEA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415B738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0B949206" w14:textId="77777777" w:rsidTr="00CD3CE1">
        <w:trPr>
          <w:trHeight w:val="890"/>
        </w:trPr>
        <w:tc>
          <w:tcPr>
            <w:tcW w:w="1277" w:type="dxa"/>
          </w:tcPr>
          <w:p w14:paraId="2E57D346" w14:textId="1ED041B0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7A50F10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8:00-9:00 </w:t>
            </w:r>
          </w:p>
        </w:tc>
        <w:tc>
          <w:tcPr>
            <w:tcW w:w="2528" w:type="dxa"/>
          </w:tcPr>
          <w:p w14:paraId="7AF0EB79" w14:textId="1AEE01AF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FPSZ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VIII.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Tagintézménye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078686E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1081 Budapest, II.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pápa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tér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4. </w:t>
            </w:r>
          </w:p>
        </w:tc>
        <w:tc>
          <w:tcPr>
            <w:tcW w:w="1559" w:type="dxa"/>
          </w:tcPr>
          <w:p w14:paraId="4EF3299C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619014A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770" w:type="dxa"/>
          </w:tcPr>
          <w:p w14:paraId="62CC37F7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Elemi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mozgások</w:t>
            </w:r>
            <w:proofErr w:type="spellEnd"/>
          </w:p>
          <w:p w14:paraId="6F74E903" w14:textId="604C1B9D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mozgáskoordináció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85" w:type="dxa"/>
          </w:tcPr>
          <w:p w14:paraId="731C079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155BC3C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5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11" w:type="dxa"/>
          </w:tcPr>
          <w:p w14:paraId="7C71C13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info.08@fpsz.net  </w:t>
            </w:r>
          </w:p>
          <w:p w14:paraId="330E4FB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4C5FA047" w14:textId="59FCA665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  <w:tr w:rsidR="00644903" w:rsidRPr="00644903" w14:paraId="69D078F7" w14:textId="77777777" w:rsidTr="00CD3CE1">
        <w:trPr>
          <w:trHeight w:val="890"/>
        </w:trPr>
        <w:tc>
          <w:tcPr>
            <w:tcW w:w="1277" w:type="dxa"/>
          </w:tcPr>
          <w:p w14:paraId="2720CE05" w14:textId="71C85F5E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308C505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528" w:type="dxa"/>
          </w:tcPr>
          <w:p w14:paraId="29E6597C" w14:textId="3DEF53D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Józsefvárosi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Óvodák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Napvirág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Tagóvoda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7A48669C" w14:textId="61C5ADB1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1083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Baross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u. 111/b  </w:t>
            </w:r>
          </w:p>
        </w:tc>
        <w:tc>
          <w:tcPr>
            <w:tcW w:w="1559" w:type="dxa"/>
          </w:tcPr>
          <w:p w14:paraId="469574A5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6EA8AF1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Beszédhanghiba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770" w:type="dxa"/>
          </w:tcPr>
          <w:p w14:paraId="5851D45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Beszédhanghibák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javítása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beszédészlelés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fejlesztéssel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egybekötve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85" w:type="dxa"/>
          </w:tcPr>
          <w:p w14:paraId="564B85B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2A567AB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11" w:type="dxa"/>
          </w:tcPr>
          <w:p w14:paraId="7830238B" w14:textId="5909A32C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info.08@fpsz.net  </w:t>
            </w:r>
          </w:p>
        </w:tc>
      </w:tr>
      <w:tr w:rsidR="00644903" w:rsidRPr="00644903" w14:paraId="7E2C4066" w14:textId="77777777" w:rsidTr="00CD3CE1">
        <w:trPr>
          <w:trHeight w:val="890"/>
        </w:trPr>
        <w:tc>
          <w:tcPr>
            <w:tcW w:w="1277" w:type="dxa"/>
          </w:tcPr>
          <w:p w14:paraId="6A81DA9F" w14:textId="745C76AF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1015" w:type="dxa"/>
          </w:tcPr>
          <w:p w14:paraId="12ACE54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528" w:type="dxa"/>
          </w:tcPr>
          <w:p w14:paraId="0DE55EC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Józsefvárosi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Óvodák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Pitypang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Tagóvoda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33723E7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1087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Százados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út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12- 14. </w:t>
            </w:r>
          </w:p>
        </w:tc>
        <w:tc>
          <w:tcPr>
            <w:tcW w:w="1559" w:type="dxa"/>
          </w:tcPr>
          <w:p w14:paraId="40D3B905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156DC17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Beszédhanghiba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770" w:type="dxa"/>
          </w:tcPr>
          <w:p w14:paraId="2EA3EB7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Artikulációs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mozgásfejlesztés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beszédhanghibák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javítása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helyes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kiejtés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érdekében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–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módon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1985" w:type="dxa"/>
          </w:tcPr>
          <w:p w14:paraId="618D0A0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030" w:type="dxa"/>
          </w:tcPr>
          <w:p w14:paraId="7AC6613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011" w:type="dxa"/>
          </w:tcPr>
          <w:p w14:paraId="278B8CE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mailben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: info.08@fpsz.net  </w:t>
            </w:r>
          </w:p>
          <w:p w14:paraId="2FA9A71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024DCFDF" w14:textId="33B9194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</w:tr>
    </w:tbl>
    <w:p w14:paraId="2509938A" w14:textId="4C884A15" w:rsidR="00044CA3" w:rsidRDefault="00044CA3"/>
    <w:p w14:paraId="5B19C91A" w14:textId="77777777" w:rsidR="00CD3CE1" w:rsidRDefault="00CD3CE1" w:rsidP="00BF61C2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</w:p>
    <w:p w14:paraId="4AA34FFD" w14:textId="3A153833" w:rsidR="00044CA3" w:rsidRPr="00BF61C2" w:rsidRDefault="00BF61C2" w:rsidP="00BF61C2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IX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2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409"/>
        <w:gridCol w:w="1560"/>
        <w:gridCol w:w="2126"/>
        <w:gridCol w:w="2410"/>
        <w:gridCol w:w="1418"/>
        <w:gridCol w:w="991"/>
        <w:gridCol w:w="3261"/>
      </w:tblGrid>
      <w:tr w:rsidR="00644903" w:rsidRPr="00644903" w14:paraId="5C27B0FC" w14:textId="77777777" w:rsidTr="00CD3CE1">
        <w:trPr>
          <w:trHeight w:val="389"/>
        </w:trPr>
        <w:tc>
          <w:tcPr>
            <w:tcW w:w="1277" w:type="dxa"/>
            <w:shd w:val="clear" w:color="auto" w:fill="B9DD46"/>
            <w:vAlign w:val="center"/>
          </w:tcPr>
          <w:p w14:paraId="39C23803" w14:textId="63883A5A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850" w:type="dxa"/>
            <w:shd w:val="clear" w:color="auto" w:fill="B9DD46"/>
            <w:vAlign w:val="center"/>
          </w:tcPr>
          <w:p w14:paraId="6AEB9B69" w14:textId="7C336BE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409" w:type="dxa"/>
            <w:shd w:val="clear" w:color="auto" w:fill="B9DD46"/>
            <w:vAlign w:val="center"/>
          </w:tcPr>
          <w:p w14:paraId="6BB6008E" w14:textId="5BBF7B9F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560" w:type="dxa"/>
            <w:shd w:val="clear" w:color="auto" w:fill="B9DD46"/>
            <w:vAlign w:val="center"/>
          </w:tcPr>
          <w:p w14:paraId="404039B4" w14:textId="5BF6629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2126" w:type="dxa"/>
            <w:shd w:val="clear" w:color="auto" w:fill="B9DD46"/>
            <w:vAlign w:val="center"/>
          </w:tcPr>
          <w:p w14:paraId="7AF27A71" w14:textId="16314746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2410" w:type="dxa"/>
            <w:shd w:val="clear" w:color="auto" w:fill="B9DD46"/>
            <w:vAlign w:val="center"/>
          </w:tcPr>
          <w:p w14:paraId="435028E7" w14:textId="7B880B0A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418" w:type="dxa"/>
            <w:shd w:val="clear" w:color="auto" w:fill="B9DD46"/>
            <w:vAlign w:val="center"/>
          </w:tcPr>
          <w:p w14:paraId="753DF677" w14:textId="2D1C6AD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991" w:type="dxa"/>
            <w:shd w:val="clear" w:color="auto" w:fill="B9DD46"/>
            <w:vAlign w:val="center"/>
          </w:tcPr>
          <w:p w14:paraId="6525172F" w14:textId="363B2BF2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3261" w:type="dxa"/>
            <w:shd w:val="clear" w:color="auto" w:fill="B9DD46"/>
            <w:vAlign w:val="center"/>
          </w:tcPr>
          <w:p w14:paraId="5AF74BE7" w14:textId="1711B018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299DA509" w14:textId="77777777" w:rsidTr="00CD3CE1">
        <w:trPr>
          <w:trHeight w:val="890"/>
        </w:trPr>
        <w:tc>
          <w:tcPr>
            <w:tcW w:w="1277" w:type="dxa"/>
          </w:tcPr>
          <w:p w14:paraId="65AD3DC6" w14:textId="39AB802C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4227C9BE" w14:textId="77777777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0B735EA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14:00-15:00 </w:t>
            </w:r>
          </w:p>
          <w:p w14:paraId="64041F3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09" w:type="dxa"/>
          </w:tcPr>
          <w:p w14:paraId="0D2D567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Budapest IX.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Molnár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Ferenc Magyar-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Angol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Két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Tanítási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Nyelvű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Általános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Iskola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F7C9616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1095 Budapest,</w:t>
            </w:r>
          </w:p>
          <w:p w14:paraId="1F5A1D5F" w14:textId="4F926D6C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Mester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19. </w:t>
            </w:r>
          </w:p>
        </w:tc>
        <w:tc>
          <w:tcPr>
            <w:tcW w:w="1560" w:type="dxa"/>
          </w:tcPr>
          <w:p w14:paraId="5F2583B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D3A611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03AB7AE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Nyelvi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diszlexia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prevenció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10" w:type="dxa"/>
          </w:tcPr>
          <w:p w14:paraId="64960D8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095F0F0B" w14:textId="77777777" w:rsidR="00044CA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</w:t>
            </w:r>
          </w:p>
          <w:p w14:paraId="6B922E03" w14:textId="39AEFE5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61FC22D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3 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261" w:type="dxa"/>
          </w:tcPr>
          <w:p w14:paraId="36C8C6D1" w14:textId="77777777" w:rsidR="00A92F05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</w:t>
            </w:r>
            <w:proofErr w:type="spellStart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mailben</w:t>
            </w:r>
            <w:proofErr w:type="spellEnd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:</w:t>
            </w:r>
          </w:p>
          <w:p w14:paraId="20D1BF1E" w14:textId="5E0D1418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bodei.ajnacska.09@fpsz.net </w:t>
            </w:r>
          </w:p>
        </w:tc>
      </w:tr>
      <w:tr w:rsidR="00644903" w:rsidRPr="00644903" w14:paraId="00722761" w14:textId="77777777" w:rsidTr="00CD3CE1">
        <w:trPr>
          <w:trHeight w:val="890"/>
        </w:trPr>
        <w:tc>
          <w:tcPr>
            <w:tcW w:w="1277" w:type="dxa"/>
          </w:tcPr>
          <w:p w14:paraId="33F32866" w14:textId="36F696AC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1261A0D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14:00-15:00 </w:t>
            </w:r>
          </w:p>
        </w:tc>
        <w:tc>
          <w:tcPr>
            <w:tcW w:w="2409" w:type="dxa"/>
          </w:tcPr>
          <w:p w14:paraId="4664B63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 IX.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C321D87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1095 Budapest,</w:t>
            </w:r>
          </w:p>
          <w:p w14:paraId="20AE5E54" w14:textId="1182A64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Mester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67. </w:t>
            </w:r>
          </w:p>
        </w:tc>
        <w:tc>
          <w:tcPr>
            <w:tcW w:w="1560" w:type="dxa"/>
          </w:tcPr>
          <w:p w14:paraId="5C657EE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Pszichológia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CC23B36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126" w:type="dxa"/>
          </w:tcPr>
          <w:p w14:paraId="0266518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Dinamikus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Szenzoros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Integrációs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10" w:type="dxa"/>
          </w:tcPr>
          <w:p w14:paraId="2A5333E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54FB597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49A5448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3 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261" w:type="dxa"/>
          </w:tcPr>
          <w:p w14:paraId="2E458065" w14:textId="77777777" w:rsidR="00A92F05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</w:t>
            </w:r>
            <w:proofErr w:type="spellStart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mailben</w:t>
            </w:r>
            <w:proofErr w:type="spellEnd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:</w:t>
            </w:r>
          </w:p>
          <w:p w14:paraId="64432F15" w14:textId="0194386E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angyal.zsofia.judit.09@fpsz.net </w:t>
            </w:r>
          </w:p>
        </w:tc>
      </w:tr>
      <w:tr w:rsidR="00644903" w:rsidRPr="00644903" w14:paraId="12A5C4B6" w14:textId="77777777" w:rsidTr="00CD3CE1">
        <w:trPr>
          <w:trHeight w:val="890"/>
        </w:trPr>
        <w:tc>
          <w:tcPr>
            <w:tcW w:w="1277" w:type="dxa"/>
          </w:tcPr>
          <w:p w14:paraId="354D0C97" w14:textId="527A64FA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67E8CBF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8:00 – 9:00 </w:t>
            </w:r>
          </w:p>
        </w:tc>
        <w:tc>
          <w:tcPr>
            <w:tcW w:w="2409" w:type="dxa"/>
          </w:tcPr>
          <w:p w14:paraId="68E62ED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 IX.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0D953364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1095 Budapest,</w:t>
            </w:r>
          </w:p>
          <w:p w14:paraId="619F6244" w14:textId="66C4239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Mester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67. </w:t>
            </w:r>
          </w:p>
        </w:tc>
        <w:tc>
          <w:tcPr>
            <w:tcW w:w="1560" w:type="dxa"/>
          </w:tcPr>
          <w:p w14:paraId="3A89B015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4F34E640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126" w:type="dxa"/>
          </w:tcPr>
          <w:p w14:paraId="68FBB355" w14:textId="77777777" w:rsidR="00CD3CE1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Fejlődési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diszkalkulia</w:t>
            </w:r>
            <w:proofErr w:type="spellEnd"/>
          </w:p>
          <w:p w14:paraId="3B72102C" w14:textId="1D3DDAB2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szűrés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 a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10" w:type="dxa"/>
          </w:tcPr>
          <w:p w14:paraId="21E349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FDL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szűrés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2789200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 </w:t>
            </w:r>
          </w:p>
          <w:p w14:paraId="529D9D4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03A7A19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261" w:type="dxa"/>
          </w:tcPr>
          <w:p w14:paraId="3C5C29EA" w14:textId="77777777" w:rsidR="00A92F05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</w:t>
            </w:r>
            <w:proofErr w:type="spellStart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mailben</w:t>
            </w:r>
            <w:proofErr w:type="spellEnd"/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:</w:t>
            </w:r>
          </w:p>
          <w:p w14:paraId="50EF97F7" w14:textId="3E1EBD97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varga.veronika.09@fpsz.net </w:t>
            </w:r>
          </w:p>
        </w:tc>
      </w:tr>
      <w:tr w:rsidR="00644903" w:rsidRPr="00644903" w14:paraId="1E70CBD1" w14:textId="77777777" w:rsidTr="00CD3CE1">
        <w:trPr>
          <w:trHeight w:val="890"/>
        </w:trPr>
        <w:tc>
          <w:tcPr>
            <w:tcW w:w="1277" w:type="dxa"/>
          </w:tcPr>
          <w:p w14:paraId="2AB343CC" w14:textId="31D18FAF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A3CA76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10:00-12:00 </w:t>
            </w:r>
          </w:p>
        </w:tc>
        <w:tc>
          <w:tcPr>
            <w:tcW w:w="2409" w:type="dxa"/>
          </w:tcPr>
          <w:p w14:paraId="43EDE5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 IX.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04E5F3E4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1095 Budapest,</w:t>
            </w:r>
          </w:p>
          <w:p w14:paraId="188BCCE8" w14:textId="6FB81AB8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Mester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67. </w:t>
            </w:r>
          </w:p>
        </w:tc>
        <w:tc>
          <w:tcPr>
            <w:tcW w:w="1560" w:type="dxa"/>
          </w:tcPr>
          <w:p w14:paraId="464097B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3709A44C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126" w:type="dxa"/>
          </w:tcPr>
          <w:p w14:paraId="07F0B667" w14:textId="2B48E5FB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Bayley III</w:t>
            </w:r>
            <w:r w:rsidR="00CD3CE1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teszt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felvétele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3892492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10" w:type="dxa"/>
          </w:tcPr>
          <w:p w14:paraId="5F0C94A3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Bayley III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teszt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felvételének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00AF11A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 </w:t>
            </w:r>
          </w:p>
          <w:p w14:paraId="5744DE6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0813F740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2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261" w:type="dxa"/>
          </w:tcPr>
          <w:p w14:paraId="5550FEE8" w14:textId="77777777" w:rsidR="00A92F05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E-mailben:</w:t>
            </w:r>
          </w:p>
          <w:p w14:paraId="0101002F" w14:textId="1D29528F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fentne.toth.erika.09@fpsz.net </w:t>
            </w:r>
          </w:p>
        </w:tc>
      </w:tr>
      <w:tr w:rsidR="00644903" w:rsidRPr="00644903" w14:paraId="1FDBBC37" w14:textId="77777777" w:rsidTr="00CD3CE1">
        <w:trPr>
          <w:trHeight w:val="890"/>
        </w:trPr>
        <w:tc>
          <w:tcPr>
            <w:tcW w:w="1277" w:type="dxa"/>
          </w:tcPr>
          <w:p w14:paraId="23EA84BB" w14:textId="4803BBC9" w:rsidR="00EB78CC" w:rsidRPr="00EB78CC" w:rsidRDefault="00EB78CC" w:rsidP="00A92F0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76F2CC5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10:00 – 12:00 </w:t>
            </w:r>
          </w:p>
        </w:tc>
        <w:tc>
          <w:tcPr>
            <w:tcW w:w="2409" w:type="dxa"/>
          </w:tcPr>
          <w:p w14:paraId="5B96916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FPSZ IX.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44C9CA2F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1095 Budapest,</w:t>
            </w:r>
          </w:p>
          <w:p w14:paraId="3A550E3C" w14:textId="5B256613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Mester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u. 67. </w:t>
            </w:r>
          </w:p>
        </w:tc>
        <w:tc>
          <w:tcPr>
            <w:tcW w:w="1560" w:type="dxa"/>
          </w:tcPr>
          <w:p w14:paraId="6C0FEA4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Gyógypedagógia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  <w:p w14:paraId="399AFDB5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  <w:tc>
          <w:tcPr>
            <w:tcW w:w="2126" w:type="dxa"/>
          </w:tcPr>
          <w:p w14:paraId="0A03DBDA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Bayley III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teszt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felvétele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  <w:p w14:paraId="5115FE8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2410" w:type="dxa"/>
          </w:tcPr>
          <w:p w14:paraId="53D2740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Bayley III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teszt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felvételének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418" w:type="dxa"/>
          </w:tcPr>
          <w:p w14:paraId="4BBB3652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 </w:t>
            </w:r>
          </w:p>
          <w:p w14:paraId="681FBD9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1" w:type="dxa"/>
          </w:tcPr>
          <w:p w14:paraId="24B8D62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2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261" w:type="dxa"/>
          </w:tcPr>
          <w:p w14:paraId="39077173" w14:textId="77777777" w:rsidR="00A92F05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E-mailben:</w:t>
            </w:r>
          </w:p>
          <w:p w14:paraId="61FC1B30" w14:textId="57036A07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molnar.krisztina.dorottya.09@fpsz.net </w:t>
            </w:r>
          </w:p>
          <w:p w14:paraId="1FABE0CC" w14:textId="77777777" w:rsidR="00EB78CC" w:rsidRP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r w:rsidRPr="009117EE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</w:tr>
    </w:tbl>
    <w:p w14:paraId="5DBB90CE" w14:textId="77777777" w:rsidR="00BF61C2" w:rsidRDefault="00BF61C2"/>
    <w:p w14:paraId="3858E05D" w14:textId="3FA4EF21" w:rsidR="00B434A4" w:rsidRDefault="00B434A4"/>
    <w:p w14:paraId="3576AD5D" w14:textId="7F5268E9" w:rsidR="00B434A4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37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551"/>
        <w:gridCol w:w="1701"/>
        <w:gridCol w:w="1843"/>
        <w:gridCol w:w="1920"/>
        <w:gridCol w:w="1985"/>
        <w:gridCol w:w="992"/>
        <w:gridCol w:w="3118"/>
      </w:tblGrid>
      <w:tr w:rsidR="00644903" w:rsidRPr="00644903" w14:paraId="482CD702" w14:textId="77777777" w:rsidTr="00CD3CE1">
        <w:trPr>
          <w:trHeight w:val="389"/>
        </w:trPr>
        <w:tc>
          <w:tcPr>
            <w:tcW w:w="1277" w:type="dxa"/>
            <w:shd w:val="clear" w:color="auto" w:fill="B9DD46"/>
            <w:vAlign w:val="center"/>
          </w:tcPr>
          <w:p w14:paraId="7A3E893A" w14:textId="1C9D3FA5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Dátum</w:t>
            </w:r>
            <w:proofErr w:type="spellEnd"/>
          </w:p>
        </w:tc>
        <w:tc>
          <w:tcPr>
            <w:tcW w:w="850" w:type="dxa"/>
            <w:shd w:val="clear" w:color="auto" w:fill="B9DD46"/>
            <w:vAlign w:val="center"/>
          </w:tcPr>
          <w:p w14:paraId="4C23790B" w14:textId="579F55E3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Időpont</w:t>
            </w:r>
            <w:proofErr w:type="spellEnd"/>
          </w:p>
        </w:tc>
        <w:tc>
          <w:tcPr>
            <w:tcW w:w="2551" w:type="dxa"/>
            <w:shd w:val="clear" w:color="auto" w:fill="B9DD46"/>
            <w:vAlign w:val="center"/>
          </w:tcPr>
          <w:p w14:paraId="07E78852" w14:textId="16AEC11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Helyszín</w:t>
            </w:r>
            <w:proofErr w:type="spellEnd"/>
          </w:p>
        </w:tc>
        <w:tc>
          <w:tcPr>
            <w:tcW w:w="1701" w:type="dxa"/>
            <w:shd w:val="clear" w:color="auto" w:fill="B9DD46"/>
            <w:vAlign w:val="center"/>
          </w:tcPr>
          <w:p w14:paraId="586565CA" w14:textId="4932E1E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Szakterület</w:t>
            </w:r>
            <w:proofErr w:type="spellEnd"/>
          </w:p>
        </w:tc>
        <w:tc>
          <w:tcPr>
            <w:tcW w:w="1843" w:type="dxa"/>
            <w:shd w:val="clear" w:color="auto" w:fill="B9DD46"/>
            <w:vAlign w:val="center"/>
          </w:tcPr>
          <w:p w14:paraId="44FED278" w14:textId="4011447E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Program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megnevezése</w:t>
            </w:r>
            <w:proofErr w:type="spellEnd"/>
          </w:p>
        </w:tc>
        <w:tc>
          <w:tcPr>
            <w:tcW w:w="1920" w:type="dxa"/>
            <w:shd w:val="clear" w:color="auto" w:fill="B9DD46"/>
            <w:vAlign w:val="center"/>
          </w:tcPr>
          <w:p w14:paraId="7EDD287F" w14:textId="717D6CFD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Rövid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leírás</w:t>
            </w:r>
            <w:proofErr w:type="spellEnd"/>
          </w:p>
        </w:tc>
        <w:tc>
          <w:tcPr>
            <w:tcW w:w="1985" w:type="dxa"/>
            <w:shd w:val="clear" w:color="auto" w:fill="B9DD46"/>
            <w:vAlign w:val="center"/>
          </w:tcPr>
          <w:p w14:paraId="0567875A" w14:textId="73CB103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Célcsoport</w:t>
            </w:r>
            <w:proofErr w:type="spellEnd"/>
          </w:p>
        </w:tc>
        <w:tc>
          <w:tcPr>
            <w:tcW w:w="992" w:type="dxa"/>
            <w:shd w:val="clear" w:color="auto" w:fill="B9DD46"/>
            <w:vAlign w:val="center"/>
          </w:tcPr>
          <w:p w14:paraId="6FC03ADE" w14:textId="503A9E0B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Férőhely</w:t>
            </w:r>
            <w:proofErr w:type="spellEnd"/>
          </w:p>
        </w:tc>
        <w:tc>
          <w:tcPr>
            <w:tcW w:w="3118" w:type="dxa"/>
            <w:shd w:val="clear" w:color="auto" w:fill="B9DD46"/>
            <w:vAlign w:val="center"/>
          </w:tcPr>
          <w:p w14:paraId="3C9F592D" w14:textId="73CDFA83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Jelentkezés</w:t>
            </w:r>
            <w:proofErr w:type="spellEnd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b/>
                <w:bCs/>
                <w:color w:val="595959" w:themeColor="text1" w:themeTint="A6"/>
              </w:rPr>
              <w:t>módja</w:t>
            </w:r>
            <w:proofErr w:type="spellEnd"/>
          </w:p>
        </w:tc>
      </w:tr>
      <w:tr w:rsidR="00644903" w:rsidRPr="00644903" w14:paraId="4CC26CF2" w14:textId="77777777" w:rsidTr="00CD3CE1">
        <w:trPr>
          <w:trHeight w:val="890"/>
        </w:trPr>
        <w:tc>
          <w:tcPr>
            <w:tcW w:w="1277" w:type="dxa"/>
          </w:tcPr>
          <w:p w14:paraId="46AEA198" w14:textId="2DD17A69" w:rsidR="00EB78CC" w:rsidRPr="00EB78CC" w:rsidRDefault="00EB78CC" w:rsidP="00A92F0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  <w:p w14:paraId="347A1D89" w14:textId="77777777" w:rsidR="00EB78CC" w:rsidRPr="00EB78CC" w:rsidRDefault="00EB78CC" w:rsidP="004D3A4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850" w:type="dxa"/>
          </w:tcPr>
          <w:p w14:paraId="4BCBD80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551" w:type="dxa"/>
          </w:tcPr>
          <w:p w14:paraId="18977EE1" w14:textId="77777777" w:rsid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Kőbányai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Egyesített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Kiskakas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Tagóvodája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 1104 Budapest,</w:t>
            </w:r>
          </w:p>
          <w:p w14:paraId="662B546A" w14:textId="3E27D15C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Mádi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86-94. </w:t>
            </w:r>
          </w:p>
        </w:tc>
        <w:tc>
          <w:tcPr>
            <w:tcW w:w="1701" w:type="dxa"/>
          </w:tcPr>
          <w:p w14:paraId="2752587A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Logopédia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6BB232FE" w14:textId="77777777" w:rsidR="00044CA3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Artikulációs</w:t>
            </w:r>
            <w:proofErr w:type="spellEnd"/>
          </w:p>
          <w:p w14:paraId="1D18FE5D" w14:textId="2CD7BE74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20" w:type="dxa"/>
          </w:tcPr>
          <w:p w14:paraId="62E2F88B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5" w:type="dxa"/>
          </w:tcPr>
          <w:p w14:paraId="3865E6A1" w14:textId="4A21551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óvodapedagógusok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2" w:type="dxa"/>
          </w:tcPr>
          <w:p w14:paraId="384D8B2D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118" w:type="dxa"/>
          </w:tcPr>
          <w:p w14:paraId="2BE99E2D" w14:textId="77777777" w:rsidR="00A92F05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</w:t>
            </w:r>
          </w:p>
          <w:p w14:paraId="11E10B47" w14:textId="2D122386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elges.renata.10@fpsz.net </w:t>
            </w:r>
          </w:p>
          <w:p w14:paraId="017A52AD" w14:textId="77777777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</w:tr>
      <w:tr w:rsidR="00644903" w:rsidRPr="00644903" w14:paraId="1F0542AA" w14:textId="77777777" w:rsidTr="00CD3CE1">
        <w:trPr>
          <w:trHeight w:val="890"/>
        </w:trPr>
        <w:tc>
          <w:tcPr>
            <w:tcW w:w="1277" w:type="dxa"/>
          </w:tcPr>
          <w:p w14:paraId="2986D4AE" w14:textId="70E57700" w:rsidR="00EB78CC" w:rsidRPr="00EB78CC" w:rsidRDefault="00EB78CC" w:rsidP="00A92F0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3499EA88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15:30-16:15 </w:t>
            </w:r>
          </w:p>
        </w:tc>
        <w:tc>
          <w:tcPr>
            <w:tcW w:w="2551" w:type="dxa"/>
          </w:tcPr>
          <w:p w14:paraId="0B4A3A49" w14:textId="77777777" w:rsidR="009117EE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Kőbányai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Kada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Mihály</w:t>
            </w:r>
            <w:proofErr w:type="spellEnd"/>
          </w:p>
          <w:p w14:paraId="1524220C" w14:textId="77777777" w:rsid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Általános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Iskola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, 1103 Budapest,</w:t>
            </w:r>
          </w:p>
          <w:p w14:paraId="0FC73CA6" w14:textId="37A6CD70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Kada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27-29. </w:t>
            </w:r>
          </w:p>
        </w:tc>
        <w:tc>
          <w:tcPr>
            <w:tcW w:w="1701" w:type="dxa"/>
          </w:tcPr>
          <w:p w14:paraId="696E6C9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Gyógytestnevelés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  <w:sz w:val="20"/>
                <w:szCs w:val="20"/>
              </w:rPr>
              <w:t> </w:t>
            </w:r>
          </w:p>
        </w:tc>
        <w:tc>
          <w:tcPr>
            <w:tcW w:w="1843" w:type="dxa"/>
          </w:tcPr>
          <w:p w14:paraId="5E0C6ABD" w14:textId="77777777" w:rsid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Gyógytestnevelés</w:t>
            </w:r>
            <w:proofErr w:type="spellEnd"/>
          </w:p>
          <w:p w14:paraId="4C48D737" w14:textId="3199382A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óra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20" w:type="dxa"/>
          </w:tcPr>
          <w:p w14:paraId="2175243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Gyakorlatok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5" w:type="dxa"/>
          </w:tcPr>
          <w:p w14:paraId="25FAED2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pedagógusok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2" w:type="dxa"/>
          </w:tcPr>
          <w:p w14:paraId="2669D51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10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118" w:type="dxa"/>
          </w:tcPr>
          <w:p w14:paraId="2075AB54" w14:textId="77777777" w:rsidR="00A92F05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</w:t>
            </w: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mailben</w:t>
            </w:r>
            <w:proofErr w:type="spellEnd"/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:</w:t>
            </w:r>
          </w:p>
          <w:p w14:paraId="4520322A" w14:textId="2FC12A04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horvath.eva.10@fpsz.net </w:t>
            </w:r>
          </w:p>
          <w:p w14:paraId="7F313D2F" w14:textId="77777777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</w:tr>
      <w:tr w:rsidR="00644903" w:rsidRPr="00644903" w14:paraId="0B9F4DD7" w14:textId="77777777" w:rsidTr="00CD3CE1">
        <w:trPr>
          <w:trHeight w:val="890"/>
        </w:trPr>
        <w:tc>
          <w:tcPr>
            <w:tcW w:w="1277" w:type="dxa"/>
          </w:tcPr>
          <w:p w14:paraId="214E4E80" w14:textId="62AF60DF" w:rsidR="00EB78CC" w:rsidRPr="00EB78CC" w:rsidRDefault="00EB78CC" w:rsidP="00A92F0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542649C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551" w:type="dxa"/>
          </w:tcPr>
          <w:p w14:paraId="5BEA64B6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Kőbányai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Egyesített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Bölcsődék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Fecskefészek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Bölcsőde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, 1106 Budapest,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Gépmadár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utca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15. </w:t>
            </w:r>
          </w:p>
        </w:tc>
        <w:tc>
          <w:tcPr>
            <w:tcW w:w="1701" w:type="dxa"/>
          </w:tcPr>
          <w:p w14:paraId="4A268424" w14:textId="77777777" w:rsidR="00EB78CC" w:rsidRPr="00EB78CC" w:rsidRDefault="00EB78CC" w:rsidP="00044CA3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gondozás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42A833B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Komplex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gyógypedagógiai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korai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egyéni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formában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20" w:type="dxa"/>
          </w:tcPr>
          <w:p w14:paraId="49D5D19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5" w:type="dxa"/>
          </w:tcPr>
          <w:p w14:paraId="2AD7932F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2" w:type="dxa"/>
          </w:tcPr>
          <w:p w14:paraId="2B36446C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1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118" w:type="dxa"/>
          </w:tcPr>
          <w:p w14:paraId="2847B319" w14:textId="77777777" w:rsidR="00A92F05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E-mailben:</w:t>
            </w:r>
          </w:p>
          <w:p w14:paraId="7B968C88" w14:textId="57F2EF17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liktor.nora.10@fpsz.net </w:t>
            </w:r>
          </w:p>
          <w:p w14:paraId="599A32E4" w14:textId="77777777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</w:tr>
      <w:tr w:rsidR="00644903" w:rsidRPr="00644903" w14:paraId="2C912569" w14:textId="77777777" w:rsidTr="00CD3CE1">
        <w:trPr>
          <w:trHeight w:val="890"/>
        </w:trPr>
        <w:tc>
          <w:tcPr>
            <w:tcW w:w="1277" w:type="dxa"/>
          </w:tcPr>
          <w:p w14:paraId="564582A6" w14:textId="61D0727C" w:rsidR="00EB78CC" w:rsidRPr="00EB78CC" w:rsidRDefault="00EB78CC" w:rsidP="00A92F0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43B2115E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9:00-10:00 </w:t>
            </w:r>
          </w:p>
        </w:tc>
        <w:tc>
          <w:tcPr>
            <w:tcW w:w="2551" w:type="dxa"/>
          </w:tcPr>
          <w:p w14:paraId="21510EAE" w14:textId="51316F67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X.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, </w:t>
            </w:r>
          </w:p>
          <w:p w14:paraId="47E7B5DE" w14:textId="77777777" w:rsid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1106 Budapest,</w:t>
            </w:r>
          </w:p>
          <w:p w14:paraId="3DACE049" w14:textId="0B8351D9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Keresztúri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út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7-9. </w:t>
            </w:r>
          </w:p>
        </w:tc>
        <w:tc>
          <w:tcPr>
            <w:tcW w:w="1701" w:type="dxa"/>
          </w:tcPr>
          <w:p w14:paraId="2C251767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25FF9DD1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Szenzoros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mozgásfejlesztő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csoport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20" w:type="dxa"/>
          </w:tcPr>
          <w:p w14:paraId="5A5614C5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5" w:type="dxa"/>
          </w:tcPr>
          <w:p w14:paraId="3367AC19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2" w:type="dxa"/>
          </w:tcPr>
          <w:p w14:paraId="2B420F7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3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118" w:type="dxa"/>
          </w:tcPr>
          <w:p w14:paraId="0A4F7617" w14:textId="77777777" w:rsidR="00A92F05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E-mailben:</w:t>
            </w:r>
          </w:p>
          <w:p w14:paraId="20579CD9" w14:textId="42F69F70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fuzerne.csuka.noemi.10@fpsz.net </w:t>
            </w:r>
          </w:p>
          <w:p w14:paraId="5C290427" w14:textId="77777777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</w:tr>
      <w:tr w:rsidR="00644903" w:rsidRPr="00644903" w14:paraId="2E1DC274" w14:textId="77777777" w:rsidTr="00CD3CE1">
        <w:trPr>
          <w:trHeight w:val="890"/>
        </w:trPr>
        <w:tc>
          <w:tcPr>
            <w:tcW w:w="1277" w:type="dxa"/>
          </w:tcPr>
          <w:p w14:paraId="70258F51" w14:textId="0075D950" w:rsidR="00EB78CC" w:rsidRPr="00EB78CC" w:rsidRDefault="00EB78CC" w:rsidP="00A92F05">
            <w:pPr>
              <w:spacing w:line="276" w:lineRule="auto"/>
              <w:jc w:val="center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2026.04.20. </w:t>
            </w:r>
          </w:p>
        </w:tc>
        <w:tc>
          <w:tcPr>
            <w:tcW w:w="850" w:type="dxa"/>
          </w:tcPr>
          <w:p w14:paraId="6BF8080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16:00-17:00 </w:t>
            </w:r>
          </w:p>
        </w:tc>
        <w:tc>
          <w:tcPr>
            <w:tcW w:w="2551" w:type="dxa"/>
          </w:tcPr>
          <w:p w14:paraId="25586961" w14:textId="5A47B90C" w:rsidR="00EB78CC" w:rsidRPr="00EB78CC" w:rsidRDefault="00044CA3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</w:rPr>
              <w:t>FPSZ</w:t>
            </w:r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X.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Kerületi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Tagintézménye</w:t>
            </w:r>
            <w:proofErr w:type="spellEnd"/>
            <w:r w:rsidR="00EB78CC" w:rsidRPr="00EB78CC">
              <w:rPr>
                <w:rFonts w:asciiTheme="majorHAnsi" w:hAnsiTheme="majorHAnsi" w:cstheme="majorHAnsi"/>
                <w:color w:val="595959" w:themeColor="text1" w:themeTint="A6"/>
              </w:rPr>
              <w:t>, </w:t>
            </w:r>
          </w:p>
          <w:p w14:paraId="03D76AF5" w14:textId="77777777" w:rsid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1106 Budapest,</w:t>
            </w:r>
          </w:p>
          <w:p w14:paraId="4BCF85AE" w14:textId="637B14BC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Keresztúri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út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7-9. </w:t>
            </w:r>
          </w:p>
        </w:tc>
        <w:tc>
          <w:tcPr>
            <w:tcW w:w="1701" w:type="dxa"/>
          </w:tcPr>
          <w:p w14:paraId="73483D13" w14:textId="77777777" w:rsidR="00EB78CC" w:rsidRPr="00EB78CC" w:rsidRDefault="00EB78CC" w:rsidP="004D3A45">
            <w:pPr>
              <w:spacing w:line="276" w:lineRule="auto"/>
              <w:jc w:val="both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Nevelési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tanácsadás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843" w:type="dxa"/>
          </w:tcPr>
          <w:p w14:paraId="355BEC1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Dinamikus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szenzoros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integratív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terápia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csoportban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20" w:type="dxa"/>
          </w:tcPr>
          <w:p w14:paraId="227C7D94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Játékos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fejlesztési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módszerek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bemutatása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1985" w:type="dxa"/>
          </w:tcPr>
          <w:p w14:paraId="1CEA671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Szülők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992" w:type="dxa"/>
          </w:tcPr>
          <w:p w14:paraId="6781AC67" w14:textId="77777777" w:rsidR="00EB78CC" w:rsidRPr="00EB78CC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</w:rPr>
            </w:pPr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 xml:space="preserve">4 </w:t>
            </w:r>
            <w:proofErr w:type="spellStart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fő</w:t>
            </w:r>
            <w:proofErr w:type="spellEnd"/>
            <w:r w:rsidRPr="00EB78CC">
              <w:rPr>
                <w:rFonts w:asciiTheme="majorHAnsi" w:hAnsiTheme="majorHAnsi" w:cstheme="majorHAnsi"/>
                <w:color w:val="595959" w:themeColor="text1" w:themeTint="A6"/>
              </w:rPr>
              <w:t> </w:t>
            </w:r>
          </w:p>
        </w:tc>
        <w:tc>
          <w:tcPr>
            <w:tcW w:w="3118" w:type="dxa"/>
          </w:tcPr>
          <w:p w14:paraId="6C31EC0C" w14:textId="77777777" w:rsidR="00A92F05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E-mailben:</w:t>
            </w:r>
          </w:p>
          <w:p w14:paraId="74BFDD75" w14:textId="21A258B5" w:rsidR="00EB78CC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bognar.dora.10@fpsz.net </w:t>
            </w:r>
          </w:p>
          <w:p w14:paraId="7F9FBCDF" w14:textId="3CA1E396" w:rsidR="00EC1628" w:rsidRPr="006C7976" w:rsidRDefault="00EB78CC" w:rsidP="004D3A45">
            <w:pPr>
              <w:spacing w:line="276" w:lineRule="auto"/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  <w:sz w:val="21"/>
                <w:szCs w:val="21"/>
              </w:rPr>
              <w:t> </w:t>
            </w:r>
          </w:p>
        </w:tc>
      </w:tr>
    </w:tbl>
    <w:p w14:paraId="1ED0D384" w14:textId="79C03505" w:rsidR="00044CA3" w:rsidRDefault="00044CA3"/>
    <w:p w14:paraId="5DBF012B" w14:textId="77777777" w:rsidR="00044CA3" w:rsidRDefault="00044CA3">
      <w:r>
        <w:br w:type="page"/>
      </w:r>
    </w:p>
    <w:p w14:paraId="17DC4E9A" w14:textId="61117AF5" w:rsidR="00044CA3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197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778"/>
        <w:gridCol w:w="2231"/>
        <w:gridCol w:w="2872"/>
        <w:gridCol w:w="1276"/>
        <w:gridCol w:w="992"/>
        <w:gridCol w:w="2022"/>
      </w:tblGrid>
      <w:tr w:rsidR="00644903" w:rsidRPr="00644903" w14:paraId="2AAD79C0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7D78233D" w14:textId="401070B8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04ECE87B" w14:textId="51C129DF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0F9F59FA" w14:textId="7A70207B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778" w:type="dxa"/>
            <w:shd w:val="clear" w:color="auto" w:fill="B9DD46"/>
            <w:vAlign w:val="center"/>
            <w:hideMark/>
          </w:tcPr>
          <w:p w14:paraId="6F4B9480" w14:textId="3A9B1209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2231" w:type="dxa"/>
            <w:shd w:val="clear" w:color="auto" w:fill="B9DD46"/>
            <w:vAlign w:val="center"/>
            <w:hideMark/>
          </w:tcPr>
          <w:p w14:paraId="418CD3AF" w14:textId="6A0FA6C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872" w:type="dxa"/>
            <w:shd w:val="clear" w:color="auto" w:fill="B9DD46"/>
            <w:vAlign w:val="center"/>
            <w:hideMark/>
          </w:tcPr>
          <w:p w14:paraId="52A1AAAD" w14:textId="757E1361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276" w:type="dxa"/>
            <w:shd w:val="clear" w:color="auto" w:fill="B9DD46"/>
            <w:vAlign w:val="center"/>
            <w:hideMark/>
          </w:tcPr>
          <w:p w14:paraId="1F1DA157" w14:textId="00BA7072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992" w:type="dxa"/>
            <w:shd w:val="clear" w:color="auto" w:fill="B9DD46"/>
            <w:vAlign w:val="center"/>
            <w:hideMark/>
          </w:tcPr>
          <w:p w14:paraId="4EC34F10" w14:textId="0B7870CD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022" w:type="dxa"/>
            <w:shd w:val="clear" w:color="auto" w:fill="B9DD46"/>
            <w:vAlign w:val="center"/>
            <w:hideMark/>
          </w:tcPr>
          <w:p w14:paraId="35BCE517" w14:textId="268C2278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55AA9DD4" w14:textId="77777777" w:rsidTr="00CD3CE1">
        <w:trPr>
          <w:trHeight w:val="885"/>
        </w:trPr>
        <w:tc>
          <w:tcPr>
            <w:tcW w:w="1277" w:type="dxa"/>
            <w:hideMark/>
          </w:tcPr>
          <w:p w14:paraId="25DF5440" w14:textId="1938472E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03AFEFB3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0F8B4E5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16:00-17:00 </w:t>
            </w:r>
          </w:p>
        </w:tc>
        <w:tc>
          <w:tcPr>
            <w:tcW w:w="2734" w:type="dxa"/>
            <w:hideMark/>
          </w:tcPr>
          <w:p w14:paraId="6E492EC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XI. Kerületi Tagintézménye, 1117 Budapest, Erőmű u. 8.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I.em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 </w:t>
            </w:r>
          </w:p>
        </w:tc>
        <w:tc>
          <w:tcPr>
            <w:tcW w:w="1778" w:type="dxa"/>
            <w:hideMark/>
          </w:tcPr>
          <w:p w14:paraId="08956E7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Nevelési tanácsadás / mozgásfejlesztés </w:t>
            </w:r>
          </w:p>
        </w:tc>
        <w:tc>
          <w:tcPr>
            <w:tcW w:w="2231" w:type="dxa"/>
            <w:hideMark/>
          </w:tcPr>
          <w:p w14:paraId="67BB14E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Szenzomotoros mozgásfejlesztés nagycsoportos óvodások részére </w:t>
            </w:r>
          </w:p>
        </w:tc>
        <w:tc>
          <w:tcPr>
            <w:tcW w:w="2872" w:type="dxa"/>
            <w:hideMark/>
          </w:tcPr>
          <w:p w14:paraId="0F1DEE0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szocializációs játék, akadálypálya, keresztmozgás, egyensúly, rugalmasság fejlesztése </w:t>
            </w:r>
          </w:p>
        </w:tc>
        <w:tc>
          <w:tcPr>
            <w:tcW w:w="1276" w:type="dxa"/>
            <w:hideMark/>
          </w:tcPr>
          <w:p w14:paraId="0A419C6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1218BED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2022" w:type="dxa"/>
            <w:hideMark/>
          </w:tcPr>
          <w:p w14:paraId="5A5DAE7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56FA26A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  <w:tr w:rsidR="00644903" w:rsidRPr="00644903" w14:paraId="30151F09" w14:textId="77777777" w:rsidTr="00CD3CE1">
        <w:trPr>
          <w:trHeight w:val="885"/>
        </w:trPr>
        <w:tc>
          <w:tcPr>
            <w:tcW w:w="1277" w:type="dxa"/>
            <w:hideMark/>
          </w:tcPr>
          <w:p w14:paraId="7567B1B8" w14:textId="45B2823D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619DBC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17:00-18:00 </w:t>
            </w:r>
          </w:p>
        </w:tc>
        <w:tc>
          <w:tcPr>
            <w:tcW w:w="2734" w:type="dxa"/>
            <w:hideMark/>
          </w:tcPr>
          <w:p w14:paraId="4911258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XI. Kerületi Tagintézménye, 1117 Budapest, Erőmű u. 8.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I.em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 </w:t>
            </w:r>
          </w:p>
        </w:tc>
        <w:tc>
          <w:tcPr>
            <w:tcW w:w="1778" w:type="dxa"/>
            <w:hideMark/>
          </w:tcPr>
          <w:p w14:paraId="31DA7E4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Nevelési tanácsadás / mozgásfejlesztés </w:t>
            </w:r>
          </w:p>
        </w:tc>
        <w:tc>
          <w:tcPr>
            <w:tcW w:w="2231" w:type="dxa"/>
            <w:hideMark/>
          </w:tcPr>
          <w:p w14:paraId="164EF9C2" w14:textId="77777777" w:rsidR="006C7976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Szenzomotoros mozgásfejlesztés alsó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tagozatos</w:t>
            </w:r>
            <w:proofErr w:type="spellEnd"/>
          </w:p>
          <w:p w14:paraId="262AF40F" w14:textId="3F7212FB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iskolások részére </w:t>
            </w:r>
          </w:p>
        </w:tc>
        <w:tc>
          <w:tcPr>
            <w:tcW w:w="2872" w:type="dxa"/>
            <w:hideMark/>
          </w:tcPr>
          <w:p w14:paraId="503B73A8" w14:textId="77777777" w:rsidR="006C7976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Reflexgátlás, többkomponensű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szeriális</w:t>
            </w:r>
            <w:proofErr w:type="spellEnd"/>
          </w:p>
          <w:p w14:paraId="38341AB0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 és beszéd feladat, keresztmozgás, felső és alsó végtag független vezérlése</w:t>
            </w:r>
          </w:p>
          <w:p w14:paraId="58E1B8DE" w14:textId="5D08DDDC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összerendezése </w:t>
            </w:r>
          </w:p>
        </w:tc>
        <w:tc>
          <w:tcPr>
            <w:tcW w:w="1276" w:type="dxa"/>
            <w:hideMark/>
          </w:tcPr>
          <w:p w14:paraId="667DF92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09CD666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2022" w:type="dxa"/>
            <w:hideMark/>
          </w:tcPr>
          <w:p w14:paraId="27DF421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3AF6FB5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  <w:tr w:rsidR="00644903" w:rsidRPr="00644903" w14:paraId="0A74B173" w14:textId="77777777" w:rsidTr="00CD3CE1">
        <w:trPr>
          <w:trHeight w:val="885"/>
        </w:trPr>
        <w:tc>
          <w:tcPr>
            <w:tcW w:w="1277" w:type="dxa"/>
            <w:hideMark/>
          </w:tcPr>
          <w:p w14:paraId="0041B004" w14:textId="417E33D5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30A49E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16:00-16:45 </w:t>
            </w:r>
          </w:p>
        </w:tc>
        <w:tc>
          <w:tcPr>
            <w:tcW w:w="2734" w:type="dxa"/>
            <w:hideMark/>
          </w:tcPr>
          <w:p w14:paraId="6CC191C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XI. Kerületi Tagintézménye, 1117 Budapest, Erőmű u. 8.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I.em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 </w:t>
            </w:r>
          </w:p>
        </w:tc>
        <w:tc>
          <w:tcPr>
            <w:tcW w:w="1778" w:type="dxa"/>
            <w:hideMark/>
          </w:tcPr>
          <w:p w14:paraId="5901B74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2231" w:type="dxa"/>
            <w:hideMark/>
          </w:tcPr>
          <w:p w14:paraId="31E1567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iskola-előkészítő foglalkozás </w:t>
            </w:r>
          </w:p>
        </w:tc>
        <w:tc>
          <w:tcPr>
            <w:tcW w:w="2872" w:type="dxa"/>
            <w:hideMark/>
          </w:tcPr>
          <w:p w14:paraId="2CBE0E9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Iskolába lépéshez szükséges készségek fejlesztése </w:t>
            </w:r>
          </w:p>
        </w:tc>
        <w:tc>
          <w:tcPr>
            <w:tcW w:w="1276" w:type="dxa"/>
            <w:hideMark/>
          </w:tcPr>
          <w:p w14:paraId="12433D2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388EE4A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2022" w:type="dxa"/>
            <w:hideMark/>
          </w:tcPr>
          <w:p w14:paraId="5CE5C2F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757451D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  <w:tr w:rsidR="00644903" w:rsidRPr="00644903" w14:paraId="6E73EFAE" w14:textId="77777777" w:rsidTr="00CD3CE1">
        <w:trPr>
          <w:trHeight w:val="885"/>
        </w:trPr>
        <w:tc>
          <w:tcPr>
            <w:tcW w:w="1277" w:type="dxa"/>
            <w:hideMark/>
          </w:tcPr>
          <w:p w14:paraId="52F88D0F" w14:textId="01344B13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44858E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9:00-9:35 </w:t>
            </w:r>
          </w:p>
        </w:tc>
        <w:tc>
          <w:tcPr>
            <w:tcW w:w="2734" w:type="dxa"/>
            <w:hideMark/>
          </w:tcPr>
          <w:p w14:paraId="0686A72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Bóbita Bölcsőde (1116 Budapest Fonyód utca 3-5.) </w:t>
            </w:r>
          </w:p>
        </w:tc>
        <w:tc>
          <w:tcPr>
            <w:tcW w:w="1778" w:type="dxa"/>
            <w:hideMark/>
          </w:tcPr>
          <w:p w14:paraId="76C8315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2231" w:type="dxa"/>
            <w:hideMark/>
          </w:tcPr>
          <w:p w14:paraId="791A38E3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 </w:t>
            </w:r>
          </w:p>
        </w:tc>
        <w:tc>
          <w:tcPr>
            <w:tcW w:w="2872" w:type="dxa"/>
            <w:hideMark/>
          </w:tcPr>
          <w:p w14:paraId="7E054B9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ingerek feldolgozása mozgásfejlesztés során </w:t>
            </w:r>
          </w:p>
        </w:tc>
        <w:tc>
          <w:tcPr>
            <w:tcW w:w="1276" w:type="dxa"/>
            <w:hideMark/>
          </w:tcPr>
          <w:p w14:paraId="2C317B5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01561F0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2022" w:type="dxa"/>
            <w:hideMark/>
          </w:tcPr>
          <w:p w14:paraId="5FF07E7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2830AD4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  <w:tr w:rsidR="00644903" w:rsidRPr="00644903" w14:paraId="732D1F86" w14:textId="77777777" w:rsidTr="00CD3CE1">
        <w:trPr>
          <w:trHeight w:val="885"/>
        </w:trPr>
        <w:tc>
          <w:tcPr>
            <w:tcW w:w="1277" w:type="dxa"/>
            <w:hideMark/>
          </w:tcPr>
          <w:p w14:paraId="6213D64C" w14:textId="6AE4BB0F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E11063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17:00 -17:45 </w:t>
            </w:r>
          </w:p>
        </w:tc>
        <w:tc>
          <w:tcPr>
            <w:tcW w:w="2734" w:type="dxa"/>
            <w:hideMark/>
          </w:tcPr>
          <w:p w14:paraId="5E2929D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XI. Kerületi Tagintézménye, 1117 Budapest, Erőmű u. 4. </w:t>
            </w:r>
          </w:p>
        </w:tc>
        <w:tc>
          <w:tcPr>
            <w:tcW w:w="1778" w:type="dxa"/>
            <w:hideMark/>
          </w:tcPr>
          <w:p w14:paraId="6C36716B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2231" w:type="dxa"/>
            <w:hideMark/>
          </w:tcPr>
          <w:p w14:paraId="7FAA1A0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gyógytestnevelés  </w:t>
            </w:r>
          </w:p>
        </w:tc>
        <w:tc>
          <w:tcPr>
            <w:tcW w:w="2872" w:type="dxa"/>
            <w:hideMark/>
          </w:tcPr>
          <w:p w14:paraId="3BB601B8" w14:textId="4AB649DC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Tartásjavító gyakorlatok bottal és babzsákkal</w:t>
            </w:r>
            <w:r w:rsidR="006C7976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scoliosisra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 hanyag tartásra és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scheuermannra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276" w:type="dxa"/>
            <w:hideMark/>
          </w:tcPr>
          <w:p w14:paraId="506CD51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7A36FC9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2022" w:type="dxa"/>
            <w:hideMark/>
          </w:tcPr>
          <w:p w14:paraId="2A84F9A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4A6A82E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  <w:tr w:rsidR="00970845" w:rsidRPr="00644903" w14:paraId="1247A899" w14:textId="77777777" w:rsidTr="00CD3CE1">
        <w:trPr>
          <w:trHeight w:val="885"/>
        </w:trPr>
        <w:tc>
          <w:tcPr>
            <w:tcW w:w="1277" w:type="dxa"/>
            <w:hideMark/>
          </w:tcPr>
          <w:p w14:paraId="3DDA5217" w14:textId="166F9C35" w:rsidR="00970845" w:rsidRPr="00EC1628" w:rsidRDefault="00970845" w:rsidP="00A92F0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B8C1D4F" w14:textId="7777777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16:00 - 17:00 </w:t>
            </w:r>
          </w:p>
        </w:tc>
        <w:tc>
          <w:tcPr>
            <w:tcW w:w="2734" w:type="dxa"/>
            <w:hideMark/>
          </w:tcPr>
          <w:p w14:paraId="494D618D" w14:textId="77777777" w:rsidR="00970845" w:rsidRPr="006C7976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6C7976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XI. Kerületi Tagintézménye, 1117 Budapest, Erőmű u. 8.  </w:t>
            </w:r>
          </w:p>
        </w:tc>
        <w:tc>
          <w:tcPr>
            <w:tcW w:w="1778" w:type="dxa"/>
            <w:hideMark/>
          </w:tcPr>
          <w:p w14:paraId="38A42FD2" w14:textId="77777777" w:rsidR="00970845" w:rsidRPr="006C7976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6C7976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Tehetséggondozás </w:t>
            </w:r>
          </w:p>
        </w:tc>
        <w:tc>
          <w:tcPr>
            <w:tcW w:w="2231" w:type="dxa"/>
            <w:hideMark/>
          </w:tcPr>
          <w:p w14:paraId="75EA36A4" w14:textId="77777777" w:rsidR="00044CA3" w:rsidRDefault="00970845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Gondolkodásfejlesztés játékokkal,</w:t>
            </w:r>
          </w:p>
          <w:p w14:paraId="0DCB5DB7" w14:textId="70FB5B4B" w:rsidR="00970845" w:rsidRPr="00EC1628" w:rsidRDefault="00970845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feladványokka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872" w:type="dxa"/>
            <w:hideMark/>
          </w:tcPr>
          <w:p w14:paraId="59FDDD31" w14:textId="77777777" w:rsidR="006C7976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személyiségfejlesztő kártyajáték, egyszemélyes logikai játék, stratégiai</w:t>
            </w:r>
          </w:p>
          <w:p w14:paraId="40D1EBBC" w14:textId="77777777" w:rsidR="006C7976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táblajáték, kreativitást</w:t>
            </w:r>
          </w:p>
          <w:p w14:paraId="5386C935" w14:textId="77777777" w:rsidR="00CD3CE1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történetmesélést</w:t>
            </w:r>
          </w:p>
          <w:p w14:paraId="4DD6E176" w14:textId="46B61D1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fejlesztő játék </w:t>
            </w:r>
          </w:p>
        </w:tc>
        <w:tc>
          <w:tcPr>
            <w:tcW w:w="1276" w:type="dxa"/>
            <w:hideMark/>
          </w:tcPr>
          <w:p w14:paraId="47945D9C" w14:textId="7777777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21D7F92C" w14:textId="7777777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2022" w:type="dxa"/>
            <w:hideMark/>
          </w:tcPr>
          <w:p w14:paraId="757EDC1B" w14:textId="7777777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1ECEF0D2" w14:textId="77777777" w:rsidR="00970845" w:rsidRPr="00EC1628" w:rsidRDefault="009708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info.11@fpsz.net  </w:t>
            </w:r>
          </w:p>
        </w:tc>
      </w:tr>
    </w:tbl>
    <w:p w14:paraId="6E9BB018" w14:textId="77777777" w:rsidR="00CE2668" w:rsidRDefault="00CE2668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</w:p>
    <w:p w14:paraId="7ED52469" w14:textId="77777777" w:rsidR="00CE2668" w:rsidRDefault="00CE2668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</w:p>
    <w:p w14:paraId="76A6F0ED" w14:textId="65BF816D" w:rsidR="00B434A4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74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528"/>
        <w:gridCol w:w="1843"/>
        <w:gridCol w:w="1984"/>
        <w:gridCol w:w="2666"/>
        <w:gridCol w:w="2022"/>
        <w:gridCol w:w="1030"/>
        <w:gridCol w:w="1909"/>
      </w:tblGrid>
      <w:tr w:rsidR="00B434A4" w:rsidRPr="00B434A4" w14:paraId="4BBD74C7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24662F25" w14:textId="00D0F408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7F2B5A75" w14:textId="6B2E7673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528" w:type="dxa"/>
            <w:shd w:val="clear" w:color="auto" w:fill="B9DD46"/>
            <w:vAlign w:val="center"/>
            <w:hideMark/>
          </w:tcPr>
          <w:p w14:paraId="3D3A274D" w14:textId="708305AC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843" w:type="dxa"/>
            <w:shd w:val="clear" w:color="auto" w:fill="B9DD46"/>
            <w:vAlign w:val="center"/>
            <w:hideMark/>
          </w:tcPr>
          <w:p w14:paraId="7B0284EB" w14:textId="6D7D9270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984" w:type="dxa"/>
            <w:shd w:val="clear" w:color="auto" w:fill="B9DD46"/>
            <w:vAlign w:val="center"/>
            <w:hideMark/>
          </w:tcPr>
          <w:p w14:paraId="2AB2244F" w14:textId="0567D5B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666" w:type="dxa"/>
            <w:shd w:val="clear" w:color="auto" w:fill="B9DD46"/>
            <w:vAlign w:val="center"/>
            <w:hideMark/>
          </w:tcPr>
          <w:p w14:paraId="0F27A4C6" w14:textId="7B7F81A8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2022" w:type="dxa"/>
            <w:shd w:val="clear" w:color="auto" w:fill="B9DD46"/>
            <w:vAlign w:val="center"/>
            <w:hideMark/>
          </w:tcPr>
          <w:p w14:paraId="7EE8EAA3" w14:textId="659E0D9A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487E5D96" w14:textId="7B7CCBA5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909" w:type="dxa"/>
            <w:shd w:val="clear" w:color="auto" w:fill="B9DD46"/>
            <w:vAlign w:val="center"/>
            <w:hideMark/>
          </w:tcPr>
          <w:p w14:paraId="32D90C66" w14:textId="7D9D7F0F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0E4832EE" w14:textId="77777777" w:rsidTr="00CD3CE1">
        <w:trPr>
          <w:trHeight w:val="885"/>
        </w:trPr>
        <w:tc>
          <w:tcPr>
            <w:tcW w:w="1277" w:type="dxa"/>
            <w:hideMark/>
          </w:tcPr>
          <w:p w14:paraId="33056870" w14:textId="40497106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718452B2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7C6577D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14.00-15.00 </w:t>
            </w:r>
          </w:p>
        </w:tc>
        <w:tc>
          <w:tcPr>
            <w:tcW w:w="2528" w:type="dxa"/>
            <w:hideMark/>
          </w:tcPr>
          <w:p w14:paraId="5BB352A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XII. Kerületi Tagintézménye </w:t>
            </w:r>
          </w:p>
          <w:p w14:paraId="097627D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1126 Budapest, Kiss János altábornagy utca 31-33/a </w:t>
            </w:r>
          </w:p>
        </w:tc>
        <w:tc>
          <w:tcPr>
            <w:tcW w:w="1843" w:type="dxa"/>
            <w:hideMark/>
          </w:tcPr>
          <w:p w14:paraId="14E2F07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84" w:type="dxa"/>
            <w:hideMark/>
          </w:tcPr>
          <w:p w14:paraId="612F05A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Együtt tervezve a befogadó jövőt. CO-Design </w:t>
            </w:r>
          </w:p>
        </w:tc>
        <w:tc>
          <w:tcPr>
            <w:tcW w:w="2666" w:type="dxa"/>
            <w:hideMark/>
          </w:tcPr>
          <w:p w14:paraId="63F7BE83" w14:textId="4F90DF85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Együtt könnyebb megérteni: az együttműködés szerepe</w:t>
            </w:r>
            <w:r w:rsidR="006C7976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és fontossága az 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inklúzióban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 </w:t>
            </w:r>
          </w:p>
        </w:tc>
        <w:tc>
          <w:tcPr>
            <w:tcW w:w="2022" w:type="dxa"/>
            <w:hideMark/>
          </w:tcPr>
          <w:p w14:paraId="32549D4E" w14:textId="0F8706EC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73237A8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3320419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 fő </w:t>
            </w:r>
          </w:p>
        </w:tc>
        <w:tc>
          <w:tcPr>
            <w:tcW w:w="1909" w:type="dxa"/>
            <w:hideMark/>
          </w:tcPr>
          <w:p w14:paraId="77803E4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Email: </w:t>
            </w:r>
          </w:p>
          <w:p w14:paraId="0DE110A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info.12@fpsz.net </w:t>
            </w:r>
          </w:p>
        </w:tc>
      </w:tr>
      <w:tr w:rsidR="004638FA" w:rsidRPr="00644903" w14:paraId="6E0A7780" w14:textId="77777777" w:rsidTr="00CD3CE1">
        <w:trPr>
          <w:trHeight w:val="885"/>
        </w:trPr>
        <w:tc>
          <w:tcPr>
            <w:tcW w:w="1277" w:type="dxa"/>
            <w:hideMark/>
          </w:tcPr>
          <w:p w14:paraId="7D37DC30" w14:textId="61529B53" w:rsidR="004638FA" w:rsidRPr="00EC1628" w:rsidRDefault="004638FA" w:rsidP="004638F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3072A4E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15.15-16.00 </w:t>
            </w:r>
          </w:p>
        </w:tc>
        <w:tc>
          <w:tcPr>
            <w:tcW w:w="2528" w:type="dxa"/>
            <w:hideMark/>
          </w:tcPr>
          <w:p w14:paraId="24EECF79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XII. Kerületi Tagintézménye </w:t>
            </w:r>
          </w:p>
          <w:p w14:paraId="789A2653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1126 Budapest, Kiss János altábornagy utca 31-33/a </w:t>
            </w:r>
          </w:p>
        </w:tc>
        <w:tc>
          <w:tcPr>
            <w:tcW w:w="1843" w:type="dxa"/>
            <w:hideMark/>
          </w:tcPr>
          <w:p w14:paraId="4CBD4865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1984" w:type="dxa"/>
            <w:hideMark/>
          </w:tcPr>
          <w:p w14:paraId="148F297B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 csak jól tanulj- ülj is jól! </w:t>
            </w:r>
          </w:p>
        </w:tc>
        <w:tc>
          <w:tcPr>
            <w:tcW w:w="2666" w:type="dxa"/>
            <w:hideMark/>
          </w:tcPr>
          <w:p w14:paraId="5336FE8B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Tartásjavító mozgáselemek a fejlesztésben és otthon. </w:t>
            </w:r>
          </w:p>
        </w:tc>
        <w:tc>
          <w:tcPr>
            <w:tcW w:w="2022" w:type="dxa"/>
            <w:hideMark/>
          </w:tcPr>
          <w:p w14:paraId="7FCFF06F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6747DFA3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 fő </w:t>
            </w:r>
          </w:p>
        </w:tc>
        <w:tc>
          <w:tcPr>
            <w:tcW w:w="1909" w:type="dxa"/>
            <w:hideMark/>
          </w:tcPr>
          <w:p w14:paraId="76EBCCFA" w14:textId="77777777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Email: </w:t>
            </w:r>
          </w:p>
          <w:p w14:paraId="0B87A67B" w14:textId="4F237AE5" w:rsidR="004638FA" w:rsidRPr="00EC1628" w:rsidRDefault="004638FA" w:rsidP="004638F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info.12@fpsz.net </w:t>
            </w:r>
          </w:p>
        </w:tc>
      </w:tr>
      <w:tr w:rsidR="00644903" w:rsidRPr="00644903" w14:paraId="5B327536" w14:textId="77777777" w:rsidTr="00CD3CE1">
        <w:trPr>
          <w:trHeight w:val="885"/>
        </w:trPr>
        <w:tc>
          <w:tcPr>
            <w:tcW w:w="1277" w:type="dxa"/>
            <w:hideMark/>
          </w:tcPr>
          <w:p w14:paraId="23606B5A" w14:textId="57B09FCF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4503284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17.00-18.00 </w:t>
            </w:r>
          </w:p>
        </w:tc>
        <w:tc>
          <w:tcPr>
            <w:tcW w:w="2528" w:type="dxa"/>
            <w:hideMark/>
          </w:tcPr>
          <w:p w14:paraId="252CD15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XII. Kerületi Tagintézménye </w:t>
            </w:r>
          </w:p>
          <w:p w14:paraId="436783C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1126 Budapest, Kiss János altábornagy utca 31-33/a </w:t>
            </w:r>
          </w:p>
        </w:tc>
        <w:tc>
          <w:tcPr>
            <w:tcW w:w="1843" w:type="dxa"/>
            <w:hideMark/>
          </w:tcPr>
          <w:p w14:paraId="079EDC55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Gyógypedagógiai tanácsadás,</w:t>
            </w:r>
          </w:p>
          <w:p w14:paraId="408FDEC4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</w:t>
            </w:r>
          </w:p>
          <w:p w14:paraId="7537DB62" w14:textId="2471E5F6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gondozás </w:t>
            </w:r>
          </w:p>
        </w:tc>
        <w:tc>
          <w:tcPr>
            <w:tcW w:w="1984" w:type="dxa"/>
            <w:hideMark/>
          </w:tcPr>
          <w:p w14:paraId="7AE83A3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Tapintás - kulcs a fejlődéshez! </w:t>
            </w:r>
          </w:p>
        </w:tc>
        <w:tc>
          <w:tcPr>
            <w:tcW w:w="2666" w:type="dxa"/>
            <w:hideMark/>
          </w:tcPr>
          <w:p w14:paraId="3A0EDE8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Tapintás fókuszú szenzoros fejlesztés a gyakorlatban </w:t>
            </w:r>
          </w:p>
        </w:tc>
        <w:tc>
          <w:tcPr>
            <w:tcW w:w="2022" w:type="dxa"/>
            <w:hideMark/>
          </w:tcPr>
          <w:p w14:paraId="6E8D7D99" w14:textId="77777777" w:rsidR="006C7976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</w:t>
            </w:r>
          </w:p>
          <w:p w14:paraId="677C771A" w14:textId="3AE4974F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kisgyermek-nevelők </w:t>
            </w:r>
          </w:p>
        </w:tc>
        <w:tc>
          <w:tcPr>
            <w:tcW w:w="1030" w:type="dxa"/>
            <w:hideMark/>
          </w:tcPr>
          <w:p w14:paraId="2CF1FCE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 fő </w:t>
            </w:r>
          </w:p>
        </w:tc>
        <w:tc>
          <w:tcPr>
            <w:tcW w:w="1909" w:type="dxa"/>
            <w:hideMark/>
          </w:tcPr>
          <w:p w14:paraId="5A802FA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Email: </w:t>
            </w:r>
          </w:p>
          <w:p w14:paraId="02B16F5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info.12@fpsz.net </w:t>
            </w:r>
          </w:p>
          <w:p w14:paraId="6C0A1E1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2022A1C2" w14:textId="77777777" w:rsidTr="00CD3CE1">
        <w:trPr>
          <w:trHeight w:val="885"/>
        </w:trPr>
        <w:tc>
          <w:tcPr>
            <w:tcW w:w="1277" w:type="dxa"/>
            <w:hideMark/>
          </w:tcPr>
          <w:p w14:paraId="360866F3" w14:textId="00CC643E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B62470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14.30-15.45 </w:t>
            </w:r>
          </w:p>
        </w:tc>
        <w:tc>
          <w:tcPr>
            <w:tcW w:w="2528" w:type="dxa"/>
            <w:hideMark/>
          </w:tcPr>
          <w:p w14:paraId="044BADB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XII. Kerületi Tagintézménye </w:t>
            </w:r>
          </w:p>
          <w:p w14:paraId="6653F4C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1126 Budapest, Kiss János altábornagy utca 31-33/a </w:t>
            </w:r>
          </w:p>
        </w:tc>
        <w:tc>
          <w:tcPr>
            <w:tcW w:w="1843" w:type="dxa"/>
            <w:hideMark/>
          </w:tcPr>
          <w:p w14:paraId="45E697F6" w14:textId="77777777" w:rsidR="00044CA3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tanácsadás-pszichológia és</w:t>
            </w:r>
          </w:p>
          <w:p w14:paraId="3DE1A7EB" w14:textId="0F979973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gyógypedagógia </w:t>
            </w:r>
          </w:p>
        </w:tc>
        <w:tc>
          <w:tcPr>
            <w:tcW w:w="1984" w:type="dxa"/>
            <w:hideMark/>
          </w:tcPr>
          <w:p w14:paraId="632BC246" w14:textId="77777777" w:rsidR="006C7976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szociális-kommunikációs csoport viselkedésterápiás eszközeinek bemutatása</w:t>
            </w:r>
          </w:p>
          <w:p w14:paraId="14F3BC5D" w14:textId="24D38F43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alkalmazása </w:t>
            </w:r>
          </w:p>
        </w:tc>
        <w:tc>
          <w:tcPr>
            <w:tcW w:w="2666" w:type="dxa"/>
            <w:hideMark/>
          </w:tcPr>
          <w:p w14:paraId="658DF50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Saját élménnyel kiegészítve </w:t>
            </w:r>
          </w:p>
        </w:tc>
        <w:tc>
          <w:tcPr>
            <w:tcW w:w="2022" w:type="dxa"/>
            <w:hideMark/>
          </w:tcPr>
          <w:p w14:paraId="11FE050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5914B90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 fő </w:t>
            </w:r>
          </w:p>
        </w:tc>
        <w:tc>
          <w:tcPr>
            <w:tcW w:w="1909" w:type="dxa"/>
            <w:hideMark/>
          </w:tcPr>
          <w:p w14:paraId="0B0C5F8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Email: </w:t>
            </w:r>
          </w:p>
          <w:p w14:paraId="74B960C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info.12@fpsz.net </w:t>
            </w:r>
          </w:p>
          <w:p w14:paraId="06C3C9D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2640CFB8" w14:textId="77777777" w:rsidTr="00CD3CE1">
        <w:trPr>
          <w:trHeight w:val="885"/>
        </w:trPr>
        <w:tc>
          <w:tcPr>
            <w:tcW w:w="1277" w:type="dxa"/>
            <w:hideMark/>
          </w:tcPr>
          <w:p w14:paraId="1BB14DE3" w14:textId="2BF57EC4" w:rsidR="00EC1628" w:rsidRPr="00EC1628" w:rsidRDefault="00EC1628" w:rsidP="00A92F0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C05C14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16.00-17.00 </w:t>
            </w:r>
          </w:p>
        </w:tc>
        <w:tc>
          <w:tcPr>
            <w:tcW w:w="2528" w:type="dxa"/>
            <w:hideMark/>
          </w:tcPr>
          <w:p w14:paraId="03D4830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XII. Kerületi Tagintézménye </w:t>
            </w:r>
          </w:p>
          <w:p w14:paraId="0AB3934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1126 Budapest, Kiss János altábornagy utca 31-33/a </w:t>
            </w:r>
          </w:p>
        </w:tc>
        <w:tc>
          <w:tcPr>
            <w:tcW w:w="1843" w:type="dxa"/>
            <w:hideMark/>
          </w:tcPr>
          <w:p w14:paraId="26254483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tanácsadás-gyógypedagógia és pszichológia  </w:t>
            </w:r>
          </w:p>
        </w:tc>
        <w:tc>
          <w:tcPr>
            <w:tcW w:w="1984" w:type="dxa"/>
            <w:hideMark/>
          </w:tcPr>
          <w:p w14:paraId="7EC220E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Tanulástechnika megfűszerezve drámapedagógiai elemekkel </w:t>
            </w:r>
          </w:p>
        </w:tc>
        <w:tc>
          <w:tcPr>
            <w:tcW w:w="2666" w:type="dxa"/>
            <w:hideMark/>
          </w:tcPr>
          <w:p w14:paraId="7874B9B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tanulástechnikai tréning bemutatása, kiemelve a drámapedagógiai elemek alkalmazási lehetőségeit </w:t>
            </w:r>
          </w:p>
        </w:tc>
        <w:tc>
          <w:tcPr>
            <w:tcW w:w="2022" w:type="dxa"/>
            <w:hideMark/>
          </w:tcPr>
          <w:p w14:paraId="3105C17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44DB517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10 fő </w:t>
            </w:r>
          </w:p>
        </w:tc>
        <w:tc>
          <w:tcPr>
            <w:tcW w:w="1909" w:type="dxa"/>
            <w:hideMark/>
          </w:tcPr>
          <w:p w14:paraId="2CD1F3C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Email: </w:t>
            </w:r>
          </w:p>
          <w:p w14:paraId="0D825BE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info.12@fpsz.net </w:t>
            </w:r>
          </w:p>
          <w:p w14:paraId="5D0BBC3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353F2F16" w14:textId="1EB0971A" w:rsidR="00044CA3" w:rsidRDefault="00044CA3"/>
    <w:p w14:paraId="77A171E5" w14:textId="77777777" w:rsidR="00044CA3" w:rsidRDefault="00044CA3">
      <w:r>
        <w:br w:type="page"/>
      </w:r>
    </w:p>
    <w:p w14:paraId="568746B6" w14:textId="7335CB29" w:rsidR="00044CA3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38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1947"/>
        <w:gridCol w:w="2770"/>
        <w:gridCol w:w="1661"/>
        <w:gridCol w:w="1030"/>
        <w:gridCol w:w="2230"/>
      </w:tblGrid>
      <w:tr w:rsidR="00B434A4" w:rsidRPr="00B434A4" w14:paraId="4A7DA1CE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49FED408" w14:textId="4780F4F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5019202E" w14:textId="3943995A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6EF4666A" w14:textId="715EECC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3109EB51" w14:textId="61AF963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947" w:type="dxa"/>
            <w:shd w:val="clear" w:color="auto" w:fill="B9DD46"/>
            <w:vAlign w:val="center"/>
            <w:hideMark/>
          </w:tcPr>
          <w:p w14:paraId="6495512C" w14:textId="20CA6D19" w:rsidR="00EC1628" w:rsidRPr="00EC1628" w:rsidRDefault="00A738EA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</w:pPr>
            <w:r w:rsidRPr="00B434A4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4F580184" w14:textId="7B0A109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661" w:type="dxa"/>
            <w:shd w:val="clear" w:color="auto" w:fill="B9DD46"/>
            <w:vAlign w:val="center"/>
            <w:hideMark/>
          </w:tcPr>
          <w:p w14:paraId="7E3EFA71" w14:textId="4C2B6FB5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511ACAEB" w14:textId="39696086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230" w:type="dxa"/>
            <w:shd w:val="clear" w:color="auto" w:fill="B9DD46"/>
            <w:vAlign w:val="center"/>
            <w:hideMark/>
          </w:tcPr>
          <w:p w14:paraId="0BE77B9B" w14:textId="1AA8D27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11438772" w14:textId="77777777" w:rsidTr="00CD3CE1">
        <w:trPr>
          <w:trHeight w:val="885"/>
        </w:trPr>
        <w:tc>
          <w:tcPr>
            <w:tcW w:w="1277" w:type="dxa"/>
            <w:hideMark/>
          </w:tcPr>
          <w:p w14:paraId="5299C25D" w14:textId="7833468D" w:rsidR="00EC1628" w:rsidRPr="00EC1628" w:rsidRDefault="00EC1628" w:rsidP="00A92F0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6FC2511C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0CAE8B8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08.00-09.00 </w:t>
            </w:r>
          </w:p>
        </w:tc>
        <w:tc>
          <w:tcPr>
            <w:tcW w:w="2734" w:type="dxa"/>
            <w:hideMark/>
          </w:tcPr>
          <w:p w14:paraId="1F2B39F8" w14:textId="29A56461" w:rsidR="00EC1628" w:rsidRPr="00EC1628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C1628"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XIII. Kerületi Tagintézménye 1133 Budapest, Pannónia u. 83. </w:t>
            </w:r>
          </w:p>
        </w:tc>
        <w:tc>
          <w:tcPr>
            <w:tcW w:w="1674" w:type="dxa"/>
            <w:hideMark/>
          </w:tcPr>
          <w:p w14:paraId="585BB1F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947" w:type="dxa"/>
            <w:hideMark/>
          </w:tcPr>
          <w:p w14:paraId="50C72686" w14:textId="765B9D60" w:rsidR="00EC1628" w:rsidRPr="00EC1628" w:rsidRDefault="00F00476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Mozdulj</w:t>
            </w:r>
            <w:proofErr w:type="spellEnd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és</w:t>
            </w:r>
            <w:proofErr w:type="spellEnd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érzékelj</w:t>
            </w:r>
            <w:proofErr w:type="spellEnd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! – </w:t>
            </w:r>
            <w:proofErr w:type="spellStart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Egyéni</w:t>
            </w:r>
            <w:proofErr w:type="spellEnd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fejlesztő</w:t>
            </w:r>
            <w:proofErr w:type="spellEnd"/>
            <w:r w:rsidRPr="00F00476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program</w:t>
            </w:r>
          </w:p>
        </w:tc>
        <w:tc>
          <w:tcPr>
            <w:tcW w:w="2770" w:type="dxa"/>
            <w:hideMark/>
          </w:tcPr>
          <w:p w14:paraId="031DBBB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Egyéni mozgás és érzékelésfejlesztés </w:t>
            </w:r>
          </w:p>
        </w:tc>
        <w:tc>
          <w:tcPr>
            <w:tcW w:w="1661" w:type="dxa"/>
            <w:hideMark/>
          </w:tcPr>
          <w:p w14:paraId="26B66D6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  </w:t>
            </w:r>
          </w:p>
        </w:tc>
        <w:tc>
          <w:tcPr>
            <w:tcW w:w="1030" w:type="dxa"/>
            <w:hideMark/>
          </w:tcPr>
          <w:p w14:paraId="3F90358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 fő </w:t>
            </w:r>
          </w:p>
        </w:tc>
        <w:tc>
          <w:tcPr>
            <w:tcW w:w="2230" w:type="dxa"/>
            <w:hideMark/>
          </w:tcPr>
          <w:p w14:paraId="1A6176F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281DF18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info.13@fpsz.net  </w:t>
            </w:r>
          </w:p>
          <w:p w14:paraId="1FC7449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3A9F6DC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67B496CC" w14:textId="77777777" w:rsidTr="00CD3CE1">
        <w:trPr>
          <w:trHeight w:val="885"/>
        </w:trPr>
        <w:tc>
          <w:tcPr>
            <w:tcW w:w="1277" w:type="dxa"/>
            <w:hideMark/>
          </w:tcPr>
          <w:p w14:paraId="0579FFCF" w14:textId="785128B2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345768B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09:00-10:00 </w:t>
            </w:r>
          </w:p>
        </w:tc>
        <w:tc>
          <w:tcPr>
            <w:tcW w:w="2734" w:type="dxa"/>
            <w:hideMark/>
          </w:tcPr>
          <w:p w14:paraId="1858F705" w14:textId="67229C31" w:rsidR="00EC1628" w:rsidRPr="00EC1628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C1628"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XIII. Kerületi Tagintézménye 1133 Budapest, Pannónia u. 83. </w:t>
            </w:r>
          </w:p>
        </w:tc>
        <w:tc>
          <w:tcPr>
            <w:tcW w:w="1674" w:type="dxa"/>
            <w:hideMark/>
          </w:tcPr>
          <w:p w14:paraId="280939A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947" w:type="dxa"/>
            <w:hideMark/>
          </w:tcPr>
          <w:p w14:paraId="04F6B144" w14:textId="33B150BB" w:rsidR="00EC1628" w:rsidRPr="00EC1628" w:rsidRDefault="00BB08E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Élményben</w:t>
            </w:r>
            <w:proofErr w:type="spellEnd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együtt</w:t>
            </w:r>
            <w:proofErr w:type="spellEnd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– </w:t>
            </w:r>
            <w:proofErr w:type="spellStart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fejlődés</w:t>
            </w:r>
            <w:proofErr w:type="spellEnd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családi</w:t>
            </w:r>
            <w:proofErr w:type="spellEnd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BB08E1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körben</w:t>
            </w:r>
            <w:proofErr w:type="spellEnd"/>
          </w:p>
        </w:tc>
        <w:tc>
          <w:tcPr>
            <w:tcW w:w="2770" w:type="dxa"/>
            <w:hideMark/>
          </w:tcPr>
          <w:p w14:paraId="01CB22C4" w14:textId="77777777" w:rsidR="00A738EA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Élményalapú csoportos</w:t>
            </w:r>
          </w:p>
          <w:p w14:paraId="06FB2425" w14:textId="69FF4A1D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foglalkozás családtagokkal </w:t>
            </w:r>
          </w:p>
        </w:tc>
        <w:tc>
          <w:tcPr>
            <w:tcW w:w="1661" w:type="dxa"/>
            <w:hideMark/>
          </w:tcPr>
          <w:p w14:paraId="6BA659E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 </w:t>
            </w:r>
          </w:p>
        </w:tc>
        <w:tc>
          <w:tcPr>
            <w:tcW w:w="1030" w:type="dxa"/>
            <w:hideMark/>
          </w:tcPr>
          <w:p w14:paraId="67D3270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6 fő </w:t>
            </w:r>
          </w:p>
        </w:tc>
        <w:tc>
          <w:tcPr>
            <w:tcW w:w="2230" w:type="dxa"/>
            <w:hideMark/>
          </w:tcPr>
          <w:p w14:paraId="2A8C9E4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6FA174E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info.13@fpsz.net  </w:t>
            </w:r>
          </w:p>
          <w:p w14:paraId="200F34C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0267EB2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7B5F8A5B" w14:textId="77777777" w:rsidTr="00CD3CE1">
        <w:trPr>
          <w:trHeight w:val="885"/>
        </w:trPr>
        <w:tc>
          <w:tcPr>
            <w:tcW w:w="1277" w:type="dxa"/>
            <w:hideMark/>
          </w:tcPr>
          <w:p w14:paraId="186ED4C7" w14:textId="13CDB817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EE59E3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09.00-10.00 </w:t>
            </w:r>
          </w:p>
        </w:tc>
        <w:tc>
          <w:tcPr>
            <w:tcW w:w="2734" w:type="dxa"/>
            <w:hideMark/>
          </w:tcPr>
          <w:p w14:paraId="79F3D8EE" w14:textId="2547536A" w:rsidR="00EC1628" w:rsidRPr="00EC1628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C1628"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XIII. Kerületi Tagintézménye 1133 Budapest, Pannónia u. 83. </w:t>
            </w:r>
          </w:p>
        </w:tc>
        <w:tc>
          <w:tcPr>
            <w:tcW w:w="1674" w:type="dxa"/>
            <w:hideMark/>
          </w:tcPr>
          <w:p w14:paraId="1AD615C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947" w:type="dxa"/>
            <w:hideMark/>
          </w:tcPr>
          <w:p w14:paraId="220E3BC0" w14:textId="3472DC4B" w:rsidR="00EC1628" w:rsidRPr="00EC1628" w:rsidRDefault="0031340F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Egyéni</w:t>
            </w:r>
            <w:proofErr w:type="spellEnd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utak</w:t>
            </w:r>
            <w:proofErr w:type="spellEnd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, </w:t>
            </w:r>
            <w:proofErr w:type="spellStart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közös</w:t>
            </w:r>
            <w:proofErr w:type="spellEnd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31340F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célok</w:t>
            </w:r>
            <w:proofErr w:type="spellEnd"/>
          </w:p>
        </w:tc>
        <w:tc>
          <w:tcPr>
            <w:tcW w:w="2770" w:type="dxa"/>
            <w:hideMark/>
          </w:tcPr>
          <w:p w14:paraId="1717010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Egyéni mozgásfejlesztés, tanácsadás </w:t>
            </w:r>
          </w:p>
        </w:tc>
        <w:tc>
          <w:tcPr>
            <w:tcW w:w="1661" w:type="dxa"/>
            <w:hideMark/>
          </w:tcPr>
          <w:p w14:paraId="688F3FE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szülő, szakemberek </w:t>
            </w:r>
          </w:p>
        </w:tc>
        <w:tc>
          <w:tcPr>
            <w:tcW w:w="1030" w:type="dxa"/>
            <w:hideMark/>
          </w:tcPr>
          <w:p w14:paraId="5A949E3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3 fő </w:t>
            </w:r>
          </w:p>
        </w:tc>
        <w:tc>
          <w:tcPr>
            <w:tcW w:w="2230" w:type="dxa"/>
            <w:hideMark/>
          </w:tcPr>
          <w:p w14:paraId="1286C7D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57ADB33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info.13@fpsz.net  </w:t>
            </w:r>
          </w:p>
          <w:p w14:paraId="3DC00CB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09AADFFC" w14:textId="4088D7CD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21793D76" w14:textId="77777777" w:rsidTr="00CD3CE1">
        <w:trPr>
          <w:trHeight w:val="885"/>
        </w:trPr>
        <w:tc>
          <w:tcPr>
            <w:tcW w:w="1277" w:type="dxa"/>
            <w:hideMark/>
          </w:tcPr>
          <w:p w14:paraId="4151F5C0" w14:textId="0A9DC94A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004D99E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15.30-17.00 </w:t>
            </w:r>
          </w:p>
        </w:tc>
        <w:tc>
          <w:tcPr>
            <w:tcW w:w="2734" w:type="dxa"/>
            <w:hideMark/>
          </w:tcPr>
          <w:p w14:paraId="3C16BE0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Hegedűs Géza Általános Iskola 1139, Fiastyúk utca 47-49. </w:t>
            </w:r>
          </w:p>
        </w:tc>
        <w:tc>
          <w:tcPr>
            <w:tcW w:w="1674" w:type="dxa"/>
            <w:hideMark/>
          </w:tcPr>
          <w:p w14:paraId="4F854E2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1947" w:type="dxa"/>
            <w:hideMark/>
          </w:tcPr>
          <w:p w14:paraId="481482E4" w14:textId="3579F23A" w:rsidR="00EC1628" w:rsidRPr="00EC1628" w:rsidRDefault="00CD5DAC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CD5DAC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Tartásban</w:t>
            </w:r>
            <w:proofErr w:type="spellEnd"/>
            <w:r w:rsidRPr="00CD5DAC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CD5DAC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az</w:t>
            </w:r>
            <w:proofErr w:type="spellEnd"/>
            <w:r w:rsidRPr="00CD5DAC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 xml:space="preserve"> </w:t>
            </w:r>
            <w:proofErr w:type="spellStart"/>
            <w:r w:rsidRPr="00CD5DAC">
              <w:rPr>
                <w:rFonts w:asciiTheme="majorHAnsi" w:eastAsia="Times New Roman" w:hAnsiTheme="majorHAnsi" w:cstheme="majorHAnsi"/>
                <w:color w:val="595959" w:themeColor="text1" w:themeTint="A6"/>
                <w:lang w:eastAsia="hu-HU"/>
              </w:rPr>
              <w:t>erő</w:t>
            </w:r>
            <w:proofErr w:type="spellEnd"/>
          </w:p>
        </w:tc>
        <w:tc>
          <w:tcPr>
            <w:tcW w:w="2770" w:type="dxa"/>
            <w:hideMark/>
          </w:tcPr>
          <w:p w14:paraId="55EE324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Csoportos tartásjavító torna </w:t>
            </w:r>
          </w:p>
        </w:tc>
        <w:tc>
          <w:tcPr>
            <w:tcW w:w="1661" w:type="dxa"/>
            <w:hideMark/>
          </w:tcPr>
          <w:p w14:paraId="2E0CAD2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szakemberek  </w:t>
            </w:r>
          </w:p>
        </w:tc>
        <w:tc>
          <w:tcPr>
            <w:tcW w:w="1030" w:type="dxa"/>
            <w:hideMark/>
          </w:tcPr>
          <w:p w14:paraId="375AC02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 fő  </w:t>
            </w:r>
          </w:p>
        </w:tc>
        <w:tc>
          <w:tcPr>
            <w:tcW w:w="2230" w:type="dxa"/>
            <w:hideMark/>
          </w:tcPr>
          <w:p w14:paraId="2F8B5B7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1041756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info.13@fpsz.net  </w:t>
            </w:r>
          </w:p>
          <w:p w14:paraId="3A426DC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1F4E62FC" w14:textId="77777777" w:rsidTr="00CD3CE1">
        <w:trPr>
          <w:trHeight w:val="885"/>
        </w:trPr>
        <w:tc>
          <w:tcPr>
            <w:tcW w:w="1277" w:type="dxa"/>
            <w:hideMark/>
          </w:tcPr>
          <w:p w14:paraId="48535953" w14:textId="4322C3B1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4096ABB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15.30-16.30 </w:t>
            </w:r>
          </w:p>
        </w:tc>
        <w:tc>
          <w:tcPr>
            <w:tcW w:w="2734" w:type="dxa"/>
            <w:hideMark/>
          </w:tcPr>
          <w:p w14:paraId="6F46F1F5" w14:textId="14A4D010" w:rsidR="00EC1628" w:rsidRPr="00EC1628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C1628"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XIII. Kerületi Tagintézménye 1133 Budapest, Pannónia u. 83. </w:t>
            </w:r>
          </w:p>
        </w:tc>
        <w:tc>
          <w:tcPr>
            <w:tcW w:w="1674" w:type="dxa"/>
            <w:hideMark/>
          </w:tcPr>
          <w:p w14:paraId="0FBD39B8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Logopédiai foglalkozás </w:t>
            </w:r>
          </w:p>
        </w:tc>
        <w:tc>
          <w:tcPr>
            <w:tcW w:w="1947" w:type="dxa"/>
            <w:hideMark/>
          </w:tcPr>
          <w:p w14:paraId="454B4412" w14:textId="77777777" w:rsidR="006C7976" w:rsidRDefault="00660E33" w:rsidP="006C7976">
            <w:pPr>
              <w:textAlignment w:val="baseline"/>
              <w:rPr>
                <w:rFonts w:asciiTheme="majorHAnsi" w:hAnsiTheme="majorHAnsi" w:cstheme="majorHAnsi"/>
                <w:color w:val="595959" w:themeColor="text1" w:themeTint="A6"/>
              </w:rPr>
            </w:pP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>Egyensúlyban</w:t>
            </w:r>
            <w:proofErr w:type="spellEnd"/>
          </w:p>
          <w:p w14:paraId="695C091B" w14:textId="676C6AD4" w:rsidR="00EC1628" w:rsidRPr="006C7976" w:rsidRDefault="00660E33" w:rsidP="006C7976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 xml:space="preserve">a </w:t>
            </w: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>beszéd</w:t>
            </w:r>
            <w:proofErr w:type="spellEnd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>és</w:t>
            </w:r>
            <w:proofErr w:type="spellEnd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 xml:space="preserve"> </w:t>
            </w:r>
            <w:proofErr w:type="spellStart"/>
            <w:r w:rsidRPr="006C7976">
              <w:rPr>
                <w:rFonts w:asciiTheme="majorHAnsi" w:hAnsiTheme="majorHAnsi" w:cstheme="majorHAnsi"/>
                <w:color w:val="595959" w:themeColor="text1" w:themeTint="A6"/>
              </w:rPr>
              <w:t>nyelés</w:t>
            </w:r>
            <w:proofErr w:type="spellEnd"/>
          </w:p>
        </w:tc>
        <w:tc>
          <w:tcPr>
            <w:tcW w:w="2770" w:type="dxa"/>
            <w:hideMark/>
          </w:tcPr>
          <w:p w14:paraId="0AD632A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Nyelvlökéses nyelés terápia </w:t>
            </w:r>
          </w:p>
        </w:tc>
        <w:tc>
          <w:tcPr>
            <w:tcW w:w="1661" w:type="dxa"/>
            <w:hideMark/>
          </w:tcPr>
          <w:p w14:paraId="5662862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szakember </w:t>
            </w:r>
          </w:p>
        </w:tc>
        <w:tc>
          <w:tcPr>
            <w:tcW w:w="1030" w:type="dxa"/>
            <w:hideMark/>
          </w:tcPr>
          <w:p w14:paraId="1CC0D98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 </w:t>
            </w:r>
          </w:p>
        </w:tc>
        <w:tc>
          <w:tcPr>
            <w:tcW w:w="2230" w:type="dxa"/>
            <w:hideMark/>
          </w:tcPr>
          <w:p w14:paraId="2D65468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214FEEB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info.13@fpsz.net  </w:t>
            </w:r>
          </w:p>
          <w:p w14:paraId="12854FA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0A50B341" w14:textId="4022D3B3" w:rsidR="00A738EA" w:rsidRDefault="00A738EA"/>
    <w:p w14:paraId="13205AC4" w14:textId="77777777" w:rsidR="00A738EA" w:rsidRDefault="00A738EA">
      <w:r>
        <w:br w:type="page"/>
      </w:r>
    </w:p>
    <w:p w14:paraId="71BFDABA" w14:textId="1C2D2890" w:rsidR="00B434A4" w:rsidRPr="00BF61C2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XIV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268"/>
        <w:gridCol w:w="1843"/>
        <w:gridCol w:w="1985"/>
        <w:gridCol w:w="2692"/>
        <w:gridCol w:w="1985"/>
        <w:gridCol w:w="1030"/>
        <w:gridCol w:w="2371"/>
      </w:tblGrid>
      <w:tr w:rsidR="00B434A4" w:rsidRPr="00B434A4" w14:paraId="64B00113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11E6AD26" w14:textId="599FEF22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850" w:type="dxa"/>
            <w:shd w:val="clear" w:color="auto" w:fill="B9DD46"/>
            <w:vAlign w:val="center"/>
            <w:hideMark/>
          </w:tcPr>
          <w:p w14:paraId="598D5402" w14:textId="67A5D081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268" w:type="dxa"/>
            <w:shd w:val="clear" w:color="auto" w:fill="B9DD46"/>
            <w:vAlign w:val="center"/>
            <w:hideMark/>
          </w:tcPr>
          <w:p w14:paraId="1DDCBC53" w14:textId="5F3CC6F1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843" w:type="dxa"/>
            <w:shd w:val="clear" w:color="auto" w:fill="B9DD46"/>
            <w:vAlign w:val="center"/>
            <w:hideMark/>
          </w:tcPr>
          <w:p w14:paraId="38318FB3" w14:textId="39A902D6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985" w:type="dxa"/>
            <w:shd w:val="clear" w:color="auto" w:fill="B9DD46"/>
            <w:vAlign w:val="center"/>
            <w:hideMark/>
          </w:tcPr>
          <w:p w14:paraId="60628DCF" w14:textId="23DEAC2D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692" w:type="dxa"/>
            <w:shd w:val="clear" w:color="auto" w:fill="B9DD46"/>
            <w:vAlign w:val="center"/>
            <w:hideMark/>
          </w:tcPr>
          <w:p w14:paraId="3FE7187D" w14:textId="30800B6C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85" w:type="dxa"/>
            <w:shd w:val="clear" w:color="auto" w:fill="B9DD46"/>
            <w:vAlign w:val="center"/>
            <w:hideMark/>
          </w:tcPr>
          <w:p w14:paraId="1FA34888" w14:textId="3B42F63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56224A11" w14:textId="12ED715B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371" w:type="dxa"/>
            <w:shd w:val="clear" w:color="auto" w:fill="B9DD46"/>
            <w:vAlign w:val="center"/>
            <w:hideMark/>
          </w:tcPr>
          <w:p w14:paraId="7C806502" w14:textId="3A2278D1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4EC3C2A2" w14:textId="77777777" w:rsidTr="00CD3CE1">
        <w:trPr>
          <w:trHeight w:val="885"/>
        </w:trPr>
        <w:tc>
          <w:tcPr>
            <w:tcW w:w="1277" w:type="dxa"/>
            <w:hideMark/>
          </w:tcPr>
          <w:p w14:paraId="4F261FC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049DE206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850" w:type="dxa"/>
            <w:hideMark/>
          </w:tcPr>
          <w:p w14:paraId="37F4B3A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12:00-12:45 </w:t>
            </w:r>
          </w:p>
        </w:tc>
        <w:tc>
          <w:tcPr>
            <w:tcW w:w="2268" w:type="dxa"/>
            <w:hideMark/>
          </w:tcPr>
          <w:p w14:paraId="419D05B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XIV. Kerületi Tagintézményének telephelye </w:t>
            </w:r>
          </w:p>
          <w:p w14:paraId="3FF0A3C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1144 Budapest, Ond vezér sétány 9-11. </w:t>
            </w:r>
          </w:p>
        </w:tc>
        <w:tc>
          <w:tcPr>
            <w:tcW w:w="1843" w:type="dxa"/>
            <w:hideMark/>
          </w:tcPr>
          <w:p w14:paraId="0DC7FDE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Gyógypedagógiai tanácsadás, korai fejlesztés és gondozás </w:t>
            </w:r>
          </w:p>
        </w:tc>
        <w:tc>
          <w:tcPr>
            <w:tcW w:w="1985" w:type="dxa"/>
            <w:hideMark/>
          </w:tcPr>
          <w:p w14:paraId="4C6392D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korai fejlesztő foglalkozás </w:t>
            </w:r>
          </w:p>
        </w:tc>
        <w:tc>
          <w:tcPr>
            <w:tcW w:w="2692" w:type="dxa"/>
            <w:hideMark/>
          </w:tcPr>
          <w:p w14:paraId="2305A78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foglalkozás mozgásos, kognitív, beszéd és szenzoros területek fejlesztését megcélozva. </w:t>
            </w:r>
          </w:p>
        </w:tc>
        <w:tc>
          <w:tcPr>
            <w:tcW w:w="1985" w:type="dxa"/>
            <w:hideMark/>
          </w:tcPr>
          <w:p w14:paraId="2AF913A7" w14:textId="211DCE7B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3073C23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 fő </w:t>
            </w:r>
          </w:p>
        </w:tc>
        <w:tc>
          <w:tcPr>
            <w:tcW w:w="2371" w:type="dxa"/>
            <w:hideMark/>
          </w:tcPr>
          <w:p w14:paraId="6583E50B" w14:textId="77777777" w:rsidR="00A92F05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</w:t>
            </w:r>
          </w:p>
          <w:p w14:paraId="63ED8114" w14:textId="0CEFC5CC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mayer.eszter.14@fpsz.net  </w:t>
            </w:r>
          </w:p>
          <w:p w14:paraId="297DCDB5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5A4972BE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6C282948" w14:textId="77777777" w:rsidTr="00CD3CE1">
        <w:trPr>
          <w:trHeight w:val="885"/>
        </w:trPr>
        <w:tc>
          <w:tcPr>
            <w:tcW w:w="1277" w:type="dxa"/>
            <w:hideMark/>
          </w:tcPr>
          <w:p w14:paraId="470E920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1503D8F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17:00-17-45 </w:t>
            </w:r>
          </w:p>
        </w:tc>
        <w:tc>
          <w:tcPr>
            <w:tcW w:w="2268" w:type="dxa"/>
            <w:hideMark/>
          </w:tcPr>
          <w:p w14:paraId="4FA7B38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XIV. Kerületi Tagintézményének </w:t>
            </w:r>
          </w:p>
          <w:p w14:paraId="6F9F318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1147 Budapest, Fűrész utca 64-66. </w:t>
            </w:r>
          </w:p>
        </w:tc>
        <w:tc>
          <w:tcPr>
            <w:tcW w:w="1843" w:type="dxa"/>
            <w:hideMark/>
          </w:tcPr>
          <w:p w14:paraId="493C396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985" w:type="dxa"/>
            <w:hideMark/>
          </w:tcPr>
          <w:p w14:paraId="2672D5C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Komplexitás a DSZIT terápiában </w:t>
            </w:r>
          </w:p>
          <w:p w14:paraId="1E80C17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692" w:type="dxa"/>
            <w:hideMark/>
          </w:tcPr>
          <w:p w14:paraId="4C8B8BB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DSZIT foglalkozás nagycsoportos óvodásoknak </w:t>
            </w:r>
          </w:p>
        </w:tc>
        <w:tc>
          <w:tcPr>
            <w:tcW w:w="1985" w:type="dxa"/>
            <w:hideMark/>
          </w:tcPr>
          <w:p w14:paraId="207C956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667C255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2371" w:type="dxa"/>
            <w:hideMark/>
          </w:tcPr>
          <w:p w14:paraId="43B0AEA1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mayer.eszter.14@fpsz.net  </w:t>
            </w:r>
          </w:p>
        </w:tc>
      </w:tr>
      <w:tr w:rsidR="00644903" w:rsidRPr="00644903" w14:paraId="12E76FAC" w14:textId="77777777" w:rsidTr="00CD3CE1">
        <w:trPr>
          <w:trHeight w:val="885"/>
        </w:trPr>
        <w:tc>
          <w:tcPr>
            <w:tcW w:w="1277" w:type="dxa"/>
            <w:hideMark/>
          </w:tcPr>
          <w:p w14:paraId="5BC4A45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21E1A11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16:30-17:30 </w:t>
            </w:r>
          </w:p>
        </w:tc>
        <w:tc>
          <w:tcPr>
            <w:tcW w:w="2268" w:type="dxa"/>
            <w:hideMark/>
          </w:tcPr>
          <w:p w14:paraId="67EE5A2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XIV. Kerületi Tagintézményének </w:t>
            </w:r>
          </w:p>
          <w:p w14:paraId="3E067A9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1147 Budapest, Fűrész utca 64-66. </w:t>
            </w:r>
          </w:p>
        </w:tc>
        <w:tc>
          <w:tcPr>
            <w:tcW w:w="1843" w:type="dxa"/>
            <w:hideMark/>
          </w:tcPr>
          <w:p w14:paraId="1999D19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Kiemelten tehetséges gyermekek, tanulók gondozása </w:t>
            </w:r>
          </w:p>
        </w:tc>
        <w:tc>
          <w:tcPr>
            <w:tcW w:w="1985" w:type="dxa"/>
            <w:hideMark/>
          </w:tcPr>
          <w:p w14:paraId="3D0971E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Mese-ovi - Tündérmese </w:t>
            </w:r>
          </w:p>
        </w:tc>
        <w:tc>
          <w:tcPr>
            <w:tcW w:w="2692" w:type="dxa"/>
            <w:hideMark/>
          </w:tcPr>
          <w:p w14:paraId="2E64918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hd w:val="clear" w:color="auto" w:fill="FFFFFF"/>
                <w:lang w:val="hu-HU" w:eastAsia="hu-HU"/>
              </w:rPr>
              <w:t>A foglalkozásokon</w:t>
            </w: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hd w:val="clear" w:color="auto" w:fill="FFFFFF"/>
                <w:lang w:val="hu-HU" w:eastAsia="hu-HU"/>
              </w:rPr>
              <w:t> 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hd w:val="clear" w:color="auto" w:fill="FFFFFF"/>
                <w:lang w:val="hu-HU" w:eastAsia="hu-HU"/>
              </w:rPr>
              <w:t>a nyelvi készségek kibontakoztatása, a fantázia fejlesztése a cél.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985" w:type="dxa"/>
            <w:hideMark/>
          </w:tcPr>
          <w:p w14:paraId="632FA84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3656B90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 fő </w:t>
            </w:r>
          </w:p>
        </w:tc>
        <w:tc>
          <w:tcPr>
            <w:tcW w:w="2371" w:type="dxa"/>
            <w:hideMark/>
          </w:tcPr>
          <w:p w14:paraId="38042AB7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mayer.eszter.14@fpsz.net </w:t>
            </w:r>
          </w:p>
        </w:tc>
      </w:tr>
      <w:tr w:rsidR="00644903" w:rsidRPr="00644903" w14:paraId="78D861B5" w14:textId="77777777" w:rsidTr="00CD3CE1">
        <w:trPr>
          <w:trHeight w:val="885"/>
        </w:trPr>
        <w:tc>
          <w:tcPr>
            <w:tcW w:w="1277" w:type="dxa"/>
            <w:hideMark/>
          </w:tcPr>
          <w:p w14:paraId="53B3CE0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33F3093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8:00-8:45 </w:t>
            </w:r>
          </w:p>
          <w:p w14:paraId="0DB5E27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9:00-9:45 </w:t>
            </w:r>
          </w:p>
          <w:p w14:paraId="15BECF3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10:00-10:45 </w:t>
            </w:r>
          </w:p>
        </w:tc>
        <w:tc>
          <w:tcPr>
            <w:tcW w:w="2268" w:type="dxa"/>
            <w:hideMark/>
          </w:tcPr>
          <w:p w14:paraId="542164B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ZEÓ Örökzöld Tagóvoda. 1142 Bp., Ungvár utca 24a. </w:t>
            </w:r>
          </w:p>
          <w:p w14:paraId="2021057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843" w:type="dxa"/>
            <w:hideMark/>
          </w:tcPr>
          <w:p w14:paraId="2DDA6E6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85" w:type="dxa"/>
            <w:hideMark/>
          </w:tcPr>
          <w:p w14:paraId="2FCB5C83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Artikulációs terápia </w:t>
            </w:r>
          </w:p>
        </w:tc>
        <w:tc>
          <w:tcPr>
            <w:tcW w:w="2692" w:type="dxa"/>
            <w:hideMark/>
          </w:tcPr>
          <w:p w14:paraId="27A8CC4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Óvodai logopédiai terápia </w:t>
            </w:r>
          </w:p>
        </w:tc>
        <w:tc>
          <w:tcPr>
            <w:tcW w:w="1985" w:type="dxa"/>
            <w:hideMark/>
          </w:tcPr>
          <w:p w14:paraId="11B2A77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0DCEBBD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1-1 fő </w:t>
            </w:r>
          </w:p>
        </w:tc>
        <w:tc>
          <w:tcPr>
            <w:tcW w:w="2371" w:type="dxa"/>
            <w:hideMark/>
          </w:tcPr>
          <w:p w14:paraId="4F084759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mayer.eszter.14@fpsz.net  </w:t>
            </w:r>
          </w:p>
          <w:p w14:paraId="0BA5F5EE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4FBB1A5B" w14:textId="77777777" w:rsidTr="00CD3CE1">
        <w:trPr>
          <w:trHeight w:val="885"/>
        </w:trPr>
        <w:tc>
          <w:tcPr>
            <w:tcW w:w="1277" w:type="dxa"/>
            <w:hideMark/>
          </w:tcPr>
          <w:p w14:paraId="20294A1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6B0B955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14:15-15:00 </w:t>
            </w:r>
          </w:p>
        </w:tc>
        <w:tc>
          <w:tcPr>
            <w:tcW w:w="2268" w:type="dxa"/>
            <w:hideMark/>
          </w:tcPr>
          <w:p w14:paraId="366D0DA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Gyengénlátók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Általános Iskolájának uszodája </w:t>
            </w:r>
          </w:p>
          <w:p w14:paraId="10B1EB5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1147 Budapest, Miskolci utca 77. </w:t>
            </w:r>
          </w:p>
        </w:tc>
        <w:tc>
          <w:tcPr>
            <w:tcW w:w="1843" w:type="dxa"/>
            <w:hideMark/>
          </w:tcPr>
          <w:p w14:paraId="149DD4AD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Gyógytestnevelés </w:t>
            </w:r>
          </w:p>
        </w:tc>
        <w:tc>
          <w:tcPr>
            <w:tcW w:w="1985" w:type="dxa"/>
            <w:hideMark/>
          </w:tcPr>
          <w:p w14:paraId="4665F397" w14:textId="77777777" w:rsidR="006C7976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Gyengénlátó</w:t>
            </w:r>
            <w:proofErr w:type="spellEnd"/>
          </w:p>
          <w:p w14:paraId="05F4BE8D" w14:textId="106074F2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tanulók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gyógyúszása</w:t>
            </w:r>
            <w:proofErr w:type="spellEnd"/>
            <w:r w:rsidR="006C7976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latásfejlesztéssel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93EE89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692" w:type="dxa"/>
            <w:hideMark/>
          </w:tcPr>
          <w:p w14:paraId="686D5367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 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gyengénlátásból</w:t>
            </w:r>
            <w:proofErr w:type="spellEnd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adódó tipikus szerzett deformitások korrekciója</w:t>
            </w:r>
          </w:p>
          <w:p w14:paraId="1D6C9EC7" w14:textId="6B925900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a centrális és perifériális látásfejlesztésre irányuló feladatok, játékok bemutatása. </w:t>
            </w:r>
          </w:p>
        </w:tc>
        <w:tc>
          <w:tcPr>
            <w:tcW w:w="1985" w:type="dxa"/>
            <w:hideMark/>
          </w:tcPr>
          <w:p w14:paraId="6B13F03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76F24E9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 fő </w:t>
            </w:r>
          </w:p>
        </w:tc>
        <w:tc>
          <w:tcPr>
            <w:tcW w:w="2371" w:type="dxa"/>
            <w:hideMark/>
          </w:tcPr>
          <w:p w14:paraId="48BE832C" w14:textId="77777777" w:rsidR="00EC1628" w:rsidRP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mayer.eszter.14@fpsz.net </w:t>
            </w:r>
          </w:p>
        </w:tc>
      </w:tr>
    </w:tbl>
    <w:p w14:paraId="26D2F0E4" w14:textId="057011FB" w:rsidR="0009178C" w:rsidRDefault="0009178C"/>
    <w:p w14:paraId="376E71AC" w14:textId="230BA2C3" w:rsidR="0009178C" w:rsidRDefault="0009178C"/>
    <w:p w14:paraId="106FCD10" w14:textId="72C1E569" w:rsidR="0009178C" w:rsidRPr="0009178C" w:rsidRDefault="0009178C" w:rsidP="0009178C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XV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75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953"/>
        <w:gridCol w:w="1843"/>
        <w:gridCol w:w="1805"/>
        <w:gridCol w:w="2873"/>
        <w:gridCol w:w="1661"/>
        <w:gridCol w:w="1030"/>
        <w:gridCol w:w="1818"/>
      </w:tblGrid>
      <w:tr w:rsidR="0009178C" w:rsidRPr="0009178C" w14:paraId="115B985F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1F7F4658" w14:textId="37066CA6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70BA5D95" w14:textId="0C82F3D3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953" w:type="dxa"/>
            <w:shd w:val="clear" w:color="auto" w:fill="B9DD46"/>
            <w:vAlign w:val="center"/>
            <w:hideMark/>
          </w:tcPr>
          <w:p w14:paraId="38A4FF23" w14:textId="16D09F20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843" w:type="dxa"/>
            <w:shd w:val="clear" w:color="auto" w:fill="B9DD46"/>
            <w:vAlign w:val="center"/>
            <w:hideMark/>
          </w:tcPr>
          <w:p w14:paraId="2CDCABAC" w14:textId="5C754E50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05" w:type="dxa"/>
            <w:shd w:val="clear" w:color="auto" w:fill="B9DD46"/>
            <w:vAlign w:val="center"/>
            <w:hideMark/>
          </w:tcPr>
          <w:p w14:paraId="28B2A3AD" w14:textId="1B4A3C0A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873" w:type="dxa"/>
            <w:shd w:val="clear" w:color="auto" w:fill="B9DD46"/>
            <w:vAlign w:val="center"/>
            <w:hideMark/>
          </w:tcPr>
          <w:p w14:paraId="683DF48B" w14:textId="09EE1178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661" w:type="dxa"/>
            <w:shd w:val="clear" w:color="auto" w:fill="B9DD46"/>
            <w:vAlign w:val="center"/>
            <w:hideMark/>
          </w:tcPr>
          <w:p w14:paraId="2BDB6A63" w14:textId="0D20E72A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1B8D3567" w14:textId="4250DD12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818" w:type="dxa"/>
            <w:shd w:val="clear" w:color="auto" w:fill="B9DD46"/>
            <w:vAlign w:val="center"/>
            <w:hideMark/>
          </w:tcPr>
          <w:p w14:paraId="1346774E" w14:textId="333DD8D3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09178C" w:rsidRPr="0009178C" w14:paraId="6299B2EE" w14:textId="77777777" w:rsidTr="00CD3CE1">
        <w:trPr>
          <w:trHeight w:val="885"/>
        </w:trPr>
        <w:tc>
          <w:tcPr>
            <w:tcW w:w="1277" w:type="dxa"/>
            <w:hideMark/>
          </w:tcPr>
          <w:p w14:paraId="1C8C3B97" w14:textId="22621921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4AD6E43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8:00-9:00 </w:t>
            </w:r>
          </w:p>
        </w:tc>
        <w:tc>
          <w:tcPr>
            <w:tcW w:w="2953" w:type="dxa"/>
            <w:hideMark/>
          </w:tcPr>
          <w:p w14:paraId="30FE63C8" w14:textId="2A866F2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 XV. Kerületi Tagintézménye </w:t>
            </w:r>
          </w:p>
          <w:p w14:paraId="2A46B9E9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1157 Budapest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Hartyán</w:t>
            </w:r>
            <w:proofErr w:type="spellEnd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köz 3. </w:t>
            </w:r>
          </w:p>
        </w:tc>
        <w:tc>
          <w:tcPr>
            <w:tcW w:w="1843" w:type="dxa"/>
            <w:hideMark/>
          </w:tcPr>
          <w:p w14:paraId="7656F9B5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05" w:type="dxa"/>
            <w:hideMark/>
          </w:tcPr>
          <w:p w14:paraId="01B67B5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TSMT mozgásformák ismertetése </w:t>
            </w:r>
          </w:p>
        </w:tc>
        <w:tc>
          <w:tcPr>
            <w:tcW w:w="2873" w:type="dxa"/>
            <w:hideMark/>
          </w:tcPr>
          <w:p w14:paraId="50A638FB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Az otthon végezhető gyakorlatok pontos kivitelezésének betanítása </w:t>
            </w:r>
          </w:p>
        </w:tc>
        <w:tc>
          <w:tcPr>
            <w:tcW w:w="1661" w:type="dxa"/>
            <w:hideMark/>
          </w:tcPr>
          <w:p w14:paraId="13E4CB82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4B5FE7EF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18" w:type="dxa"/>
            <w:hideMark/>
          </w:tcPr>
          <w:p w14:paraId="39518E05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info.15@fpsz.net </w:t>
            </w:r>
          </w:p>
          <w:p w14:paraId="08C239A0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E296081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3468033D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55114D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09178C" w:rsidRPr="0009178C" w14:paraId="69E72171" w14:textId="77777777" w:rsidTr="00CD3CE1">
        <w:trPr>
          <w:trHeight w:val="885"/>
        </w:trPr>
        <w:tc>
          <w:tcPr>
            <w:tcW w:w="1277" w:type="dxa"/>
            <w:hideMark/>
          </w:tcPr>
          <w:p w14:paraId="61920431" w14:textId="265CE0E8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39B7C4F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13:00-14:00 </w:t>
            </w:r>
          </w:p>
        </w:tc>
        <w:tc>
          <w:tcPr>
            <w:tcW w:w="2953" w:type="dxa"/>
            <w:hideMark/>
          </w:tcPr>
          <w:p w14:paraId="5A0BE031" w14:textId="12B5A0B8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XV. Kerületi Tagintézménye </w:t>
            </w:r>
          </w:p>
          <w:p w14:paraId="14A494F1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1157 Budapest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Hartyán</w:t>
            </w:r>
            <w:proofErr w:type="spellEnd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köz 3. </w:t>
            </w:r>
          </w:p>
        </w:tc>
        <w:tc>
          <w:tcPr>
            <w:tcW w:w="1843" w:type="dxa"/>
            <w:hideMark/>
          </w:tcPr>
          <w:p w14:paraId="6FC17B50" w14:textId="77777777" w:rsidR="00DD4568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Gyógypedagógiai tanácsadás,</w:t>
            </w:r>
          </w:p>
          <w:p w14:paraId="6E436624" w14:textId="77777777" w:rsidR="00DD4568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</w:t>
            </w:r>
          </w:p>
          <w:p w14:paraId="08F28C90" w14:textId="00739C64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 gondozás </w:t>
            </w:r>
          </w:p>
        </w:tc>
        <w:tc>
          <w:tcPr>
            <w:tcW w:w="1805" w:type="dxa"/>
            <w:hideMark/>
          </w:tcPr>
          <w:p w14:paraId="5C072DD4" w14:textId="77777777" w:rsidR="0009178C" w:rsidRPr="0009178C" w:rsidRDefault="0009178C" w:rsidP="0009178C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Beszédindítás </w:t>
            </w:r>
          </w:p>
        </w:tc>
        <w:tc>
          <w:tcPr>
            <w:tcW w:w="2873" w:type="dxa"/>
            <w:hideMark/>
          </w:tcPr>
          <w:p w14:paraId="1A75FCB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Baba-mama csoport keretein belüli komplex fejlesztés beszédindítás fókusszal </w:t>
            </w:r>
          </w:p>
        </w:tc>
        <w:tc>
          <w:tcPr>
            <w:tcW w:w="1661" w:type="dxa"/>
            <w:hideMark/>
          </w:tcPr>
          <w:p w14:paraId="3B6D35D3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67B6B9B7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18" w:type="dxa"/>
            <w:hideMark/>
          </w:tcPr>
          <w:p w14:paraId="67FF880E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info.15@fpsz.net </w:t>
            </w:r>
          </w:p>
          <w:p w14:paraId="5113747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72683BAB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23C5F6AD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7C94FF85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7B1B85C0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09178C" w:rsidRPr="0009178C" w14:paraId="0DC14A73" w14:textId="77777777" w:rsidTr="00CD3CE1">
        <w:trPr>
          <w:trHeight w:val="885"/>
        </w:trPr>
        <w:tc>
          <w:tcPr>
            <w:tcW w:w="1277" w:type="dxa"/>
            <w:hideMark/>
          </w:tcPr>
          <w:p w14:paraId="4AC87F04" w14:textId="5A187FB9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08BD94A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13:00-14:00 </w:t>
            </w:r>
          </w:p>
        </w:tc>
        <w:tc>
          <w:tcPr>
            <w:tcW w:w="2953" w:type="dxa"/>
            <w:hideMark/>
          </w:tcPr>
          <w:p w14:paraId="6BFC4FC3" w14:textId="449D4C0A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XV. Kerületi Tagintézménye </w:t>
            </w:r>
          </w:p>
          <w:p w14:paraId="498CD32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1157 Budapest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Hartyán</w:t>
            </w:r>
            <w:proofErr w:type="spellEnd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köz 3. </w:t>
            </w:r>
          </w:p>
        </w:tc>
        <w:tc>
          <w:tcPr>
            <w:tcW w:w="1843" w:type="dxa"/>
            <w:hideMark/>
          </w:tcPr>
          <w:p w14:paraId="3A8DDEAE" w14:textId="77777777" w:rsidR="0009178C" w:rsidRPr="0009178C" w:rsidRDefault="0009178C" w:rsidP="0009178C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05" w:type="dxa"/>
            <w:hideMark/>
          </w:tcPr>
          <w:p w14:paraId="6FA48CAE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Iskolaelőkészítés </w:t>
            </w:r>
          </w:p>
        </w:tc>
        <w:tc>
          <w:tcPr>
            <w:tcW w:w="2873" w:type="dxa"/>
            <w:hideMark/>
          </w:tcPr>
          <w:p w14:paraId="065EE5A9" w14:textId="77777777" w:rsidR="00DD4568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Általános részképesség fejlesztés a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kultúrtechnikák</w:t>
            </w:r>
            <w:proofErr w:type="spellEnd"/>
          </w:p>
          <w:p w14:paraId="16B5D664" w14:textId="6D0F7DED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elsajátításának előkészítésére </w:t>
            </w:r>
          </w:p>
        </w:tc>
        <w:tc>
          <w:tcPr>
            <w:tcW w:w="1661" w:type="dxa"/>
            <w:hideMark/>
          </w:tcPr>
          <w:p w14:paraId="58EE7273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4EA9817D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18" w:type="dxa"/>
            <w:hideMark/>
          </w:tcPr>
          <w:p w14:paraId="57D97ED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info.15@fpsz.net </w:t>
            </w:r>
          </w:p>
          <w:p w14:paraId="4DE3BD32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34DDFEC2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38318EA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75FAAF1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C2DA289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09178C" w:rsidRPr="0009178C" w14:paraId="3B96BC65" w14:textId="77777777" w:rsidTr="00CD3CE1">
        <w:trPr>
          <w:trHeight w:val="885"/>
        </w:trPr>
        <w:tc>
          <w:tcPr>
            <w:tcW w:w="1277" w:type="dxa"/>
            <w:hideMark/>
          </w:tcPr>
          <w:p w14:paraId="4B51C7BD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1B686CB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14:00-15:00 </w:t>
            </w:r>
          </w:p>
        </w:tc>
        <w:tc>
          <w:tcPr>
            <w:tcW w:w="2953" w:type="dxa"/>
            <w:hideMark/>
          </w:tcPr>
          <w:p w14:paraId="101F4DCC" w14:textId="56D96639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 XV. Kerületi Tagintézménye </w:t>
            </w:r>
          </w:p>
          <w:p w14:paraId="1BF8501F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1157 Budapest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Hartyán</w:t>
            </w:r>
            <w:proofErr w:type="spellEnd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köz 3. </w:t>
            </w:r>
          </w:p>
        </w:tc>
        <w:tc>
          <w:tcPr>
            <w:tcW w:w="1843" w:type="dxa"/>
            <w:hideMark/>
          </w:tcPr>
          <w:p w14:paraId="202673E7" w14:textId="77777777" w:rsidR="0009178C" w:rsidRPr="0009178C" w:rsidRDefault="0009178C" w:rsidP="0009178C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05" w:type="dxa"/>
            <w:hideMark/>
          </w:tcPr>
          <w:p w14:paraId="7E39390F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Mozgásfejlesztés </w:t>
            </w:r>
          </w:p>
        </w:tc>
        <w:tc>
          <w:tcPr>
            <w:tcW w:w="2873" w:type="dxa"/>
            <w:hideMark/>
          </w:tcPr>
          <w:p w14:paraId="744EF3F9" w14:textId="6020BEF4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fejlesztés lehetőségeinek Alapozó terápiás</w:t>
            </w:r>
            <w:r w:rsidR="00DD456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megközelítése  </w:t>
            </w:r>
          </w:p>
        </w:tc>
        <w:tc>
          <w:tcPr>
            <w:tcW w:w="1661" w:type="dxa"/>
            <w:hideMark/>
          </w:tcPr>
          <w:p w14:paraId="13F29DA8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5D96F5CB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 fő </w:t>
            </w:r>
          </w:p>
        </w:tc>
        <w:tc>
          <w:tcPr>
            <w:tcW w:w="1818" w:type="dxa"/>
            <w:hideMark/>
          </w:tcPr>
          <w:p w14:paraId="03605CB1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info.15@fpsz.net </w:t>
            </w:r>
          </w:p>
          <w:p w14:paraId="22D0B404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09178C" w:rsidRPr="0009178C" w14:paraId="54C5B2CB" w14:textId="77777777" w:rsidTr="00CD3CE1">
        <w:trPr>
          <w:trHeight w:val="885"/>
        </w:trPr>
        <w:tc>
          <w:tcPr>
            <w:tcW w:w="1277" w:type="dxa"/>
            <w:hideMark/>
          </w:tcPr>
          <w:p w14:paraId="20C63859" w14:textId="77777777" w:rsidR="0009178C" w:rsidRPr="0009178C" w:rsidRDefault="0009178C" w:rsidP="0009178C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F6C7703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15:00-16:00 </w:t>
            </w:r>
          </w:p>
        </w:tc>
        <w:tc>
          <w:tcPr>
            <w:tcW w:w="2953" w:type="dxa"/>
            <w:hideMark/>
          </w:tcPr>
          <w:p w14:paraId="2F1E8F46" w14:textId="36ADD265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XV. Kerületi Tagintézménye </w:t>
            </w:r>
          </w:p>
          <w:p w14:paraId="426B3A89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1157 Budapest </w:t>
            </w:r>
            <w:proofErr w:type="spellStart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Hartyán</w:t>
            </w:r>
            <w:proofErr w:type="spellEnd"/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köz 3. </w:t>
            </w:r>
          </w:p>
        </w:tc>
        <w:tc>
          <w:tcPr>
            <w:tcW w:w="1843" w:type="dxa"/>
            <w:hideMark/>
          </w:tcPr>
          <w:p w14:paraId="26B165E6" w14:textId="77777777" w:rsidR="0009178C" w:rsidRPr="0009178C" w:rsidRDefault="0009178C" w:rsidP="0009178C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1805" w:type="dxa"/>
            <w:hideMark/>
          </w:tcPr>
          <w:p w14:paraId="7E9EF102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hanyagtartás korrigálása </w:t>
            </w:r>
          </w:p>
        </w:tc>
        <w:tc>
          <w:tcPr>
            <w:tcW w:w="2873" w:type="dxa"/>
            <w:hideMark/>
          </w:tcPr>
          <w:p w14:paraId="3290CC5E" w14:textId="3B1D2118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Megoldási lehetőségek bemutatása a hanyagtartás, mint népbetegség</w:t>
            </w:r>
            <w:r w:rsidR="00DD456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állapotának javításában </w:t>
            </w:r>
          </w:p>
        </w:tc>
        <w:tc>
          <w:tcPr>
            <w:tcW w:w="1661" w:type="dxa"/>
            <w:hideMark/>
          </w:tcPr>
          <w:p w14:paraId="77FD08B0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tanárok </w:t>
            </w:r>
          </w:p>
        </w:tc>
        <w:tc>
          <w:tcPr>
            <w:tcW w:w="1030" w:type="dxa"/>
            <w:hideMark/>
          </w:tcPr>
          <w:p w14:paraId="41434046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1818" w:type="dxa"/>
            <w:hideMark/>
          </w:tcPr>
          <w:p w14:paraId="4C058C7B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info.15@fpsz.net </w:t>
            </w:r>
          </w:p>
          <w:p w14:paraId="0BEB165D" w14:textId="77777777" w:rsidR="0009178C" w:rsidRPr="0009178C" w:rsidRDefault="0009178C" w:rsidP="0009178C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09178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0B79EE4A" w14:textId="247FF1AD" w:rsidR="0009178C" w:rsidRDefault="0009178C"/>
    <w:p w14:paraId="081B906A" w14:textId="20F7B2AE" w:rsidR="00B434A4" w:rsidRDefault="0009178C">
      <w:r>
        <w:br w:type="page"/>
      </w:r>
    </w:p>
    <w:p w14:paraId="12892DFA" w14:textId="5D7BF1D6" w:rsidR="00B434A4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XVI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2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386"/>
        <w:gridCol w:w="1674"/>
        <w:gridCol w:w="1870"/>
        <w:gridCol w:w="2977"/>
        <w:gridCol w:w="1908"/>
        <w:gridCol w:w="1030"/>
        <w:gridCol w:w="2165"/>
      </w:tblGrid>
      <w:tr w:rsidR="00644903" w:rsidRPr="00644903" w14:paraId="0B74C0D0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53E777B5" w14:textId="5781ABB6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71E84AB2" w14:textId="24A55164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386" w:type="dxa"/>
            <w:shd w:val="clear" w:color="auto" w:fill="B9DD46"/>
            <w:vAlign w:val="center"/>
            <w:hideMark/>
          </w:tcPr>
          <w:p w14:paraId="778676BD" w14:textId="75302EDC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7C861609" w14:textId="54829D5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3F084E55" w14:textId="31DAF058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977" w:type="dxa"/>
            <w:shd w:val="clear" w:color="auto" w:fill="B9DD46"/>
            <w:vAlign w:val="center"/>
            <w:hideMark/>
          </w:tcPr>
          <w:p w14:paraId="3CB1DE7B" w14:textId="37431C5D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08" w:type="dxa"/>
            <w:shd w:val="clear" w:color="auto" w:fill="B9DD46"/>
            <w:vAlign w:val="center"/>
            <w:hideMark/>
          </w:tcPr>
          <w:p w14:paraId="0EB0F917" w14:textId="24A3DEB3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3650AA1E" w14:textId="3DA3345F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165" w:type="dxa"/>
            <w:shd w:val="clear" w:color="auto" w:fill="B9DD46"/>
            <w:vAlign w:val="center"/>
            <w:hideMark/>
          </w:tcPr>
          <w:p w14:paraId="4F9B14AB" w14:textId="391CF4F5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4B40BB1A" w14:textId="77777777" w:rsidTr="00CD3CE1">
        <w:trPr>
          <w:trHeight w:val="885"/>
        </w:trPr>
        <w:tc>
          <w:tcPr>
            <w:tcW w:w="1277" w:type="dxa"/>
            <w:hideMark/>
          </w:tcPr>
          <w:p w14:paraId="5AF3091C" w14:textId="589F42D7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38B156B5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065827F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10:00-11:00 </w:t>
            </w:r>
          </w:p>
        </w:tc>
        <w:tc>
          <w:tcPr>
            <w:tcW w:w="2386" w:type="dxa"/>
            <w:hideMark/>
          </w:tcPr>
          <w:p w14:paraId="7F00CEE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Napsugár Bölcsőde, 1164 </w:t>
            </w:r>
            <w:hyperlink r:id="rId20" w:tgtFrame="_blank" w:history="1">
              <w:r w:rsidRPr="00EC1628">
                <w:rPr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Budapest, Felsőmalom u. 5-7. </w:t>
              </w:r>
            </w:hyperlink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674" w:type="dxa"/>
            <w:hideMark/>
          </w:tcPr>
          <w:p w14:paraId="5D0EF81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 és gondozás </w:t>
            </w:r>
          </w:p>
        </w:tc>
        <w:tc>
          <w:tcPr>
            <w:tcW w:w="1870" w:type="dxa"/>
            <w:hideMark/>
          </w:tcPr>
          <w:p w14:paraId="224F973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Beszédindítás játékosan </w:t>
            </w:r>
          </w:p>
        </w:tc>
        <w:tc>
          <w:tcPr>
            <w:tcW w:w="2977" w:type="dxa"/>
            <w:hideMark/>
          </w:tcPr>
          <w:p w14:paraId="626805A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 fejlesztési módszerek bemutatása </w:t>
            </w:r>
          </w:p>
        </w:tc>
        <w:tc>
          <w:tcPr>
            <w:tcW w:w="1908" w:type="dxa"/>
            <w:hideMark/>
          </w:tcPr>
          <w:p w14:paraId="4BAE6D4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Kisgyermeknevelők </w:t>
            </w:r>
          </w:p>
        </w:tc>
        <w:tc>
          <w:tcPr>
            <w:tcW w:w="1030" w:type="dxa"/>
            <w:hideMark/>
          </w:tcPr>
          <w:p w14:paraId="7DA315C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6 fő </w:t>
            </w:r>
          </w:p>
        </w:tc>
        <w:tc>
          <w:tcPr>
            <w:tcW w:w="2165" w:type="dxa"/>
            <w:hideMark/>
          </w:tcPr>
          <w:p w14:paraId="748877F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326E5F5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info.16@fpsz.net  </w:t>
            </w:r>
          </w:p>
          <w:p w14:paraId="4F4CAA7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B34FFA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0E2DEF0D" w14:textId="77777777" w:rsidTr="00CD3CE1">
        <w:trPr>
          <w:trHeight w:val="885"/>
        </w:trPr>
        <w:tc>
          <w:tcPr>
            <w:tcW w:w="1277" w:type="dxa"/>
            <w:hideMark/>
          </w:tcPr>
          <w:p w14:paraId="0D56C3F1" w14:textId="77777777" w:rsidR="00EC1628" w:rsidRPr="00EC1628" w:rsidRDefault="00EC1628" w:rsidP="00A92F0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4A7B2D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10:00-11:00 </w:t>
            </w:r>
          </w:p>
        </w:tc>
        <w:tc>
          <w:tcPr>
            <w:tcW w:w="2386" w:type="dxa"/>
            <w:hideMark/>
          </w:tcPr>
          <w:p w14:paraId="4083D39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XVI. Kerületi </w:t>
            </w:r>
          </w:p>
          <w:p w14:paraId="3B0C8194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Tagintézmény</w:t>
            </w:r>
            <w:r w:rsidR="009106A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</w:t>
            </w:r>
          </w:p>
          <w:p w14:paraId="1C5935A1" w14:textId="27DBEC7F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1161 Budapest, Szent Korona u.75-77. </w:t>
            </w:r>
          </w:p>
        </w:tc>
        <w:tc>
          <w:tcPr>
            <w:tcW w:w="1674" w:type="dxa"/>
            <w:hideMark/>
          </w:tcPr>
          <w:p w14:paraId="256B18F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 és gondozás </w:t>
            </w:r>
          </w:p>
        </w:tc>
        <w:tc>
          <w:tcPr>
            <w:tcW w:w="1870" w:type="dxa"/>
            <w:hideMark/>
          </w:tcPr>
          <w:p w14:paraId="18A8728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Motiváció használata csecsemőkorban </w:t>
            </w:r>
          </w:p>
        </w:tc>
        <w:tc>
          <w:tcPr>
            <w:tcW w:w="2977" w:type="dxa"/>
            <w:hideMark/>
          </w:tcPr>
          <w:p w14:paraId="113F4A0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Önálló helyváltoztatásra motiválás </w:t>
            </w:r>
          </w:p>
        </w:tc>
        <w:tc>
          <w:tcPr>
            <w:tcW w:w="1908" w:type="dxa"/>
            <w:hideMark/>
          </w:tcPr>
          <w:p w14:paraId="4407372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63DC63E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1-2 fő </w:t>
            </w:r>
          </w:p>
        </w:tc>
        <w:tc>
          <w:tcPr>
            <w:tcW w:w="2165" w:type="dxa"/>
            <w:hideMark/>
          </w:tcPr>
          <w:p w14:paraId="18F19BB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07EF8C8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info.16@fpsz.net  </w:t>
            </w:r>
          </w:p>
          <w:p w14:paraId="0BEFEB9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25600080" w14:textId="77777777" w:rsidTr="00CD3CE1">
        <w:trPr>
          <w:trHeight w:val="885"/>
        </w:trPr>
        <w:tc>
          <w:tcPr>
            <w:tcW w:w="1277" w:type="dxa"/>
            <w:hideMark/>
          </w:tcPr>
          <w:p w14:paraId="7BBEC678" w14:textId="029FBAB5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0D0D5D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15:00-16:00 </w:t>
            </w:r>
          </w:p>
        </w:tc>
        <w:tc>
          <w:tcPr>
            <w:tcW w:w="2386" w:type="dxa"/>
            <w:hideMark/>
          </w:tcPr>
          <w:p w14:paraId="46A96B4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XVI. Kerületi </w:t>
            </w:r>
          </w:p>
          <w:p w14:paraId="09ACFEB3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Tagintézmény</w:t>
            </w:r>
            <w:r w:rsidR="009106A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</w:t>
            </w:r>
          </w:p>
          <w:p w14:paraId="5205DC62" w14:textId="69CD7276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1161 Budapest,</w:t>
            </w:r>
          </w:p>
          <w:p w14:paraId="6C8492FF" w14:textId="0EDD11F0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Szent Korona u.75-77. </w:t>
            </w:r>
          </w:p>
        </w:tc>
        <w:tc>
          <w:tcPr>
            <w:tcW w:w="1674" w:type="dxa"/>
            <w:hideMark/>
          </w:tcPr>
          <w:p w14:paraId="3508408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Logopédiai ellátás </w:t>
            </w:r>
          </w:p>
        </w:tc>
        <w:tc>
          <w:tcPr>
            <w:tcW w:w="1870" w:type="dxa"/>
            <w:hideMark/>
          </w:tcPr>
          <w:p w14:paraId="18A0CA5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Értő olvasás fejlesztése  </w:t>
            </w:r>
          </w:p>
        </w:tc>
        <w:tc>
          <w:tcPr>
            <w:tcW w:w="2977" w:type="dxa"/>
            <w:hideMark/>
          </w:tcPr>
          <w:p w14:paraId="6B8068F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Hatékony szövegértést támogató módszerek bemutatása </w:t>
            </w:r>
          </w:p>
        </w:tc>
        <w:tc>
          <w:tcPr>
            <w:tcW w:w="1908" w:type="dxa"/>
            <w:hideMark/>
          </w:tcPr>
          <w:p w14:paraId="3848A0E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5550B20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1-2 fő </w:t>
            </w:r>
          </w:p>
        </w:tc>
        <w:tc>
          <w:tcPr>
            <w:tcW w:w="2165" w:type="dxa"/>
            <w:hideMark/>
          </w:tcPr>
          <w:p w14:paraId="6C4234B4" w14:textId="764C7B14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42ECE0B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info.16@fpsz.net  </w:t>
            </w:r>
          </w:p>
          <w:p w14:paraId="14769C8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11DCE55E" w14:textId="77777777" w:rsidTr="00CD3CE1">
        <w:trPr>
          <w:trHeight w:val="885"/>
        </w:trPr>
        <w:tc>
          <w:tcPr>
            <w:tcW w:w="1277" w:type="dxa"/>
            <w:hideMark/>
          </w:tcPr>
          <w:p w14:paraId="698D057D" w14:textId="394F3760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2188C5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16:30-17:30 </w:t>
            </w:r>
          </w:p>
        </w:tc>
        <w:tc>
          <w:tcPr>
            <w:tcW w:w="2386" w:type="dxa"/>
            <w:hideMark/>
          </w:tcPr>
          <w:p w14:paraId="62CBB53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XVI. Kerületi </w:t>
            </w:r>
          </w:p>
          <w:p w14:paraId="63EAE4A2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Tagintézmény</w:t>
            </w:r>
            <w:r w:rsidR="009106A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</w:t>
            </w:r>
          </w:p>
          <w:p w14:paraId="3BF43595" w14:textId="00A5639B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1161 Budapest, Szent Korona u.75-77. </w:t>
            </w:r>
          </w:p>
        </w:tc>
        <w:tc>
          <w:tcPr>
            <w:tcW w:w="1674" w:type="dxa"/>
            <w:hideMark/>
          </w:tcPr>
          <w:p w14:paraId="22B861D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168EE867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Papírgombóc </w:t>
            </w:r>
          </w:p>
        </w:tc>
        <w:tc>
          <w:tcPr>
            <w:tcW w:w="2977" w:type="dxa"/>
            <w:hideMark/>
          </w:tcPr>
          <w:p w14:paraId="037662BB" w14:textId="75FE6AEA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Idegrendszeri érést támogató, mozgás és szociális</w:t>
            </w:r>
            <w:r w:rsidR="00CD3CE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készségeket</w:t>
            </w:r>
            <w:r w:rsidR="00CD3CE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és</w:t>
            </w:r>
            <w:r w:rsidR="00CD3CE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proofErr w:type="spellStart"/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grafomotorikát</w:t>
            </w:r>
            <w:proofErr w:type="spellEnd"/>
            <w:r w:rsidR="00CD3CE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fejlesztő, dinamikus játékos foglalkozás </w:t>
            </w:r>
          </w:p>
        </w:tc>
        <w:tc>
          <w:tcPr>
            <w:tcW w:w="1908" w:type="dxa"/>
            <w:hideMark/>
          </w:tcPr>
          <w:p w14:paraId="6FB652F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4099759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6 fő </w:t>
            </w:r>
          </w:p>
        </w:tc>
        <w:tc>
          <w:tcPr>
            <w:tcW w:w="2165" w:type="dxa"/>
            <w:hideMark/>
          </w:tcPr>
          <w:p w14:paraId="0DA80370" w14:textId="6C0615F6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 E-mailben: </w:t>
            </w:r>
          </w:p>
          <w:p w14:paraId="01989A3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info.16@fpsz.net </w:t>
            </w:r>
          </w:p>
          <w:p w14:paraId="5660B7C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  </w:t>
            </w:r>
          </w:p>
          <w:p w14:paraId="0AC469F3" w14:textId="29E2B74C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  </w:t>
            </w:r>
          </w:p>
          <w:p w14:paraId="2C213AE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  </w:t>
            </w:r>
          </w:p>
        </w:tc>
      </w:tr>
      <w:tr w:rsidR="00644903" w:rsidRPr="00644903" w14:paraId="36F0D0C6" w14:textId="77777777" w:rsidTr="00CD3CE1">
        <w:trPr>
          <w:trHeight w:val="885"/>
        </w:trPr>
        <w:tc>
          <w:tcPr>
            <w:tcW w:w="1277" w:type="dxa"/>
            <w:hideMark/>
          </w:tcPr>
          <w:p w14:paraId="65C06C14" w14:textId="0AC49B8C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1FF1F8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14:00-15:00 </w:t>
            </w:r>
          </w:p>
        </w:tc>
        <w:tc>
          <w:tcPr>
            <w:tcW w:w="2386" w:type="dxa"/>
            <w:hideMark/>
          </w:tcPr>
          <w:p w14:paraId="53690C8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XVI. Kerületi </w:t>
            </w:r>
          </w:p>
          <w:p w14:paraId="454AE755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Tagintézmény</w:t>
            </w:r>
            <w:r w:rsidR="009106A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</w:t>
            </w:r>
          </w:p>
          <w:p w14:paraId="00118CE1" w14:textId="7694CB5F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1161 Budapest, Szent Korona u.75-77. </w:t>
            </w:r>
          </w:p>
        </w:tc>
        <w:tc>
          <w:tcPr>
            <w:tcW w:w="1674" w:type="dxa"/>
            <w:hideMark/>
          </w:tcPr>
          <w:p w14:paraId="3C564950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5547570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fejlesztés, 1., 2. osztályban </w:t>
            </w:r>
          </w:p>
        </w:tc>
        <w:tc>
          <w:tcPr>
            <w:tcW w:w="2977" w:type="dxa"/>
            <w:hideMark/>
          </w:tcPr>
          <w:p w14:paraId="2CE2B4A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Mozgás, figyelem, szociális kompetenciák, logikus gondolkodás fejlesztése </w:t>
            </w:r>
          </w:p>
        </w:tc>
        <w:tc>
          <w:tcPr>
            <w:tcW w:w="1908" w:type="dxa"/>
            <w:hideMark/>
          </w:tcPr>
          <w:p w14:paraId="103885D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63726A0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2-3 fő </w:t>
            </w:r>
          </w:p>
        </w:tc>
        <w:tc>
          <w:tcPr>
            <w:tcW w:w="2165" w:type="dxa"/>
            <w:hideMark/>
          </w:tcPr>
          <w:p w14:paraId="375A9D3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2A4DCE1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info.16@fpsz.net  </w:t>
            </w:r>
          </w:p>
          <w:p w14:paraId="426CB477" w14:textId="5A449095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5F540FD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4B6BDF69" w14:textId="2170BB6B" w:rsidR="00A738EA" w:rsidRDefault="00A738EA"/>
    <w:p w14:paraId="7CD2C113" w14:textId="77777777" w:rsidR="00A738EA" w:rsidRDefault="00A738EA">
      <w:r>
        <w:br w:type="page"/>
      </w:r>
    </w:p>
    <w:p w14:paraId="6DBA5C38" w14:textId="5D98CFF3" w:rsidR="00A738EA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XVI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188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528"/>
        <w:gridCol w:w="1674"/>
        <w:gridCol w:w="1870"/>
        <w:gridCol w:w="2835"/>
        <w:gridCol w:w="2049"/>
        <w:gridCol w:w="1030"/>
        <w:gridCol w:w="1910"/>
      </w:tblGrid>
      <w:tr w:rsidR="00B434A4" w:rsidRPr="00B434A4" w14:paraId="312FDFCF" w14:textId="77777777" w:rsidTr="00CD3CE1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7B4D97DE" w14:textId="26EE29AE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6AC80865" w14:textId="19C1C76A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528" w:type="dxa"/>
            <w:shd w:val="clear" w:color="auto" w:fill="B9DD46"/>
            <w:vAlign w:val="center"/>
            <w:hideMark/>
          </w:tcPr>
          <w:p w14:paraId="16F70880" w14:textId="3A0BE0C2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1E0DC914" w14:textId="74BA559B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11E7CF0C" w14:textId="2B730110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835" w:type="dxa"/>
            <w:shd w:val="clear" w:color="auto" w:fill="B9DD46"/>
            <w:vAlign w:val="center"/>
            <w:hideMark/>
          </w:tcPr>
          <w:p w14:paraId="04FEBD7B" w14:textId="75FC9010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2049" w:type="dxa"/>
            <w:shd w:val="clear" w:color="auto" w:fill="B9DD46"/>
            <w:vAlign w:val="center"/>
            <w:hideMark/>
          </w:tcPr>
          <w:p w14:paraId="3BB7BB0D" w14:textId="752F9A10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128FB160" w14:textId="3E365984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910" w:type="dxa"/>
            <w:shd w:val="clear" w:color="auto" w:fill="B9DD46"/>
            <w:vAlign w:val="center"/>
            <w:hideMark/>
          </w:tcPr>
          <w:p w14:paraId="2D946693" w14:textId="4614E09D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A738EA" w:rsidRPr="00A738EA" w14:paraId="60AE32CD" w14:textId="77777777" w:rsidTr="00CD3CE1">
        <w:trPr>
          <w:trHeight w:val="885"/>
        </w:trPr>
        <w:tc>
          <w:tcPr>
            <w:tcW w:w="1277" w:type="dxa"/>
            <w:hideMark/>
          </w:tcPr>
          <w:p w14:paraId="2FB6CE0B" w14:textId="740E0C3C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130B444E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324822A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12:30-14:00 </w:t>
            </w:r>
          </w:p>
        </w:tc>
        <w:tc>
          <w:tcPr>
            <w:tcW w:w="2528" w:type="dxa"/>
            <w:hideMark/>
          </w:tcPr>
          <w:p w14:paraId="1467257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Rákosmenti Egyesített Bölcsődék Nefelejcs Bölcsőde 1172 Budapest, Dormánd u. 21,  </w:t>
            </w:r>
          </w:p>
        </w:tc>
        <w:tc>
          <w:tcPr>
            <w:tcW w:w="1674" w:type="dxa"/>
            <w:hideMark/>
          </w:tcPr>
          <w:p w14:paraId="5415C95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61236963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Korai evés és etetési nehézségek</w:t>
            </w:r>
          </w:p>
          <w:p w14:paraId="62D9A010" w14:textId="5A8FFE80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és terápiás lehetőségei </w:t>
            </w:r>
          </w:p>
        </w:tc>
        <w:tc>
          <w:tcPr>
            <w:tcW w:w="2835" w:type="dxa"/>
            <w:hideMark/>
          </w:tcPr>
          <w:p w14:paraId="1D63D480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 korai evés és etetési nehézségek hátterét, felismerését és a hatékony terápiás beavatkozások lehetőségeit a csecsemők</w:t>
            </w:r>
          </w:p>
          <w:p w14:paraId="51DE6C04" w14:textId="52979CB6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és kisgyermekek támogatása érdekében. </w:t>
            </w:r>
          </w:p>
        </w:tc>
        <w:tc>
          <w:tcPr>
            <w:tcW w:w="2049" w:type="dxa"/>
            <w:hideMark/>
          </w:tcPr>
          <w:p w14:paraId="3E5150EA" w14:textId="77777777" w:rsidR="00DD456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</w:t>
            </w:r>
          </w:p>
          <w:p w14:paraId="5CE2A600" w14:textId="5099EBEF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kisgyermeknevelők </w:t>
            </w:r>
          </w:p>
        </w:tc>
        <w:tc>
          <w:tcPr>
            <w:tcW w:w="1030" w:type="dxa"/>
            <w:hideMark/>
          </w:tcPr>
          <w:p w14:paraId="7E0731F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 fő </w:t>
            </w:r>
          </w:p>
        </w:tc>
        <w:tc>
          <w:tcPr>
            <w:tcW w:w="1910" w:type="dxa"/>
            <w:hideMark/>
          </w:tcPr>
          <w:p w14:paraId="0E2EE634" w14:textId="77777777" w:rsidR="00A92F05" w:rsidRPr="00A738EA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75144351" w14:textId="1D6D8909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info.17@fpsz.net  </w:t>
            </w:r>
          </w:p>
          <w:p w14:paraId="2567670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0AE7261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A738EA" w:rsidRPr="00A738EA" w14:paraId="3722A13F" w14:textId="77777777" w:rsidTr="00CD3CE1">
        <w:trPr>
          <w:trHeight w:val="885"/>
        </w:trPr>
        <w:tc>
          <w:tcPr>
            <w:tcW w:w="1277" w:type="dxa"/>
            <w:hideMark/>
          </w:tcPr>
          <w:p w14:paraId="437618AA" w14:textId="1ABA73AC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49D15F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8:00-8:45 </w:t>
            </w:r>
          </w:p>
        </w:tc>
        <w:tc>
          <w:tcPr>
            <w:tcW w:w="2528" w:type="dxa"/>
            <w:hideMark/>
          </w:tcPr>
          <w:p w14:paraId="395F6C6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XVII. Kerületi Tagintézménye </w:t>
            </w:r>
          </w:p>
          <w:p w14:paraId="31F9DBF1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1173 Budapest, </w:t>
            </w:r>
          </w:p>
          <w:p w14:paraId="1CCEB1EB" w14:textId="13FB7D12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Gyökér u. 20. </w:t>
            </w:r>
          </w:p>
        </w:tc>
        <w:tc>
          <w:tcPr>
            <w:tcW w:w="1674" w:type="dxa"/>
            <w:hideMark/>
          </w:tcPr>
          <w:p w14:paraId="408C399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5E896E8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Beszédindító foglalkozás </w:t>
            </w:r>
          </w:p>
        </w:tc>
        <w:tc>
          <w:tcPr>
            <w:tcW w:w="2835" w:type="dxa"/>
            <w:hideMark/>
          </w:tcPr>
          <w:p w14:paraId="59621EB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Játékos fejlesztési módszerek bemutatása </w:t>
            </w:r>
          </w:p>
        </w:tc>
        <w:tc>
          <w:tcPr>
            <w:tcW w:w="2049" w:type="dxa"/>
            <w:hideMark/>
          </w:tcPr>
          <w:p w14:paraId="24420F81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 </w:t>
            </w:r>
          </w:p>
        </w:tc>
        <w:tc>
          <w:tcPr>
            <w:tcW w:w="1030" w:type="dxa"/>
            <w:hideMark/>
          </w:tcPr>
          <w:p w14:paraId="15598F5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 fő </w:t>
            </w:r>
          </w:p>
        </w:tc>
        <w:tc>
          <w:tcPr>
            <w:tcW w:w="1910" w:type="dxa"/>
            <w:hideMark/>
          </w:tcPr>
          <w:p w14:paraId="27DD07C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info.17@fpsz.net  </w:t>
            </w:r>
          </w:p>
          <w:p w14:paraId="657F0FF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5695427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A738EA" w:rsidRPr="00A738EA" w14:paraId="55C1C1DF" w14:textId="77777777" w:rsidTr="00CD3CE1">
        <w:trPr>
          <w:trHeight w:val="885"/>
        </w:trPr>
        <w:tc>
          <w:tcPr>
            <w:tcW w:w="1277" w:type="dxa"/>
            <w:hideMark/>
          </w:tcPr>
          <w:p w14:paraId="3C9E2CFB" w14:textId="7F1989D9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1B307F0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9:00-9:45 </w:t>
            </w:r>
          </w:p>
        </w:tc>
        <w:tc>
          <w:tcPr>
            <w:tcW w:w="2528" w:type="dxa"/>
            <w:hideMark/>
          </w:tcPr>
          <w:p w14:paraId="2E856A2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XVII. Kerületi Tagintézménye </w:t>
            </w:r>
          </w:p>
          <w:p w14:paraId="2DE3B74B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1173 Budapest, </w:t>
            </w:r>
          </w:p>
          <w:p w14:paraId="4F467917" w14:textId="1F8434A1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Gyökér u. 20. </w:t>
            </w:r>
          </w:p>
        </w:tc>
        <w:tc>
          <w:tcPr>
            <w:tcW w:w="1674" w:type="dxa"/>
            <w:hideMark/>
          </w:tcPr>
          <w:p w14:paraId="5DA04B2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69703BA2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Beszédindító foglalkozás </w:t>
            </w:r>
          </w:p>
        </w:tc>
        <w:tc>
          <w:tcPr>
            <w:tcW w:w="2835" w:type="dxa"/>
            <w:hideMark/>
          </w:tcPr>
          <w:p w14:paraId="11ACAA9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Játékos fejlesztési módszerek bemutatása </w:t>
            </w:r>
          </w:p>
        </w:tc>
        <w:tc>
          <w:tcPr>
            <w:tcW w:w="2049" w:type="dxa"/>
            <w:hideMark/>
          </w:tcPr>
          <w:p w14:paraId="28193C8C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 </w:t>
            </w:r>
          </w:p>
        </w:tc>
        <w:tc>
          <w:tcPr>
            <w:tcW w:w="1030" w:type="dxa"/>
            <w:hideMark/>
          </w:tcPr>
          <w:p w14:paraId="6B348A9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 fő </w:t>
            </w:r>
          </w:p>
        </w:tc>
        <w:tc>
          <w:tcPr>
            <w:tcW w:w="1910" w:type="dxa"/>
            <w:hideMark/>
          </w:tcPr>
          <w:p w14:paraId="59B5CAD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info.17@fpsz.net  </w:t>
            </w:r>
          </w:p>
          <w:p w14:paraId="2E33DAB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65BAB2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A738EA" w:rsidRPr="00A738EA" w14:paraId="586410B9" w14:textId="77777777" w:rsidTr="00CD3CE1">
        <w:trPr>
          <w:trHeight w:val="885"/>
        </w:trPr>
        <w:tc>
          <w:tcPr>
            <w:tcW w:w="1277" w:type="dxa"/>
            <w:hideMark/>
          </w:tcPr>
          <w:p w14:paraId="393E9388" w14:textId="61EDE45A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30AE97A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8:00-8:45 </w:t>
            </w:r>
          </w:p>
        </w:tc>
        <w:tc>
          <w:tcPr>
            <w:tcW w:w="2528" w:type="dxa"/>
            <w:hideMark/>
          </w:tcPr>
          <w:p w14:paraId="34FDCEC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XVII. Kerületi Tagintézménye </w:t>
            </w:r>
          </w:p>
          <w:p w14:paraId="573C6527" w14:textId="77777777" w:rsidR="00CD3CE1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1173 Budapest, </w:t>
            </w:r>
          </w:p>
          <w:p w14:paraId="07F320C2" w14:textId="597777D1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Gyökér u. 20. </w:t>
            </w:r>
          </w:p>
        </w:tc>
        <w:tc>
          <w:tcPr>
            <w:tcW w:w="1674" w:type="dxa"/>
            <w:hideMark/>
          </w:tcPr>
          <w:p w14:paraId="153C723E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4AF77E1A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Komplex gyógypedagógiai fejlesztés </w:t>
            </w:r>
          </w:p>
        </w:tc>
        <w:tc>
          <w:tcPr>
            <w:tcW w:w="2835" w:type="dxa"/>
            <w:hideMark/>
          </w:tcPr>
          <w:p w14:paraId="13AD938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Autizmus specifikus gyógypedagógiai fejlesztés </w:t>
            </w:r>
          </w:p>
        </w:tc>
        <w:tc>
          <w:tcPr>
            <w:tcW w:w="2049" w:type="dxa"/>
            <w:hideMark/>
          </w:tcPr>
          <w:p w14:paraId="05013AA0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1B32AF6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 fő </w:t>
            </w:r>
          </w:p>
        </w:tc>
        <w:tc>
          <w:tcPr>
            <w:tcW w:w="1910" w:type="dxa"/>
            <w:hideMark/>
          </w:tcPr>
          <w:p w14:paraId="5F659DD0" w14:textId="1BD7105F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info.17@fpsz.net  </w:t>
            </w:r>
          </w:p>
        </w:tc>
      </w:tr>
      <w:tr w:rsidR="00A738EA" w:rsidRPr="00A738EA" w14:paraId="1F425E70" w14:textId="77777777" w:rsidTr="00CD3CE1">
        <w:trPr>
          <w:trHeight w:val="885"/>
        </w:trPr>
        <w:tc>
          <w:tcPr>
            <w:tcW w:w="1277" w:type="dxa"/>
            <w:hideMark/>
          </w:tcPr>
          <w:p w14:paraId="3765B95B" w14:textId="062C9E12" w:rsidR="00EC1628" w:rsidRPr="00EC1628" w:rsidRDefault="00EC1628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484B1E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15:00-15:45 </w:t>
            </w:r>
          </w:p>
        </w:tc>
        <w:tc>
          <w:tcPr>
            <w:tcW w:w="2528" w:type="dxa"/>
            <w:hideMark/>
          </w:tcPr>
          <w:p w14:paraId="01A9963B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XVII. Kerületi Tagintézménye </w:t>
            </w:r>
          </w:p>
          <w:p w14:paraId="61F5087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1173 Budapest, </w:t>
            </w:r>
          </w:p>
          <w:p w14:paraId="1052651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Pesti út 82. </w:t>
            </w:r>
          </w:p>
        </w:tc>
        <w:tc>
          <w:tcPr>
            <w:tcW w:w="1674" w:type="dxa"/>
            <w:hideMark/>
          </w:tcPr>
          <w:p w14:paraId="43FD20EF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60E55B2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 nyelvtani mumus megszelídítése- anyanyelvi fejlesztés felső tagozaton </w:t>
            </w:r>
          </w:p>
        </w:tc>
        <w:tc>
          <w:tcPr>
            <w:tcW w:w="2835" w:type="dxa"/>
            <w:hideMark/>
          </w:tcPr>
          <w:p w14:paraId="7D54AE4B" w14:textId="79176602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Komplex gyógypedagógiai fejlesztés </w:t>
            </w:r>
          </w:p>
        </w:tc>
        <w:tc>
          <w:tcPr>
            <w:tcW w:w="2049" w:type="dxa"/>
            <w:hideMark/>
          </w:tcPr>
          <w:p w14:paraId="34AF6D8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4909BEA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910" w:type="dxa"/>
            <w:hideMark/>
          </w:tcPr>
          <w:p w14:paraId="15E46BCF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info.17@fpsz.net  </w:t>
            </w:r>
          </w:p>
          <w:p w14:paraId="770894D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A738EA" w:rsidRPr="00A738EA" w14:paraId="5C043186" w14:textId="77777777" w:rsidTr="00CD3CE1">
        <w:trPr>
          <w:trHeight w:val="885"/>
        </w:trPr>
        <w:tc>
          <w:tcPr>
            <w:tcW w:w="1277" w:type="dxa"/>
            <w:hideMark/>
          </w:tcPr>
          <w:p w14:paraId="502DA4DC" w14:textId="77777777" w:rsidR="00EC1628" w:rsidRPr="00EC1628" w:rsidRDefault="00EC1628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021A724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14:00-14:45 </w:t>
            </w:r>
          </w:p>
        </w:tc>
        <w:tc>
          <w:tcPr>
            <w:tcW w:w="2528" w:type="dxa"/>
            <w:hideMark/>
          </w:tcPr>
          <w:p w14:paraId="4B9EC5EA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XVII. Kerületi Tagintézménye </w:t>
            </w:r>
          </w:p>
          <w:p w14:paraId="251B7DB9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1173 Budapest, </w:t>
            </w:r>
          </w:p>
          <w:p w14:paraId="2AB2F946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Pesti út 82. </w:t>
            </w:r>
          </w:p>
        </w:tc>
        <w:tc>
          <w:tcPr>
            <w:tcW w:w="1674" w:type="dxa"/>
            <w:hideMark/>
          </w:tcPr>
          <w:p w14:paraId="2F11CED1" w14:textId="77777777" w:rsidR="00EC1628" w:rsidRPr="00EC1628" w:rsidRDefault="00EC1628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59380057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Iskolaelőkészítő foglalkozás komplex szenzoros szemléletű mozgásfejlesztéssel </w:t>
            </w:r>
          </w:p>
        </w:tc>
        <w:tc>
          <w:tcPr>
            <w:tcW w:w="2835" w:type="dxa"/>
            <w:hideMark/>
          </w:tcPr>
          <w:p w14:paraId="5471F055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 szenzoros működés megalapozása a sikeres iskolai beválás érdekében </w:t>
            </w:r>
          </w:p>
        </w:tc>
        <w:tc>
          <w:tcPr>
            <w:tcW w:w="2049" w:type="dxa"/>
            <w:hideMark/>
          </w:tcPr>
          <w:p w14:paraId="321DC7D8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3B887094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910" w:type="dxa"/>
            <w:hideMark/>
          </w:tcPr>
          <w:p w14:paraId="7C539FB3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info.17@fpsz.net  </w:t>
            </w:r>
          </w:p>
          <w:p w14:paraId="2F22903D" w14:textId="77777777" w:rsidR="00EC1628" w:rsidRPr="00EC1628" w:rsidRDefault="00EC1628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C162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358FBD58" w14:textId="0CEA5086" w:rsidR="00A738EA" w:rsidRDefault="00A738EA"/>
    <w:p w14:paraId="7EF5F723" w14:textId="55CFD4A6" w:rsidR="00A738EA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XVII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I.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1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409"/>
        <w:gridCol w:w="1674"/>
        <w:gridCol w:w="1870"/>
        <w:gridCol w:w="2552"/>
        <w:gridCol w:w="1984"/>
        <w:gridCol w:w="992"/>
        <w:gridCol w:w="2693"/>
      </w:tblGrid>
      <w:tr w:rsidR="00644903" w:rsidRPr="00644903" w14:paraId="4ED047A3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5DB3E473" w14:textId="29F9C1B3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850" w:type="dxa"/>
            <w:shd w:val="clear" w:color="auto" w:fill="B9DD46"/>
            <w:vAlign w:val="center"/>
            <w:hideMark/>
          </w:tcPr>
          <w:p w14:paraId="594FFF0B" w14:textId="6D88C19F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409" w:type="dxa"/>
            <w:shd w:val="clear" w:color="auto" w:fill="B9DD46"/>
            <w:vAlign w:val="center"/>
            <w:hideMark/>
          </w:tcPr>
          <w:p w14:paraId="6CF83F15" w14:textId="3278E98C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0A98ECA9" w14:textId="63A47234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27BBD5C1" w14:textId="36BE26A2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552" w:type="dxa"/>
            <w:shd w:val="clear" w:color="auto" w:fill="B9DD46"/>
            <w:vAlign w:val="center"/>
            <w:hideMark/>
          </w:tcPr>
          <w:p w14:paraId="6C041617" w14:textId="37DCE45A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84" w:type="dxa"/>
            <w:shd w:val="clear" w:color="auto" w:fill="B9DD46"/>
            <w:vAlign w:val="center"/>
            <w:hideMark/>
          </w:tcPr>
          <w:p w14:paraId="73D06D68" w14:textId="30311FD2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992" w:type="dxa"/>
            <w:shd w:val="clear" w:color="auto" w:fill="B9DD46"/>
            <w:vAlign w:val="center"/>
            <w:hideMark/>
          </w:tcPr>
          <w:p w14:paraId="1E023521" w14:textId="679E8DEF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693" w:type="dxa"/>
            <w:shd w:val="clear" w:color="auto" w:fill="B9DD46"/>
            <w:vAlign w:val="center"/>
            <w:hideMark/>
          </w:tcPr>
          <w:p w14:paraId="55BD00B0" w14:textId="48B7F113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0F026542" w14:textId="77777777" w:rsidTr="00C553C2">
        <w:trPr>
          <w:trHeight w:val="885"/>
        </w:trPr>
        <w:tc>
          <w:tcPr>
            <w:tcW w:w="1277" w:type="dxa"/>
            <w:hideMark/>
          </w:tcPr>
          <w:p w14:paraId="628CC9FF" w14:textId="496EE57D" w:rsidR="00EA6479" w:rsidRPr="00EA6479" w:rsidRDefault="00EA6479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4E2E2E6D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850" w:type="dxa"/>
            <w:hideMark/>
          </w:tcPr>
          <w:p w14:paraId="5CB7EFE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8:30-9:30 </w:t>
            </w:r>
          </w:p>
          <w:p w14:paraId="177C394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9:00-10:00 </w:t>
            </w:r>
          </w:p>
        </w:tc>
        <w:tc>
          <w:tcPr>
            <w:tcW w:w="2409" w:type="dxa"/>
            <w:hideMark/>
          </w:tcPr>
          <w:p w14:paraId="403CC256" w14:textId="77777777" w:rsidR="00CE26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BP18 Egyesített Óvoda Pestszentlőrinci Pitypang Tagóvodája,</w:t>
            </w:r>
          </w:p>
          <w:p w14:paraId="18C540AB" w14:textId="77777777" w:rsidR="00CE26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1181 Budapes</w:t>
            </w:r>
            <w:r w:rsidR="009106A8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</w:t>
            </w:r>
          </w:p>
          <w:p w14:paraId="13AD4A82" w14:textId="4D0A21F3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Kondor Béla sétány 12. </w:t>
            </w:r>
          </w:p>
        </w:tc>
        <w:tc>
          <w:tcPr>
            <w:tcW w:w="1674" w:type="dxa"/>
            <w:hideMark/>
          </w:tcPr>
          <w:p w14:paraId="7A10132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55BC76C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Beszédindítás játékosan </w:t>
            </w:r>
          </w:p>
          <w:p w14:paraId="3A2634A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Artikulációs terápia bemutatása </w:t>
            </w:r>
          </w:p>
        </w:tc>
        <w:tc>
          <w:tcPr>
            <w:tcW w:w="2552" w:type="dxa"/>
            <w:hideMark/>
          </w:tcPr>
          <w:p w14:paraId="66BF65A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 fejlesztési módszerek bemutatása, otthoni gyakorlás elősegítése </w:t>
            </w:r>
          </w:p>
        </w:tc>
        <w:tc>
          <w:tcPr>
            <w:tcW w:w="1984" w:type="dxa"/>
            <w:hideMark/>
          </w:tcPr>
          <w:p w14:paraId="57AC8AB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11528BC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2693" w:type="dxa"/>
            <w:hideMark/>
          </w:tcPr>
          <w:p w14:paraId="19AF40A0" w14:textId="77777777" w:rsidR="00A92F05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</w:t>
            </w:r>
          </w:p>
          <w:p w14:paraId="26C8864B" w14:textId="28427C82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spitzmuller.zsuzsa.18@fpsz.net  </w:t>
            </w:r>
          </w:p>
          <w:p w14:paraId="75D4A58A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79DF851B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7AA5840B" w14:textId="77777777" w:rsidTr="00C553C2">
        <w:trPr>
          <w:trHeight w:val="885"/>
        </w:trPr>
        <w:tc>
          <w:tcPr>
            <w:tcW w:w="1277" w:type="dxa"/>
            <w:hideMark/>
          </w:tcPr>
          <w:p w14:paraId="33DC2B13" w14:textId="08EA0A40" w:rsidR="00EA6479" w:rsidRPr="00EA6479" w:rsidRDefault="00EA6479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206D44D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08:15-9:00 </w:t>
            </w:r>
          </w:p>
        </w:tc>
        <w:tc>
          <w:tcPr>
            <w:tcW w:w="2409" w:type="dxa"/>
            <w:hideMark/>
          </w:tcPr>
          <w:p w14:paraId="4FDE8FFF" w14:textId="77777777" w:rsidR="00CE26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BP18 Egyesített Óvoda Csemete Tagóvodája, </w:t>
            </w:r>
          </w:p>
          <w:p w14:paraId="0CA56FCE" w14:textId="77777777" w:rsidR="00CE26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1182 Budapest,</w:t>
            </w:r>
          </w:p>
          <w:p w14:paraId="1AF74DF1" w14:textId="461E1F59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Üllői út 679-681. </w:t>
            </w:r>
          </w:p>
        </w:tc>
        <w:tc>
          <w:tcPr>
            <w:tcW w:w="1674" w:type="dxa"/>
            <w:hideMark/>
          </w:tcPr>
          <w:p w14:paraId="1C75DBD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1870" w:type="dxa"/>
            <w:hideMark/>
          </w:tcPr>
          <w:p w14:paraId="7080616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Mozgásfejlesztés a gyakorlatban </w:t>
            </w:r>
          </w:p>
        </w:tc>
        <w:tc>
          <w:tcPr>
            <w:tcW w:w="2552" w:type="dxa"/>
            <w:hideMark/>
          </w:tcPr>
          <w:p w14:paraId="0826C95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Tartásjavító, és lúdtalp megelőzését szolgáló gyakorlatok bemutatása </w:t>
            </w:r>
          </w:p>
        </w:tc>
        <w:tc>
          <w:tcPr>
            <w:tcW w:w="1984" w:type="dxa"/>
            <w:hideMark/>
          </w:tcPr>
          <w:p w14:paraId="5307361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56B2291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 fő </w:t>
            </w:r>
          </w:p>
        </w:tc>
        <w:tc>
          <w:tcPr>
            <w:tcW w:w="2693" w:type="dxa"/>
            <w:hideMark/>
          </w:tcPr>
          <w:p w14:paraId="135EC123" w14:textId="77777777" w:rsidR="00A92F05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</w:t>
            </w:r>
          </w:p>
          <w:p w14:paraId="55F0847F" w14:textId="77777777" w:rsid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proofErr w:type="gramStart"/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barkocine.vertesi</w:t>
            </w:r>
            <w:proofErr w:type="gramEnd"/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.katalin.18</w:t>
            </w:r>
          </w:p>
          <w:p w14:paraId="0BDFBF1D" w14:textId="61034810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@fpsz.net </w:t>
            </w:r>
          </w:p>
          <w:p w14:paraId="21B367E5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6CA5E20C" w14:textId="77777777" w:rsidTr="00C553C2">
        <w:trPr>
          <w:trHeight w:val="885"/>
        </w:trPr>
        <w:tc>
          <w:tcPr>
            <w:tcW w:w="1277" w:type="dxa"/>
            <w:hideMark/>
          </w:tcPr>
          <w:p w14:paraId="178FFB8C" w14:textId="0307CEBA" w:rsidR="00EA6479" w:rsidRPr="00EA6479" w:rsidRDefault="00EA6479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09B1F8D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9:00-15:00 </w:t>
            </w:r>
          </w:p>
        </w:tc>
        <w:tc>
          <w:tcPr>
            <w:tcW w:w="2409" w:type="dxa"/>
            <w:hideMark/>
          </w:tcPr>
          <w:p w14:paraId="0BA3EE74" w14:textId="18B23565" w:rsidR="00EA6479" w:rsidRPr="00EA6479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XVIII. Kerületi Tagintézménye </w:t>
            </w:r>
          </w:p>
          <w:p w14:paraId="2AFFA14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Vándor Sándor utca 7. telephely </w:t>
            </w:r>
          </w:p>
        </w:tc>
        <w:tc>
          <w:tcPr>
            <w:tcW w:w="1674" w:type="dxa"/>
            <w:hideMark/>
          </w:tcPr>
          <w:p w14:paraId="2BDAB8B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870" w:type="dxa"/>
            <w:hideMark/>
          </w:tcPr>
          <w:p w14:paraId="00EC5C5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integrációs élmények a korai fejlesztésben </w:t>
            </w:r>
          </w:p>
        </w:tc>
        <w:tc>
          <w:tcPr>
            <w:tcW w:w="2552" w:type="dxa"/>
            <w:hideMark/>
          </w:tcPr>
          <w:p w14:paraId="069EF04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fejlesztési módszerek bemutatása  </w:t>
            </w:r>
          </w:p>
        </w:tc>
        <w:tc>
          <w:tcPr>
            <w:tcW w:w="1984" w:type="dxa"/>
            <w:hideMark/>
          </w:tcPr>
          <w:p w14:paraId="1A74FE55" w14:textId="77290BF9" w:rsidR="00EA6479" w:rsidRPr="00CD3CE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korai fejlesztésben részesülő</w:t>
            </w:r>
            <w:r w:rsidR="00CD3CE1"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 </w:t>
            </w:r>
            <w:r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gyermekek családjainak (szülők,</w:t>
            </w:r>
            <w:r w:rsidR="00CD3CE1"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 n</w:t>
            </w:r>
            <w:r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agyszülők,</w:t>
            </w:r>
            <w:r w:rsidR="00CD3CE1"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 xml:space="preserve"> </w:t>
            </w:r>
            <w:r w:rsidRPr="00CD3CE1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testvérek) </w:t>
            </w:r>
          </w:p>
        </w:tc>
        <w:tc>
          <w:tcPr>
            <w:tcW w:w="992" w:type="dxa"/>
            <w:hideMark/>
          </w:tcPr>
          <w:p w14:paraId="154DD1B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25 fő </w:t>
            </w:r>
          </w:p>
        </w:tc>
        <w:tc>
          <w:tcPr>
            <w:tcW w:w="2693" w:type="dxa"/>
            <w:hideMark/>
          </w:tcPr>
          <w:p w14:paraId="2F02DFBC" w14:textId="45982341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papp.maria.18@fpsz.net </w:t>
            </w:r>
          </w:p>
          <w:p w14:paraId="1C4E071E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7873B8E0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0A88654F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2DA34BF6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16638489" w14:textId="77777777" w:rsidTr="00C553C2">
        <w:trPr>
          <w:trHeight w:val="885"/>
        </w:trPr>
        <w:tc>
          <w:tcPr>
            <w:tcW w:w="1277" w:type="dxa"/>
            <w:hideMark/>
          </w:tcPr>
          <w:p w14:paraId="0575B8FA" w14:textId="52BE1B16" w:rsidR="00EA6479" w:rsidRPr="00EA6479" w:rsidRDefault="00EA6479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10460BF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8:15-9:00 </w:t>
            </w:r>
          </w:p>
        </w:tc>
        <w:tc>
          <w:tcPr>
            <w:tcW w:w="2409" w:type="dxa"/>
            <w:hideMark/>
          </w:tcPr>
          <w:p w14:paraId="6A45BE99" w14:textId="44435A60" w:rsidR="00EA6479" w:rsidRPr="00EA6479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XVIII. Kerületi Tagintézménye </w:t>
            </w:r>
          </w:p>
          <w:p w14:paraId="7F835815" w14:textId="77777777" w:rsidR="00CE26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1181 Budapest, </w:t>
            </w:r>
          </w:p>
          <w:p w14:paraId="10ADD272" w14:textId="624EAE58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Kondor Béla stny.10. </w:t>
            </w:r>
          </w:p>
        </w:tc>
        <w:tc>
          <w:tcPr>
            <w:tcW w:w="1674" w:type="dxa"/>
            <w:hideMark/>
          </w:tcPr>
          <w:p w14:paraId="776F113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7AF54958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komplex mozgásfejlesztés  </w:t>
            </w:r>
          </w:p>
        </w:tc>
        <w:tc>
          <w:tcPr>
            <w:tcW w:w="2552" w:type="dxa"/>
            <w:hideMark/>
          </w:tcPr>
          <w:p w14:paraId="2F0B9C4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Fejlesztési módszerek bemutatása </w:t>
            </w:r>
          </w:p>
        </w:tc>
        <w:tc>
          <w:tcPr>
            <w:tcW w:w="1984" w:type="dxa"/>
            <w:hideMark/>
          </w:tcPr>
          <w:p w14:paraId="6B77D5A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992" w:type="dxa"/>
            <w:hideMark/>
          </w:tcPr>
          <w:p w14:paraId="6F4CD49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2693" w:type="dxa"/>
            <w:hideMark/>
          </w:tcPr>
          <w:p w14:paraId="71848C2E" w14:textId="44BF5FB1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bacsa.bea.18@fpsz.net</w:t>
            </w:r>
          </w:p>
          <w:p w14:paraId="0502AD23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15667357" w14:textId="3B9B6E73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7D5980B8" w14:textId="77777777" w:rsidTr="00C553C2">
        <w:trPr>
          <w:trHeight w:val="45"/>
        </w:trPr>
        <w:tc>
          <w:tcPr>
            <w:tcW w:w="1277" w:type="dxa"/>
            <w:hideMark/>
          </w:tcPr>
          <w:p w14:paraId="6CCC3DB4" w14:textId="4EFEDB6B" w:rsidR="00EA6479" w:rsidRPr="00EA6479" w:rsidRDefault="00EA6479" w:rsidP="00A92F0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7268193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9:00-9:45 </w:t>
            </w:r>
          </w:p>
        </w:tc>
        <w:tc>
          <w:tcPr>
            <w:tcW w:w="2409" w:type="dxa"/>
            <w:hideMark/>
          </w:tcPr>
          <w:p w14:paraId="1E9CBA23" w14:textId="44AD2F77" w:rsidR="00EA6479" w:rsidRPr="00EA6479" w:rsidRDefault="00A738EA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XVIII. Kerületi Tagintézménye </w:t>
            </w:r>
          </w:p>
          <w:p w14:paraId="5BCBB441" w14:textId="77777777" w:rsid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1181 Budapest,</w:t>
            </w:r>
          </w:p>
          <w:p w14:paraId="7D9D9220" w14:textId="6D8D2B86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Kondor Béla stny.10. </w:t>
            </w:r>
          </w:p>
        </w:tc>
        <w:tc>
          <w:tcPr>
            <w:tcW w:w="1674" w:type="dxa"/>
            <w:hideMark/>
          </w:tcPr>
          <w:p w14:paraId="20FBC56C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75D1740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Mozgásfejlesztés </w:t>
            </w:r>
          </w:p>
        </w:tc>
        <w:tc>
          <w:tcPr>
            <w:tcW w:w="2552" w:type="dxa"/>
            <w:hideMark/>
          </w:tcPr>
          <w:p w14:paraId="7F5C5E4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Idegrendszer érését fejlesztő komplex terápia </w:t>
            </w:r>
          </w:p>
        </w:tc>
        <w:tc>
          <w:tcPr>
            <w:tcW w:w="1984" w:type="dxa"/>
            <w:hideMark/>
          </w:tcPr>
          <w:p w14:paraId="15996C7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39E3AEC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2693" w:type="dxa"/>
            <w:hideMark/>
          </w:tcPr>
          <w:p w14:paraId="6EB51169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borzsonyine.ablonczy.noemi.18@fpsz.net </w:t>
            </w:r>
          </w:p>
          <w:p w14:paraId="6B82C614" w14:textId="709C17F8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12F5DE30" w14:textId="77777777" w:rsidR="00EA6479" w:rsidRPr="00DD4568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DD4568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</w:tbl>
    <w:p w14:paraId="141FE3C6" w14:textId="77777777" w:rsidR="00A738EA" w:rsidRDefault="00A738EA"/>
    <w:p w14:paraId="16A93E99" w14:textId="75D338E3" w:rsidR="00B434A4" w:rsidRDefault="00B434A4"/>
    <w:p w14:paraId="04DE5DFA" w14:textId="77777777" w:rsidR="00CE2668" w:rsidRDefault="00CE2668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</w:p>
    <w:p w14:paraId="433A5D57" w14:textId="51E2CCF9" w:rsidR="00B434A4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XIX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29" w:type="dxa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2693"/>
        <w:gridCol w:w="1701"/>
        <w:gridCol w:w="1870"/>
        <w:gridCol w:w="1842"/>
        <w:gridCol w:w="1985"/>
        <w:gridCol w:w="992"/>
        <w:gridCol w:w="3119"/>
      </w:tblGrid>
      <w:tr w:rsidR="00644903" w:rsidRPr="00644903" w14:paraId="7462CDDC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20FFA2E8" w14:textId="53A84B48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Dátum</w:t>
            </w:r>
          </w:p>
        </w:tc>
        <w:tc>
          <w:tcPr>
            <w:tcW w:w="850" w:type="dxa"/>
            <w:shd w:val="clear" w:color="auto" w:fill="B9DD46"/>
            <w:vAlign w:val="center"/>
            <w:hideMark/>
          </w:tcPr>
          <w:p w14:paraId="0A195CB3" w14:textId="7A5CD9C7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Időpont</w:t>
            </w:r>
          </w:p>
        </w:tc>
        <w:tc>
          <w:tcPr>
            <w:tcW w:w="2693" w:type="dxa"/>
            <w:shd w:val="clear" w:color="auto" w:fill="B9DD46"/>
            <w:vAlign w:val="center"/>
            <w:hideMark/>
          </w:tcPr>
          <w:p w14:paraId="0A05FE45" w14:textId="571B9237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Helyszín</w:t>
            </w:r>
          </w:p>
        </w:tc>
        <w:tc>
          <w:tcPr>
            <w:tcW w:w="1701" w:type="dxa"/>
            <w:shd w:val="clear" w:color="auto" w:fill="B9DD46"/>
            <w:vAlign w:val="center"/>
            <w:hideMark/>
          </w:tcPr>
          <w:p w14:paraId="22F85C3C" w14:textId="57C5299C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2CF721FF" w14:textId="41DA3983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Program megnevezése</w:t>
            </w:r>
          </w:p>
        </w:tc>
        <w:tc>
          <w:tcPr>
            <w:tcW w:w="1842" w:type="dxa"/>
            <w:shd w:val="clear" w:color="auto" w:fill="B9DD46"/>
            <w:vAlign w:val="center"/>
            <w:hideMark/>
          </w:tcPr>
          <w:p w14:paraId="1FDFEFF5" w14:textId="6BDD2962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Rövid leírás</w:t>
            </w:r>
          </w:p>
        </w:tc>
        <w:tc>
          <w:tcPr>
            <w:tcW w:w="1985" w:type="dxa"/>
            <w:shd w:val="clear" w:color="auto" w:fill="B9DD46"/>
            <w:vAlign w:val="center"/>
            <w:hideMark/>
          </w:tcPr>
          <w:p w14:paraId="6D0545F2" w14:textId="1E8989CB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Célcsoport</w:t>
            </w:r>
          </w:p>
        </w:tc>
        <w:tc>
          <w:tcPr>
            <w:tcW w:w="992" w:type="dxa"/>
            <w:shd w:val="clear" w:color="auto" w:fill="B9DD46"/>
            <w:vAlign w:val="center"/>
            <w:hideMark/>
          </w:tcPr>
          <w:p w14:paraId="7E593ABD" w14:textId="1D77E785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Férőhely</w:t>
            </w:r>
          </w:p>
        </w:tc>
        <w:tc>
          <w:tcPr>
            <w:tcW w:w="3119" w:type="dxa"/>
            <w:shd w:val="clear" w:color="auto" w:fill="B9DD46"/>
            <w:vAlign w:val="center"/>
            <w:hideMark/>
          </w:tcPr>
          <w:p w14:paraId="402F5F2B" w14:textId="1BF9AAB1" w:rsidR="00EA6479" w:rsidRPr="00344742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sz w:val="21"/>
                <w:szCs w:val="21"/>
                <w:lang w:val="hu-HU" w:eastAsia="hu-HU"/>
              </w:rPr>
              <w:t>Jelentkezés módja</w:t>
            </w:r>
          </w:p>
        </w:tc>
      </w:tr>
      <w:tr w:rsidR="00644903" w:rsidRPr="00644903" w14:paraId="2457BAC6" w14:textId="77777777" w:rsidTr="00C553C2">
        <w:trPr>
          <w:trHeight w:val="885"/>
        </w:trPr>
        <w:tc>
          <w:tcPr>
            <w:tcW w:w="1277" w:type="dxa"/>
            <w:hideMark/>
          </w:tcPr>
          <w:p w14:paraId="664CB206" w14:textId="10656539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27566FDD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850" w:type="dxa"/>
            <w:hideMark/>
          </w:tcPr>
          <w:p w14:paraId="3A0E4967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10.00- 10.45 </w:t>
            </w:r>
          </w:p>
        </w:tc>
        <w:tc>
          <w:tcPr>
            <w:tcW w:w="2693" w:type="dxa"/>
            <w:hideMark/>
          </w:tcPr>
          <w:p w14:paraId="5122BF45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Kispesti Egyesített Óvodák Mese-vár Tagóvodája </w:t>
            </w:r>
          </w:p>
          <w:p w14:paraId="3D10A584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1196 Budapest, Zrínyi u. 154. </w:t>
            </w:r>
          </w:p>
        </w:tc>
        <w:tc>
          <w:tcPr>
            <w:tcW w:w="1701" w:type="dxa"/>
            <w:hideMark/>
          </w:tcPr>
          <w:p w14:paraId="42AA7E90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870" w:type="dxa"/>
            <w:hideMark/>
          </w:tcPr>
          <w:p w14:paraId="192A38C1" w14:textId="77777777" w:rsidR="00A738EA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Vizuális figyelem, koncentráció,</w:t>
            </w:r>
          </w:p>
          <w:p w14:paraId="245DC075" w14:textId="77777777" w:rsidR="00A738EA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megfigyelőképessé</w:t>
            </w:r>
          </w:p>
          <w:p w14:paraId="21C62A57" w14:textId="54282D46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szín és formaegyeztetés fejlesztése </w:t>
            </w:r>
          </w:p>
        </w:tc>
        <w:tc>
          <w:tcPr>
            <w:tcW w:w="1842" w:type="dxa"/>
            <w:hideMark/>
          </w:tcPr>
          <w:p w14:paraId="6A8D321C" w14:textId="77777777" w:rsidR="00344742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Csoportos</w:t>
            </w:r>
          </w:p>
          <w:p w14:paraId="6D051AD1" w14:textId="169E959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fejlesztőpedagógiai foglalkozás </w:t>
            </w:r>
          </w:p>
        </w:tc>
        <w:tc>
          <w:tcPr>
            <w:tcW w:w="1985" w:type="dxa"/>
            <w:hideMark/>
          </w:tcPr>
          <w:p w14:paraId="77E2ADCC" w14:textId="7BCA2686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Óvodapedagógusok </w:t>
            </w:r>
          </w:p>
        </w:tc>
        <w:tc>
          <w:tcPr>
            <w:tcW w:w="992" w:type="dxa"/>
            <w:hideMark/>
          </w:tcPr>
          <w:p w14:paraId="4E325E46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3119" w:type="dxa"/>
            <w:hideMark/>
          </w:tcPr>
          <w:p w14:paraId="630BD55B" w14:textId="4DFB0FA4" w:rsidR="00BA0D3E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Emailben:</w:t>
            </w:r>
          </w:p>
          <w:p w14:paraId="217BC595" w14:textId="762420D0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porvai.judit.19@fpsz.net </w:t>
            </w:r>
          </w:p>
        </w:tc>
      </w:tr>
      <w:tr w:rsidR="00644903" w:rsidRPr="00644903" w14:paraId="11321ADC" w14:textId="77777777" w:rsidTr="00C553C2">
        <w:trPr>
          <w:trHeight w:val="885"/>
        </w:trPr>
        <w:tc>
          <w:tcPr>
            <w:tcW w:w="1277" w:type="dxa"/>
            <w:hideMark/>
          </w:tcPr>
          <w:p w14:paraId="5A576BB7" w14:textId="307A20BF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66CC2B16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9:00-9:45 </w:t>
            </w:r>
          </w:p>
        </w:tc>
        <w:tc>
          <w:tcPr>
            <w:tcW w:w="2693" w:type="dxa"/>
            <w:hideMark/>
          </w:tcPr>
          <w:p w14:paraId="7B036F9F" w14:textId="77777777" w:rsidR="00A738EA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Kispesti Egyesített Óvodák Hársfa</w:t>
            </w:r>
          </w:p>
          <w:p w14:paraId="419DE281" w14:textId="10CF47D5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Tagóvodája, 1191 Budapest, Eötvös u. 9. </w:t>
            </w:r>
          </w:p>
        </w:tc>
        <w:tc>
          <w:tcPr>
            <w:tcW w:w="1701" w:type="dxa"/>
            <w:hideMark/>
          </w:tcPr>
          <w:p w14:paraId="61073DD6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6DDC25D0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Beszédhanghibák javítása az óvodában </w:t>
            </w:r>
          </w:p>
          <w:p w14:paraId="31A38C0F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842" w:type="dxa"/>
            <w:hideMark/>
          </w:tcPr>
          <w:p w14:paraId="6A40D9B6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 csoportos logopédiai foglalkozás bemutatása </w:t>
            </w:r>
          </w:p>
          <w:p w14:paraId="54ED1925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985" w:type="dxa"/>
            <w:hideMark/>
          </w:tcPr>
          <w:p w14:paraId="26EA8E37" w14:textId="26C322F0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  <w:p w14:paraId="0F5E8B6E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992" w:type="dxa"/>
            <w:hideMark/>
          </w:tcPr>
          <w:p w14:paraId="3917BE52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  <w:p w14:paraId="5EED34F1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3119" w:type="dxa"/>
            <w:hideMark/>
          </w:tcPr>
          <w:p w14:paraId="35E5D4DA" w14:textId="77777777" w:rsidR="00BA0D3E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</w:t>
            </w:r>
          </w:p>
          <w:p w14:paraId="470B225D" w14:textId="4A8C560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gonda.gergely.katalin.19@fpsz.net</w:t>
            </w: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 </w:t>
            </w:r>
          </w:p>
        </w:tc>
      </w:tr>
      <w:tr w:rsidR="00644903" w:rsidRPr="00644903" w14:paraId="6BB9CE06" w14:textId="77777777" w:rsidTr="00C553C2">
        <w:trPr>
          <w:trHeight w:val="885"/>
        </w:trPr>
        <w:tc>
          <w:tcPr>
            <w:tcW w:w="1277" w:type="dxa"/>
            <w:hideMark/>
          </w:tcPr>
          <w:p w14:paraId="28B1404B" w14:textId="37E7F70A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32FC4601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8:35-9:20 </w:t>
            </w:r>
          </w:p>
        </w:tc>
        <w:tc>
          <w:tcPr>
            <w:tcW w:w="2693" w:type="dxa"/>
            <w:hideMark/>
          </w:tcPr>
          <w:p w14:paraId="13165627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Kispesti Egyesített Óvodák Corvin Tagóvodája, 1192 Budapest, Corvin krt. 35. </w:t>
            </w:r>
          </w:p>
        </w:tc>
        <w:tc>
          <w:tcPr>
            <w:tcW w:w="1701" w:type="dxa"/>
            <w:hideMark/>
          </w:tcPr>
          <w:p w14:paraId="5AF3DC13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584EB0CC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Beszédhanghibák javítása az óvodában </w:t>
            </w:r>
          </w:p>
        </w:tc>
        <w:tc>
          <w:tcPr>
            <w:tcW w:w="1842" w:type="dxa"/>
            <w:hideMark/>
          </w:tcPr>
          <w:p w14:paraId="5DE17187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 csoportos logopédiai foglalkozás bemutatása </w:t>
            </w:r>
          </w:p>
        </w:tc>
        <w:tc>
          <w:tcPr>
            <w:tcW w:w="1985" w:type="dxa"/>
            <w:hideMark/>
          </w:tcPr>
          <w:p w14:paraId="2CCD25B4" w14:textId="1534D459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992" w:type="dxa"/>
            <w:hideMark/>
          </w:tcPr>
          <w:p w14:paraId="552C462D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3119" w:type="dxa"/>
            <w:hideMark/>
          </w:tcPr>
          <w:p w14:paraId="1E8D19BF" w14:textId="7777777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 nagy.kata.19@fpsz.net </w:t>
            </w:r>
          </w:p>
          <w:p w14:paraId="26216F5B" w14:textId="7777777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 </w:t>
            </w:r>
          </w:p>
        </w:tc>
      </w:tr>
      <w:tr w:rsidR="00644903" w:rsidRPr="00644903" w14:paraId="056A054F" w14:textId="77777777" w:rsidTr="00C553C2">
        <w:trPr>
          <w:trHeight w:val="885"/>
        </w:trPr>
        <w:tc>
          <w:tcPr>
            <w:tcW w:w="1277" w:type="dxa"/>
            <w:hideMark/>
          </w:tcPr>
          <w:p w14:paraId="6EEF3F44" w14:textId="7FF038A9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6B5B05E4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09:00-09:45 </w:t>
            </w:r>
          </w:p>
        </w:tc>
        <w:tc>
          <w:tcPr>
            <w:tcW w:w="2693" w:type="dxa"/>
            <w:hideMark/>
          </w:tcPr>
          <w:p w14:paraId="1DFDF524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Kispesti Egyesített Óvodák Mézeskalács Karinthy utcai Művészeti Tagóvodája </w:t>
            </w:r>
          </w:p>
          <w:p w14:paraId="75FE2915" w14:textId="6A1125E0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1194 Budapest, Karinthy Frigyes utca 6. </w:t>
            </w:r>
          </w:p>
        </w:tc>
        <w:tc>
          <w:tcPr>
            <w:tcW w:w="1701" w:type="dxa"/>
            <w:hideMark/>
          </w:tcPr>
          <w:p w14:paraId="327AFEFE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70" w:type="dxa"/>
            <w:hideMark/>
          </w:tcPr>
          <w:p w14:paraId="3395338F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Beszédhanghibák javítása az óvodában </w:t>
            </w:r>
          </w:p>
          <w:p w14:paraId="7DE7D441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842" w:type="dxa"/>
            <w:hideMark/>
          </w:tcPr>
          <w:p w14:paraId="41C6C39D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Egy csoportos logopédiai foglalkozás bemutatása </w:t>
            </w:r>
          </w:p>
        </w:tc>
        <w:tc>
          <w:tcPr>
            <w:tcW w:w="1985" w:type="dxa"/>
            <w:hideMark/>
          </w:tcPr>
          <w:p w14:paraId="014B3D93" w14:textId="27202B6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992" w:type="dxa"/>
            <w:hideMark/>
          </w:tcPr>
          <w:p w14:paraId="3E85D438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3119" w:type="dxa"/>
            <w:hideMark/>
          </w:tcPr>
          <w:p w14:paraId="2F2B3B71" w14:textId="7777777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 mailben: </w:t>
            </w:r>
          </w:p>
          <w:p w14:paraId="5C5008AF" w14:textId="22C07646" w:rsidR="00EA6479" w:rsidRPr="00344742" w:rsidRDefault="00EA6479" w:rsidP="00344742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radvanyi.nikolett.19@fpsz.net  </w:t>
            </w:r>
          </w:p>
        </w:tc>
      </w:tr>
      <w:tr w:rsidR="00644903" w:rsidRPr="00644903" w14:paraId="0F5B98AC" w14:textId="77777777" w:rsidTr="00C553C2">
        <w:trPr>
          <w:trHeight w:val="885"/>
        </w:trPr>
        <w:tc>
          <w:tcPr>
            <w:tcW w:w="1277" w:type="dxa"/>
            <w:hideMark/>
          </w:tcPr>
          <w:p w14:paraId="570CCEAB" w14:textId="3C75A86B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850" w:type="dxa"/>
            <w:hideMark/>
          </w:tcPr>
          <w:p w14:paraId="21614F70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15:45- </w:t>
            </w:r>
          </w:p>
          <w:p w14:paraId="2D3142F2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16:30 </w:t>
            </w:r>
          </w:p>
        </w:tc>
        <w:tc>
          <w:tcPr>
            <w:tcW w:w="2693" w:type="dxa"/>
            <w:hideMark/>
          </w:tcPr>
          <w:p w14:paraId="55E20DC9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Ady Endre Református Általános Iskola </w:t>
            </w:r>
          </w:p>
          <w:p w14:paraId="5C37C9FC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1196 Budapest, Ady Endre út 73-75. </w:t>
            </w:r>
          </w:p>
        </w:tc>
        <w:tc>
          <w:tcPr>
            <w:tcW w:w="1701" w:type="dxa"/>
            <w:hideMark/>
          </w:tcPr>
          <w:p w14:paraId="634CACF3" w14:textId="64FE49CC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Gyógytestnevelés </w:t>
            </w:r>
          </w:p>
        </w:tc>
        <w:tc>
          <w:tcPr>
            <w:tcW w:w="1870" w:type="dxa"/>
            <w:hideMark/>
          </w:tcPr>
          <w:p w14:paraId="0F93CF68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Tartáshibák ellen ható gyakorlatok általános iskolásoknak </w:t>
            </w:r>
          </w:p>
        </w:tc>
        <w:tc>
          <w:tcPr>
            <w:tcW w:w="1842" w:type="dxa"/>
            <w:hideMark/>
          </w:tcPr>
          <w:p w14:paraId="73A9D64B" w14:textId="77777777" w:rsidR="00344742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játékos feladatok</w:t>
            </w:r>
          </w:p>
          <w:p w14:paraId="34887630" w14:textId="50695334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közbeiktatásával </w:t>
            </w:r>
          </w:p>
        </w:tc>
        <w:tc>
          <w:tcPr>
            <w:tcW w:w="1985" w:type="dxa"/>
            <w:hideMark/>
          </w:tcPr>
          <w:p w14:paraId="722AEC1F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73B1558C" w14:textId="77777777" w:rsidR="00EA6479" w:rsidRPr="00C553C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3119" w:type="dxa"/>
            <w:hideMark/>
          </w:tcPr>
          <w:p w14:paraId="752BD876" w14:textId="7777777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 </w:t>
            </w:r>
          </w:p>
          <w:p w14:paraId="2E1C29C5" w14:textId="77777777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fenyvesi.zsofia.19@fpsz.net </w:t>
            </w:r>
          </w:p>
          <w:p w14:paraId="26330BE2" w14:textId="6F02881B" w:rsidR="00EA6479" w:rsidRPr="00344742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344742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 </w:t>
            </w:r>
          </w:p>
        </w:tc>
      </w:tr>
    </w:tbl>
    <w:p w14:paraId="4B06ADDE" w14:textId="1F2757DE" w:rsidR="002A55EA" w:rsidRDefault="002A55EA"/>
    <w:p w14:paraId="4362ADB9" w14:textId="77777777" w:rsidR="002A55EA" w:rsidRDefault="002A55EA">
      <w:r>
        <w:br w:type="page"/>
      </w:r>
    </w:p>
    <w:p w14:paraId="3D707AE4" w14:textId="720AF3D0" w:rsidR="002A55EA" w:rsidRPr="002A55EA" w:rsidRDefault="002A55EA" w:rsidP="002A55EA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XX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77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1947"/>
        <w:gridCol w:w="2770"/>
        <w:gridCol w:w="1985"/>
        <w:gridCol w:w="1030"/>
        <w:gridCol w:w="1845"/>
      </w:tblGrid>
      <w:tr w:rsidR="002A55EA" w:rsidRPr="002A55EA" w14:paraId="66B24AC2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0E06935A" w14:textId="4D122B4A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2D4F90CE" w14:textId="4D139C76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6072EFA6" w14:textId="046627E6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346091B7" w14:textId="5E154B8A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947" w:type="dxa"/>
            <w:shd w:val="clear" w:color="auto" w:fill="B9DD46"/>
            <w:vAlign w:val="center"/>
            <w:hideMark/>
          </w:tcPr>
          <w:p w14:paraId="77C2EE39" w14:textId="71FFD4AE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0C39EB42" w14:textId="7E8F1875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85" w:type="dxa"/>
            <w:shd w:val="clear" w:color="auto" w:fill="B9DD46"/>
            <w:vAlign w:val="center"/>
            <w:hideMark/>
          </w:tcPr>
          <w:p w14:paraId="250301D8" w14:textId="52AA4D71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7F6A7E27" w14:textId="6A69DB83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845" w:type="dxa"/>
            <w:shd w:val="clear" w:color="auto" w:fill="B9DD46"/>
            <w:vAlign w:val="center"/>
            <w:hideMark/>
          </w:tcPr>
          <w:p w14:paraId="33769155" w14:textId="7A172D44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2A55EA" w:rsidRPr="002A55EA" w14:paraId="1D0E78EE" w14:textId="77777777" w:rsidTr="00C553C2">
        <w:trPr>
          <w:trHeight w:val="885"/>
        </w:trPr>
        <w:tc>
          <w:tcPr>
            <w:tcW w:w="1277" w:type="dxa"/>
            <w:hideMark/>
          </w:tcPr>
          <w:p w14:paraId="433DC141" w14:textId="1B37EA07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332BB49A" w14:textId="77777777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0A77B3BD" w14:textId="399EE42D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8:00-9:00 </w:t>
            </w:r>
          </w:p>
        </w:tc>
        <w:tc>
          <w:tcPr>
            <w:tcW w:w="2734" w:type="dxa"/>
            <w:hideMark/>
          </w:tcPr>
          <w:p w14:paraId="2D370246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PEÓ Vackor Tagóvodája  </w:t>
            </w:r>
          </w:p>
          <w:p w14:paraId="325EFC24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1202 Budapest, Lázár u 18. </w:t>
            </w:r>
          </w:p>
        </w:tc>
        <w:tc>
          <w:tcPr>
            <w:tcW w:w="1674" w:type="dxa"/>
            <w:hideMark/>
          </w:tcPr>
          <w:p w14:paraId="00FBBA36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542367E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Beszédindítás játékosan </w:t>
            </w:r>
          </w:p>
        </w:tc>
        <w:tc>
          <w:tcPr>
            <w:tcW w:w="2770" w:type="dxa"/>
            <w:hideMark/>
          </w:tcPr>
          <w:p w14:paraId="6D5520C4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 fejlesztési módszerek bemutatása </w:t>
            </w:r>
          </w:p>
        </w:tc>
        <w:tc>
          <w:tcPr>
            <w:tcW w:w="1985" w:type="dxa"/>
            <w:hideMark/>
          </w:tcPr>
          <w:p w14:paraId="75D6F86F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5305B6A1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45" w:type="dxa"/>
            <w:hideMark/>
          </w:tcPr>
          <w:p w14:paraId="282D9775" w14:textId="77777777" w:rsid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430E7795" w14:textId="5759B3FB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info.20@fpsz.net  </w:t>
            </w:r>
          </w:p>
        </w:tc>
      </w:tr>
      <w:tr w:rsidR="002A55EA" w:rsidRPr="002A55EA" w14:paraId="2BF3764E" w14:textId="77777777" w:rsidTr="00C553C2">
        <w:trPr>
          <w:trHeight w:val="885"/>
        </w:trPr>
        <w:tc>
          <w:tcPr>
            <w:tcW w:w="1277" w:type="dxa"/>
            <w:hideMark/>
          </w:tcPr>
          <w:p w14:paraId="33422A4E" w14:textId="57C31B78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0426FAC4" w14:textId="7E002B56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9:00-10:00 </w:t>
            </w:r>
          </w:p>
        </w:tc>
        <w:tc>
          <w:tcPr>
            <w:tcW w:w="2734" w:type="dxa"/>
            <w:hideMark/>
          </w:tcPr>
          <w:p w14:paraId="666EEDAB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Baross Német Nemzetiségi Óvoda  </w:t>
            </w:r>
          </w:p>
          <w:p w14:paraId="4C3B52D3" w14:textId="77777777" w:rsidR="00344742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1201 Budapest,</w:t>
            </w:r>
          </w:p>
          <w:p w14:paraId="48A0A95D" w14:textId="22FC8306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Baross utca 79. </w:t>
            </w:r>
          </w:p>
        </w:tc>
        <w:tc>
          <w:tcPr>
            <w:tcW w:w="1674" w:type="dxa"/>
            <w:hideMark/>
          </w:tcPr>
          <w:p w14:paraId="568E325F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282F3B55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nyelvi fejlesztés és artikulációs terápia </w:t>
            </w:r>
          </w:p>
        </w:tc>
        <w:tc>
          <w:tcPr>
            <w:tcW w:w="2770" w:type="dxa"/>
            <w:hideMark/>
          </w:tcPr>
          <w:p w14:paraId="3703F708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5" w:type="dxa"/>
            <w:hideMark/>
          </w:tcPr>
          <w:p w14:paraId="2E28CEDD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6E94CFC5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45" w:type="dxa"/>
            <w:hideMark/>
          </w:tcPr>
          <w:p w14:paraId="5DF3B073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68C51D97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69603C3A" w14:textId="03ED755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2A55EA" w:rsidRPr="002A55EA" w14:paraId="01912F97" w14:textId="77777777" w:rsidTr="00C553C2">
        <w:trPr>
          <w:trHeight w:val="885"/>
        </w:trPr>
        <w:tc>
          <w:tcPr>
            <w:tcW w:w="1277" w:type="dxa"/>
            <w:hideMark/>
          </w:tcPr>
          <w:p w14:paraId="61241F00" w14:textId="66FA9FDE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CD68187" w14:textId="6C85B344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8:00-9:00 </w:t>
            </w:r>
          </w:p>
        </w:tc>
        <w:tc>
          <w:tcPr>
            <w:tcW w:w="2734" w:type="dxa"/>
            <w:hideMark/>
          </w:tcPr>
          <w:p w14:paraId="7C34088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PEÓ Lurkóház Tagóvodája </w:t>
            </w:r>
          </w:p>
          <w:p w14:paraId="1662F9C3" w14:textId="77777777" w:rsidR="00344742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1202 Budapest,</w:t>
            </w:r>
          </w:p>
          <w:p w14:paraId="733755CA" w14:textId="76D9A384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Mártírok útja 205/B. </w:t>
            </w:r>
          </w:p>
        </w:tc>
        <w:tc>
          <w:tcPr>
            <w:tcW w:w="1674" w:type="dxa"/>
            <w:hideMark/>
          </w:tcPr>
          <w:p w14:paraId="2CE31C3F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1FBF6C17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Beszédindítás játékosan </w:t>
            </w:r>
          </w:p>
        </w:tc>
        <w:tc>
          <w:tcPr>
            <w:tcW w:w="2770" w:type="dxa"/>
            <w:hideMark/>
          </w:tcPr>
          <w:p w14:paraId="0DA2619C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fejlesztési módszerek bemutatása </w:t>
            </w:r>
          </w:p>
        </w:tc>
        <w:tc>
          <w:tcPr>
            <w:tcW w:w="1985" w:type="dxa"/>
            <w:hideMark/>
          </w:tcPr>
          <w:p w14:paraId="29875A71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48A56071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 fő </w:t>
            </w:r>
          </w:p>
        </w:tc>
        <w:tc>
          <w:tcPr>
            <w:tcW w:w="1845" w:type="dxa"/>
            <w:hideMark/>
          </w:tcPr>
          <w:p w14:paraId="0B719C28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325F0009" w14:textId="71DE47D3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2A55EA" w:rsidRPr="002A55EA" w14:paraId="3D410B31" w14:textId="77777777" w:rsidTr="00C553C2">
        <w:trPr>
          <w:trHeight w:val="885"/>
        </w:trPr>
        <w:tc>
          <w:tcPr>
            <w:tcW w:w="1277" w:type="dxa"/>
            <w:hideMark/>
          </w:tcPr>
          <w:p w14:paraId="3287E900" w14:textId="1C8539D6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F1F8E6E" w14:textId="5650657B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8:00-9:00 </w:t>
            </w:r>
          </w:p>
        </w:tc>
        <w:tc>
          <w:tcPr>
            <w:tcW w:w="2734" w:type="dxa"/>
            <w:hideMark/>
          </w:tcPr>
          <w:p w14:paraId="68A7D698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PEÓ Kerekerdő Tagóvodája </w:t>
            </w:r>
          </w:p>
          <w:p w14:paraId="09E06DBF" w14:textId="29D009D5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1205 Budapest, Nagysándor J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ózsef </w:t>
            </w: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u. 198. </w:t>
            </w:r>
          </w:p>
        </w:tc>
        <w:tc>
          <w:tcPr>
            <w:tcW w:w="1674" w:type="dxa"/>
            <w:hideMark/>
          </w:tcPr>
          <w:p w14:paraId="01DEFAC7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62475538" w14:textId="77777777" w:rsidR="002A55EA" w:rsidRPr="002A55EA" w:rsidRDefault="002A55EA" w:rsidP="002A55EA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Artikulációs terápia </w:t>
            </w:r>
          </w:p>
        </w:tc>
        <w:tc>
          <w:tcPr>
            <w:tcW w:w="2770" w:type="dxa"/>
            <w:hideMark/>
          </w:tcPr>
          <w:p w14:paraId="659D36A3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5" w:type="dxa"/>
            <w:hideMark/>
          </w:tcPr>
          <w:p w14:paraId="5B45EE45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24D2ABDA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45" w:type="dxa"/>
            <w:hideMark/>
          </w:tcPr>
          <w:p w14:paraId="41179B6B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450A7541" w14:textId="617BF9B0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2A55EA" w:rsidRPr="002A55EA" w14:paraId="24E7E837" w14:textId="77777777" w:rsidTr="00C553C2">
        <w:trPr>
          <w:trHeight w:val="885"/>
        </w:trPr>
        <w:tc>
          <w:tcPr>
            <w:tcW w:w="1277" w:type="dxa"/>
            <w:hideMark/>
          </w:tcPr>
          <w:p w14:paraId="40DB2D4E" w14:textId="6E72218D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69B0916" w14:textId="140C84CC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10:00-11:00 </w:t>
            </w:r>
          </w:p>
        </w:tc>
        <w:tc>
          <w:tcPr>
            <w:tcW w:w="2734" w:type="dxa"/>
            <w:hideMark/>
          </w:tcPr>
          <w:p w14:paraId="64B885F4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PEÓ Gyermekmosoly Tagóvodája </w:t>
            </w:r>
          </w:p>
          <w:p w14:paraId="15F7D03D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1203 Budapest, Bíró M.u.1. </w:t>
            </w:r>
          </w:p>
        </w:tc>
        <w:tc>
          <w:tcPr>
            <w:tcW w:w="1674" w:type="dxa"/>
            <w:hideMark/>
          </w:tcPr>
          <w:p w14:paraId="5EFC6B88" w14:textId="77777777" w:rsidR="002A55EA" w:rsidRPr="002A55EA" w:rsidRDefault="002A55EA" w:rsidP="002A55EA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14B6232A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nyelvi fejlesztés </w:t>
            </w:r>
          </w:p>
        </w:tc>
        <w:tc>
          <w:tcPr>
            <w:tcW w:w="2770" w:type="dxa"/>
            <w:hideMark/>
          </w:tcPr>
          <w:p w14:paraId="2A6FC52C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5" w:type="dxa"/>
            <w:hideMark/>
          </w:tcPr>
          <w:p w14:paraId="1CEBE454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20A33EF6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1845" w:type="dxa"/>
            <w:hideMark/>
          </w:tcPr>
          <w:p w14:paraId="31B3320B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0D843B69" w14:textId="1DAA325B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2A55EA" w:rsidRPr="002A55EA" w14:paraId="226B093E" w14:textId="77777777" w:rsidTr="00C553C2">
        <w:trPr>
          <w:trHeight w:val="885"/>
        </w:trPr>
        <w:tc>
          <w:tcPr>
            <w:tcW w:w="1277" w:type="dxa"/>
            <w:hideMark/>
          </w:tcPr>
          <w:p w14:paraId="5613ACB8" w14:textId="41B83DF3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801969B" w14:textId="5C66EC6A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10:00-11:00 </w:t>
            </w:r>
          </w:p>
        </w:tc>
        <w:tc>
          <w:tcPr>
            <w:tcW w:w="2734" w:type="dxa"/>
            <w:hideMark/>
          </w:tcPr>
          <w:p w14:paraId="1FFBB01F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PEÓ Gyöngyszem Tagóvodája </w:t>
            </w:r>
          </w:p>
          <w:p w14:paraId="4450AD52" w14:textId="77777777" w:rsidR="00344742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1201 Budapest,</w:t>
            </w:r>
          </w:p>
          <w:p w14:paraId="15A059C0" w14:textId="6D0718D6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Vörösmarty u. 91. </w:t>
            </w:r>
          </w:p>
        </w:tc>
        <w:tc>
          <w:tcPr>
            <w:tcW w:w="1674" w:type="dxa"/>
            <w:hideMark/>
          </w:tcPr>
          <w:p w14:paraId="439FCEFA" w14:textId="77777777" w:rsidR="002A55EA" w:rsidRPr="002A55EA" w:rsidRDefault="002A55EA" w:rsidP="002A55EA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64D4177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nyelvi fejlesztés </w:t>
            </w:r>
          </w:p>
        </w:tc>
        <w:tc>
          <w:tcPr>
            <w:tcW w:w="2770" w:type="dxa"/>
            <w:hideMark/>
          </w:tcPr>
          <w:p w14:paraId="37946D5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5" w:type="dxa"/>
            <w:hideMark/>
          </w:tcPr>
          <w:p w14:paraId="5432B4C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384D6BBD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1845" w:type="dxa"/>
            <w:hideMark/>
          </w:tcPr>
          <w:p w14:paraId="0D2B15C5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48EECD74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5F9FCFB" w14:textId="0BF9D21C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2A55EA" w:rsidRPr="002A55EA" w14:paraId="6726423F" w14:textId="77777777" w:rsidTr="00C553C2">
        <w:trPr>
          <w:trHeight w:val="885"/>
        </w:trPr>
        <w:tc>
          <w:tcPr>
            <w:tcW w:w="1277" w:type="dxa"/>
            <w:hideMark/>
          </w:tcPr>
          <w:p w14:paraId="7D63AF82" w14:textId="532D1F34" w:rsidR="002A55EA" w:rsidRPr="002A55EA" w:rsidRDefault="002A55EA" w:rsidP="002A55EA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450FB8B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8:00-10:00 </w:t>
            </w:r>
          </w:p>
        </w:tc>
        <w:tc>
          <w:tcPr>
            <w:tcW w:w="2734" w:type="dxa"/>
            <w:hideMark/>
          </w:tcPr>
          <w:p w14:paraId="61CF044C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Ady Bölcsőde </w:t>
            </w:r>
          </w:p>
          <w:p w14:paraId="5DE4BABD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1204 Budapest, Ady E.u.83.  </w:t>
            </w:r>
          </w:p>
        </w:tc>
        <w:tc>
          <w:tcPr>
            <w:tcW w:w="1674" w:type="dxa"/>
            <w:hideMark/>
          </w:tcPr>
          <w:p w14:paraId="2ADCCA6A" w14:textId="77777777" w:rsidR="002A55EA" w:rsidRPr="002A55EA" w:rsidRDefault="002A55EA" w:rsidP="002A55EA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947" w:type="dxa"/>
            <w:hideMark/>
          </w:tcPr>
          <w:p w14:paraId="734E119B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Konduktív korai fejlesztés  </w:t>
            </w:r>
          </w:p>
        </w:tc>
        <w:tc>
          <w:tcPr>
            <w:tcW w:w="2770" w:type="dxa"/>
            <w:hideMark/>
          </w:tcPr>
          <w:p w14:paraId="150663FE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bemutatása, tanácsadás </w:t>
            </w:r>
          </w:p>
        </w:tc>
        <w:tc>
          <w:tcPr>
            <w:tcW w:w="1985" w:type="dxa"/>
            <w:hideMark/>
          </w:tcPr>
          <w:p w14:paraId="3136C457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 </w:t>
            </w:r>
          </w:p>
        </w:tc>
        <w:tc>
          <w:tcPr>
            <w:tcW w:w="1030" w:type="dxa"/>
            <w:hideMark/>
          </w:tcPr>
          <w:p w14:paraId="1D1718DF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 fő </w:t>
            </w:r>
          </w:p>
        </w:tc>
        <w:tc>
          <w:tcPr>
            <w:tcW w:w="1845" w:type="dxa"/>
            <w:hideMark/>
          </w:tcPr>
          <w:p w14:paraId="1A21DFA2" w14:textId="77777777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info.20@fpsz.net  </w:t>
            </w:r>
          </w:p>
          <w:p w14:paraId="6A3DFD2B" w14:textId="0ECEFF2C" w:rsidR="002A55EA" w:rsidRPr="002A55EA" w:rsidRDefault="002A55EA" w:rsidP="002A55EA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2A55EA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3835B0CE" w14:textId="1E27E6AA" w:rsidR="00A738EA" w:rsidRDefault="00A738EA"/>
    <w:p w14:paraId="7BC8CA71" w14:textId="77777777" w:rsidR="00A738EA" w:rsidRDefault="00A738EA">
      <w:r>
        <w:br w:type="page"/>
      </w:r>
    </w:p>
    <w:p w14:paraId="08A4323C" w14:textId="78DFBF07" w:rsidR="00A738EA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XXI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77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1947"/>
        <w:gridCol w:w="2770"/>
        <w:gridCol w:w="1985"/>
        <w:gridCol w:w="1030"/>
        <w:gridCol w:w="1845"/>
      </w:tblGrid>
      <w:tr w:rsidR="00644903" w:rsidRPr="00644903" w14:paraId="7DC8584A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3B482163" w14:textId="1B27887B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5935A59C" w14:textId="56AB9F96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7A1F38EB" w14:textId="1116339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1AD79B1D" w14:textId="1BC598CC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947" w:type="dxa"/>
            <w:shd w:val="clear" w:color="auto" w:fill="B9DD46"/>
            <w:vAlign w:val="center"/>
            <w:hideMark/>
          </w:tcPr>
          <w:p w14:paraId="5C66783B" w14:textId="0683906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621F6153" w14:textId="004734B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85" w:type="dxa"/>
            <w:shd w:val="clear" w:color="auto" w:fill="B9DD46"/>
            <w:vAlign w:val="center"/>
            <w:hideMark/>
          </w:tcPr>
          <w:p w14:paraId="68E58A96" w14:textId="46BDB834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490289BD" w14:textId="7750826C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845" w:type="dxa"/>
            <w:shd w:val="clear" w:color="auto" w:fill="B9DD46"/>
            <w:vAlign w:val="center"/>
            <w:hideMark/>
          </w:tcPr>
          <w:p w14:paraId="016AEB0F" w14:textId="66A86829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06A8F7ED" w14:textId="77777777" w:rsidTr="00C553C2">
        <w:trPr>
          <w:trHeight w:val="885"/>
        </w:trPr>
        <w:tc>
          <w:tcPr>
            <w:tcW w:w="1277" w:type="dxa"/>
            <w:hideMark/>
          </w:tcPr>
          <w:p w14:paraId="5ACD0D46" w14:textId="27E8E230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07832A6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4DFF2B9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9:00-10:00 </w:t>
            </w:r>
          </w:p>
        </w:tc>
        <w:tc>
          <w:tcPr>
            <w:tcW w:w="2734" w:type="dxa"/>
            <w:hideMark/>
          </w:tcPr>
          <w:p w14:paraId="51389FE4" w14:textId="2D15F610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XXI. Kerületi Tagintézmény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73A98B7A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1211 Budapest,</w:t>
            </w:r>
          </w:p>
          <w:p w14:paraId="045ACBB8" w14:textId="1BAA69CD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Kiss János alt. u. 10-12. </w:t>
            </w:r>
          </w:p>
        </w:tc>
        <w:tc>
          <w:tcPr>
            <w:tcW w:w="1674" w:type="dxa"/>
            <w:hideMark/>
          </w:tcPr>
          <w:p w14:paraId="2A45F5D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</w:tc>
        <w:tc>
          <w:tcPr>
            <w:tcW w:w="1947" w:type="dxa"/>
            <w:hideMark/>
          </w:tcPr>
          <w:p w14:paraId="324E5CD5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Pszichomotoros</w:t>
            </w:r>
            <w:proofErr w:type="spellEnd"/>
          </w:p>
          <w:p w14:paraId="58F3E73B" w14:textId="01E466F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fejlesztés </w:t>
            </w:r>
          </w:p>
        </w:tc>
        <w:tc>
          <w:tcPr>
            <w:tcW w:w="2770" w:type="dxa"/>
            <w:hideMark/>
          </w:tcPr>
          <w:p w14:paraId="1FFAA4E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-motoros, beszéd és szociális készségek játékos fejlesztése </w:t>
            </w:r>
          </w:p>
        </w:tc>
        <w:tc>
          <w:tcPr>
            <w:tcW w:w="1985" w:type="dxa"/>
            <w:hideMark/>
          </w:tcPr>
          <w:p w14:paraId="6D948C3A" w14:textId="086393E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Szülők, 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br/>
            </w:r>
            <w:r w:rsidR="00DB0E81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yógypedagógus,</w:t>
            </w:r>
          </w:p>
          <w:p w14:paraId="76D47F42" w14:textId="35784224" w:rsidR="00EA6479" w:rsidRPr="00EA6479" w:rsidRDefault="00DB0E8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v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édőnő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30" w:type="dxa"/>
            <w:hideMark/>
          </w:tcPr>
          <w:p w14:paraId="5123004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1845" w:type="dxa"/>
            <w:hideMark/>
          </w:tcPr>
          <w:p w14:paraId="0B114DDA" w14:textId="7BB08608" w:rsidR="00BA0D3E" w:rsidRPr="00A738EA" w:rsidRDefault="000666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-mailben:</w:t>
            </w:r>
          </w:p>
          <w:p w14:paraId="46CECD5B" w14:textId="12BAB5D3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1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info.21@fpsz.net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34CFDD9C" w14:textId="77777777" w:rsidTr="00C553C2">
        <w:trPr>
          <w:trHeight w:val="885"/>
        </w:trPr>
        <w:tc>
          <w:tcPr>
            <w:tcW w:w="1277" w:type="dxa"/>
            <w:hideMark/>
          </w:tcPr>
          <w:p w14:paraId="1B3BE6BD" w14:textId="70575F39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40F978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14:00-15:00 </w:t>
            </w:r>
          </w:p>
        </w:tc>
        <w:tc>
          <w:tcPr>
            <w:tcW w:w="2734" w:type="dxa"/>
            <w:hideMark/>
          </w:tcPr>
          <w:p w14:paraId="45342E91" w14:textId="796CE02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XXI. Kerületi Tagintézmény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</w:p>
          <w:p w14:paraId="3BB205FA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1211 Budapest,</w:t>
            </w:r>
          </w:p>
          <w:p w14:paraId="7DEB506E" w14:textId="4BA608F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Kiss János alt. u. 10-12. </w:t>
            </w:r>
          </w:p>
        </w:tc>
        <w:tc>
          <w:tcPr>
            <w:tcW w:w="1674" w:type="dxa"/>
            <w:hideMark/>
          </w:tcPr>
          <w:p w14:paraId="4779916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Szakértői bizottsági tevékenység </w:t>
            </w:r>
          </w:p>
        </w:tc>
        <w:tc>
          <w:tcPr>
            <w:tcW w:w="1947" w:type="dxa"/>
            <w:hideMark/>
          </w:tcPr>
          <w:p w14:paraId="723AA2E9" w14:textId="77777777" w:rsidR="00C553C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Leiter-3 Teszt bemutatása,</w:t>
            </w:r>
          </w:p>
          <w:p w14:paraId="1DCC2FF4" w14:textId="47786EAC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felvétele </w:t>
            </w:r>
          </w:p>
        </w:tc>
        <w:tc>
          <w:tcPr>
            <w:tcW w:w="2770" w:type="dxa"/>
            <w:hideMark/>
          </w:tcPr>
          <w:p w14:paraId="3D58701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Elméleti háttér és gyakorlati bemutató </w:t>
            </w:r>
          </w:p>
        </w:tc>
        <w:tc>
          <w:tcPr>
            <w:tcW w:w="1985" w:type="dxa"/>
            <w:hideMark/>
          </w:tcPr>
          <w:p w14:paraId="04D02082" w14:textId="5EBE225D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Gyógypedagógusok, </w:t>
            </w:r>
            <w:r w:rsidR="00DB0E8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szichológusok, </w:t>
            </w:r>
            <w:r w:rsidR="00DB0E8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ogopédusok </w:t>
            </w:r>
          </w:p>
        </w:tc>
        <w:tc>
          <w:tcPr>
            <w:tcW w:w="1030" w:type="dxa"/>
            <w:hideMark/>
          </w:tcPr>
          <w:p w14:paraId="3F7BD70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6 fő </w:t>
            </w:r>
          </w:p>
        </w:tc>
        <w:tc>
          <w:tcPr>
            <w:tcW w:w="1845" w:type="dxa"/>
            <w:hideMark/>
          </w:tcPr>
          <w:p w14:paraId="3AED3EA1" w14:textId="74C8C720" w:rsidR="00BA0D3E" w:rsidRPr="00A738EA" w:rsidRDefault="000666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-mailben:</w:t>
            </w:r>
          </w:p>
          <w:p w14:paraId="2278A611" w14:textId="0A67607C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2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info.21@fpsz.net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 </w:t>
            </w:r>
          </w:p>
          <w:p w14:paraId="0987ABA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23DE654E" w14:textId="77777777" w:rsidTr="00C553C2">
        <w:trPr>
          <w:trHeight w:val="885"/>
        </w:trPr>
        <w:tc>
          <w:tcPr>
            <w:tcW w:w="1277" w:type="dxa"/>
            <w:hideMark/>
          </w:tcPr>
          <w:p w14:paraId="25758443" w14:textId="384D3739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85FC8F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15:00-16:00 </w:t>
            </w:r>
          </w:p>
        </w:tc>
        <w:tc>
          <w:tcPr>
            <w:tcW w:w="2734" w:type="dxa"/>
            <w:hideMark/>
          </w:tcPr>
          <w:p w14:paraId="7DADA8A2" w14:textId="60E03D0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XXI. Kerületi Tagintézmény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691E10FA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1211 Budapest,</w:t>
            </w:r>
          </w:p>
          <w:p w14:paraId="0A2B4731" w14:textId="7DACCC1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Kiss János alt. u. 10-12. </w:t>
            </w:r>
          </w:p>
        </w:tc>
        <w:tc>
          <w:tcPr>
            <w:tcW w:w="1674" w:type="dxa"/>
            <w:hideMark/>
          </w:tcPr>
          <w:p w14:paraId="3956CB7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947" w:type="dxa"/>
            <w:hideMark/>
          </w:tcPr>
          <w:p w14:paraId="790460BE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Nyelvlökéses nyelés terápiája</w:t>
            </w:r>
          </w:p>
          <w:p w14:paraId="51C94616" w14:textId="5E94441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gyakorlatban </w:t>
            </w:r>
          </w:p>
        </w:tc>
        <w:tc>
          <w:tcPr>
            <w:tcW w:w="2770" w:type="dxa"/>
            <w:hideMark/>
          </w:tcPr>
          <w:p w14:paraId="3192A55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Bemutató foglalkozás </w:t>
            </w:r>
          </w:p>
        </w:tc>
        <w:tc>
          <w:tcPr>
            <w:tcW w:w="1985" w:type="dxa"/>
            <w:hideMark/>
          </w:tcPr>
          <w:p w14:paraId="61DEC5C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 </w:t>
            </w:r>
          </w:p>
          <w:p w14:paraId="3A56AA87" w14:textId="104629B6" w:rsidR="00EA6479" w:rsidRPr="00EA6479" w:rsidRDefault="00DB0E8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ogopédusok </w:t>
            </w:r>
          </w:p>
        </w:tc>
        <w:tc>
          <w:tcPr>
            <w:tcW w:w="1030" w:type="dxa"/>
            <w:hideMark/>
          </w:tcPr>
          <w:p w14:paraId="29D8D63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45" w:type="dxa"/>
            <w:hideMark/>
          </w:tcPr>
          <w:p w14:paraId="0E854E5B" w14:textId="7674E174" w:rsidR="00BA0D3E" w:rsidRPr="00A738EA" w:rsidRDefault="000666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-mailben:</w:t>
            </w:r>
          </w:p>
          <w:p w14:paraId="7E9E8EEF" w14:textId="15012A0F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3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info.21@fpsz.net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62170E44" w14:textId="77777777" w:rsidTr="00C553C2">
        <w:trPr>
          <w:trHeight w:val="885"/>
        </w:trPr>
        <w:tc>
          <w:tcPr>
            <w:tcW w:w="1277" w:type="dxa"/>
            <w:hideMark/>
          </w:tcPr>
          <w:p w14:paraId="25E12C31" w14:textId="5A76980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4A6918E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16:00-17:00 </w:t>
            </w:r>
          </w:p>
        </w:tc>
        <w:tc>
          <w:tcPr>
            <w:tcW w:w="2734" w:type="dxa"/>
            <w:hideMark/>
          </w:tcPr>
          <w:p w14:paraId="3CEC8213" w14:textId="15919E3E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XXI. Kerületi Tagintézmény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DAC1272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1211 Budapest,</w:t>
            </w:r>
          </w:p>
          <w:p w14:paraId="5846E2ED" w14:textId="20C8AD46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Kiss János alt. u. 10-12. </w:t>
            </w:r>
          </w:p>
        </w:tc>
        <w:tc>
          <w:tcPr>
            <w:tcW w:w="1674" w:type="dxa"/>
            <w:hideMark/>
          </w:tcPr>
          <w:p w14:paraId="327C77A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947" w:type="dxa"/>
            <w:hideMark/>
          </w:tcPr>
          <w:p w14:paraId="6C06846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Szülőkonzultáció az induló szociális-kommunikációs csoport tagjai számára </w:t>
            </w:r>
          </w:p>
        </w:tc>
        <w:tc>
          <w:tcPr>
            <w:tcW w:w="2770" w:type="dxa"/>
            <w:hideMark/>
          </w:tcPr>
          <w:p w14:paraId="511140B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 tájékoztatása </w:t>
            </w:r>
          </w:p>
        </w:tc>
        <w:tc>
          <w:tcPr>
            <w:tcW w:w="1985" w:type="dxa"/>
            <w:hideMark/>
          </w:tcPr>
          <w:p w14:paraId="1DEDD28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47B34C0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1845" w:type="dxa"/>
            <w:hideMark/>
          </w:tcPr>
          <w:p w14:paraId="632DDDB4" w14:textId="1F300BB8" w:rsidR="00BA0D3E" w:rsidRPr="00A738EA" w:rsidRDefault="000666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-mailben:</w:t>
            </w:r>
          </w:p>
          <w:p w14:paraId="44789C75" w14:textId="2262C566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4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info.21@fpsz.net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7ADA3088" w14:textId="77777777" w:rsidTr="00C553C2">
        <w:trPr>
          <w:trHeight w:val="885"/>
        </w:trPr>
        <w:tc>
          <w:tcPr>
            <w:tcW w:w="1277" w:type="dxa"/>
            <w:hideMark/>
          </w:tcPr>
          <w:p w14:paraId="298B37C6" w14:textId="636669DE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CE75E1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17:00-18:00 </w:t>
            </w:r>
          </w:p>
        </w:tc>
        <w:tc>
          <w:tcPr>
            <w:tcW w:w="2734" w:type="dxa"/>
            <w:hideMark/>
          </w:tcPr>
          <w:p w14:paraId="3310F31E" w14:textId="0E70778F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XXI. Kerületi Tagintézmény</w:t>
            </w:r>
            <w:r w:rsidR="00414C07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447A643F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1211 Budapest,</w:t>
            </w:r>
          </w:p>
          <w:p w14:paraId="2C4B952D" w14:textId="5CABC390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Kiss János alt. u. 10-12. </w:t>
            </w:r>
          </w:p>
        </w:tc>
        <w:tc>
          <w:tcPr>
            <w:tcW w:w="1674" w:type="dxa"/>
            <w:hideMark/>
          </w:tcPr>
          <w:p w14:paraId="6AA6999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1947" w:type="dxa"/>
            <w:hideMark/>
          </w:tcPr>
          <w:p w14:paraId="145E2EB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Komplex gyógypedagógiai fejlesztés </w:t>
            </w:r>
          </w:p>
        </w:tc>
        <w:tc>
          <w:tcPr>
            <w:tcW w:w="2770" w:type="dxa"/>
            <w:hideMark/>
          </w:tcPr>
          <w:p w14:paraId="7C31D5B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Szenzomotoros és kommunikációs készségek fejlesztése </w:t>
            </w:r>
          </w:p>
        </w:tc>
        <w:tc>
          <w:tcPr>
            <w:tcW w:w="1985" w:type="dxa"/>
            <w:hideMark/>
          </w:tcPr>
          <w:p w14:paraId="1EE023F9" w14:textId="12D4B511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 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br/>
            </w:r>
            <w:r w:rsidR="00DB0E8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yógypedagógusok </w:t>
            </w:r>
          </w:p>
        </w:tc>
        <w:tc>
          <w:tcPr>
            <w:tcW w:w="1030" w:type="dxa"/>
            <w:hideMark/>
          </w:tcPr>
          <w:p w14:paraId="17D0C95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 fő </w:t>
            </w:r>
          </w:p>
        </w:tc>
        <w:tc>
          <w:tcPr>
            <w:tcW w:w="1845" w:type="dxa"/>
            <w:hideMark/>
          </w:tcPr>
          <w:p w14:paraId="4B7EB541" w14:textId="20E9FEF1" w:rsidR="00BA0D3E" w:rsidRPr="00A738EA" w:rsidRDefault="00066645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-mailben:</w:t>
            </w:r>
          </w:p>
          <w:p w14:paraId="3FC81BAA" w14:textId="130F42B4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5" w:tgtFrame="_blank" w:history="1">
              <w:r w:rsidR="00EA6479" w:rsidRPr="00EA6479">
                <w:rPr>
                  <w:rFonts w:asciiTheme="majorHAnsi" w:eastAsia="Times New Roman" w:hAnsiTheme="majorHAnsi" w:cstheme="majorHAnsi"/>
                  <w:color w:val="595959" w:themeColor="text1" w:themeTint="A6"/>
                  <w:u w:val="single"/>
                  <w:lang w:val="hu-HU" w:eastAsia="hu-HU"/>
                </w:rPr>
                <w:t>info.21@fpsz.net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 </w:t>
            </w:r>
          </w:p>
        </w:tc>
      </w:tr>
    </w:tbl>
    <w:p w14:paraId="3BACFCCE" w14:textId="3D92B1BC" w:rsidR="00A738EA" w:rsidRDefault="00A738EA"/>
    <w:p w14:paraId="3FB944AD" w14:textId="77777777" w:rsidR="00A738EA" w:rsidRDefault="00A738EA">
      <w:r>
        <w:br w:type="page"/>
      </w:r>
    </w:p>
    <w:p w14:paraId="0AFA40C0" w14:textId="1256338D" w:rsidR="00A738EA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XXII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02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778"/>
        <w:gridCol w:w="1843"/>
        <w:gridCol w:w="2127"/>
        <w:gridCol w:w="1984"/>
        <w:gridCol w:w="1030"/>
        <w:gridCol w:w="2514"/>
      </w:tblGrid>
      <w:tr w:rsidR="00644903" w:rsidRPr="00644903" w14:paraId="6154E732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6EAEB930" w14:textId="65B0E1B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40035C00" w14:textId="4DCFBD69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5BED45B0" w14:textId="35A24B1F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778" w:type="dxa"/>
            <w:shd w:val="clear" w:color="auto" w:fill="B9DD46"/>
            <w:vAlign w:val="center"/>
            <w:hideMark/>
          </w:tcPr>
          <w:p w14:paraId="38975B09" w14:textId="2E28C64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43" w:type="dxa"/>
            <w:shd w:val="clear" w:color="auto" w:fill="B9DD46"/>
            <w:vAlign w:val="center"/>
            <w:hideMark/>
          </w:tcPr>
          <w:p w14:paraId="218C49E7" w14:textId="6D4B0F0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127" w:type="dxa"/>
            <w:shd w:val="clear" w:color="auto" w:fill="B9DD46"/>
            <w:vAlign w:val="center"/>
            <w:hideMark/>
          </w:tcPr>
          <w:p w14:paraId="1DFBF065" w14:textId="738C175E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984" w:type="dxa"/>
            <w:shd w:val="clear" w:color="auto" w:fill="B9DD46"/>
            <w:vAlign w:val="center"/>
            <w:hideMark/>
          </w:tcPr>
          <w:p w14:paraId="6542257C" w14:textId="6069685C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35A4FB3C" w14:textId="46D56AF6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514" w:type="dxa"/>
            <w:shd w:val="clear" w:color="auto" w:fill="B9DD46"/>
            <w:vAlign w:val="center"/>
            <w:hideMark/>
          </w:tcPr>
          <w:p w14:paraId="154709F0" w14:textId="04753B88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7E6951D9" w14:textId="77777777" w:rsidTr="00C553C2">
        <w:trPr>
          <w:trHeight w:val="1455"/>
        </w:trPr>
        <w:tc>
          <w:tcPr>
            <w:tcW w:w="1277" w:type="dxa"/>
            <w:hideMark/>
          </w:tcPr>
          <w:p w14:paraId="24815303" w14:textId="4688AAD4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105A4DDE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736A04D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8:00-8:45 </w:t>
            </w:r>
          </w:p>
        </w:tc>
        <w:tc>
          <w:tcPr>
            <w:tcW w:w="2734" w:type="dxa"/>
            <w:hideMark/>
          </w:tcPr>
          <w:p w14:paraId="7D4F84F8" w14:textId="77777777" w:rsidR="00344742" w:rsidRDefault="00EA6479" w:rsidP="00DB0E81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Napocska Napközi Tagóvoda</w:t>
            </w:r>
            <w:r w:rsidR="00DB0E8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1225 Budapest,</w:t>
            </w:r>
          </w:p>
          <w:p w14:paraId="7C3E4851" w14:textId="53870173" w:rsidR="00EA6479" w:rsidRPr="00EA6479" w:rsidRDefault="00EA6479" w:rsidP="00DB0E81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Napközi út 2. </w:t>
            </w:r>
          </w:p>
        </w:tc>
        <w:tc>
          <w:tcPr>
            <w:tcW w:w="1778" w:type="dxa"/>
            <w:hideMark/>
          </w:tcPr>
          <w:p w14:paraId="7C69366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43" w:type="dxa"/>
            <w:hideMark/>
          </w:tcPr>
          <w:p w14:paraId="6B59B5C2" w14:textId="35533B1F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Beszédhanghiba</w:t>
            </w:r>
            <w:r w:rsidR="0034474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 </w:t>
            </w:r>
          </w:p>
        </w:tc>
        <w:tc>
          <w:tcPr>
            <w:tcW w:w="2127" w:type="dxa"/>
            <w:hideMark/>
          </w:tcPr>
          <w:p w14:paraId="6B9EBC4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4" w:type="dxa"/>
            <w:hideMark/>
          </w:tcPr>
          <w:p w14:paraId="43AAB44F" w14:textId="327391D3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1030" w:type="dxa"/>
            <w:hideMark/>
          </w:tcPr>
          <w:p w14:paraId="06D4088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 fő </w:t>
            </w:r>
          </w:p>
        </w:tc>
        <w:tc>
          <w:tcPr>
            <w:tcW w:w="2514" w:type="dxa"/>
            <w:hideMark/>
          </w:tcPr>
          <w:p w14:paraId="727327DD" w14:textId="77777777" w:rsidR="00BA0D3E" w:rsidRPr="00DB0E8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E-mailben:</w:t>
            </w:r>
          </w:p>
          <w:p w14:paraId="5E721182" w14:textId="77777777" w:rsidR="00344742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hyperlink r:id="rId26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sz w:val="21"/>
                  <w:szCs w:val="21"/>
                  <w:lang w:val="hu-HU" w:eastAsia="hu-HU"/>
                </w:rPr>
                <w:t>info.22@fpsz.net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, illetve személyesen a kollégánál</w:t>
            </w:r>
          </w:p>
          <w:p w14:paraId="5E7660B8" w14:textId="7E214C1E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(Molnárné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Bogáth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 Réka) </w:t>
            </w:r>
          </w:p>
        </w:tc>
      </w:tr>
      <w:tr w:rsidR="00644903" w:rsidRPr="00644903" w14:paraId="3580C046" w14:textId="77777777" w:rsidTr="00C553C2">
        <w:trPr>
          <w:trHeight w:val="885"/>
        </w:trPr>
        <w:tc>
          <w:tcPr>
            <w:tcW w:w="1277" w:type="dxa"/>
            <w:hideMark/>
          </w:tcPr>
          <w:p w14:paraId="2EAA7FCF" w14:textId="38B76B6F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DF5F0E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8:00-8:45 </w:t>
            </w:r>
          </w:p>
        </w:tc>
        <w:tc>
          <w:tcPr>
            <w:tcW w:w="2734" w:type="dxa"/>
            <w:hideMark/>
          </w:tcPr>
          <w:p w14:paraId="3F26C8E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Bartók Tagóvoda </w:t>
            </w:r>
          </w:p>
          <w:p w14:paraId="628B8A4F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1225 Budapest,</w:t>
            </w:r>
          </w:p>
          <w:p w14:paraId="4DF6CFC3" w14:textId="04198838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Bartók Béla út 4. </w:t>
            </w:r>
          </w:p>
        </w:tc>
        <w:tc>
          <w:tcPr>
            <w:tcW w:w="1778" w:type="dxa"/>
            <w:hideMark/>
          </w:tcPr>
          <w:p w14:paraId="108D575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1843" w:type="dxa"/>
            <w:hideMark/>
          </w:tcPr>
          <w:p w14:paraId="195D575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Beszédhanghiba terápia </w:t>
            </w:r>
          </w:p>
        </w:tc>
        <w:tc>
          <w:tcPr>
            <w:tcW w:w="2127" w:type="dxa"/>
            <w:hideMark/>
          </w:tcPr>
          <w:p w14:paraId="2CED56B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1984" w:type="dxa"/>
            <w:hideMark/>
          </w:tcPr>
          <w:p w14:paraId="6C844FEB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</w:t>
            </w:r>
          </w:p>
          <w:p w14:paraId="282377DA" w14:textId="74C9606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óvodapedagógusok </w:t>
            </w:r>
          </w:p>
        </w:tc>
        <w:tc>
          <w:tcPr>
            <w:tcW w:w="1030" w:type="dxa"/>
            <w:hideMark/>
          </w:tcPr>
          <w:p w14:paraId="73B9BED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2514" w:type="dxa"/>
            <w:hideMark/>
          </w:tcPr>
          <w:p w14:paraId="391CD65A" w14:textId="77777777" w:rsidR="00BA0D3E" w:rsidRPr="00DB0E8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2A20630C" w14:textId="77777777" w:rsidR="00344742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7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info.22@fpsz.net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 illetve személyesen a kollégánál</w:t>
            </w:r>
          </w:p>
          <w:p w14:paraId="64C35AD6" w14:textId="378485E6" w:rsidR="00EA6479" w:rsidRPr="00EA6479" w:rsidRDefault="00EA6479" w:rsidP="00344742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(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Ujkéri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Anna) </w:t>
            </w:r>
          </w:p>
        </w:tc>
      </w:tr>
      <w:tr w:rsidR="00644903" w:rsidRPr="00644903" w14:paraId="3E7B4C6C" w14:textId="77777777" w:rsidTr="00C553C2">
        <w:trPr>
          <w:trHeight w:val="885"/>
        </w:trPr>
        <w:tc>
          <w:tcPr>
            <w:tcW w:w="1277" w:type="dxa"/>
            <w:hideMark/>
          </w:tcPr>
          <w:p w14:paraId="38ABCB3D" w14:textId="1D7ADD30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31A0C56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14,30-15.15 </w:t>
            </w:r>
          </w:p>
        </w:tc>
        <w:tc>
          <w:tcPr>
            <w:tcW w:w="2734" w:type="dxa"/>
            <w:hideMark/>
          </w:tcPr>
          <w:p w14:paraId="7FC16C2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XXII. Kerületi Tagintézménye </w:t>
            </w:r>
          </w:p>
          <w:p w14:paraId="3E94A717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1221 Budapest,</w:t>
            </w:r>
          </w:p>
          <w:p w14:paraId="3A6045A1" w14:textId="78E9DB7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Szent István tér 1</w:t>
            </w:r>
            <w:r w:rsidR="00D4155D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</w:t>
            </w:r>
          </w:p>
        </w:tc>
        <w:tc>
          <w:tcPr>
            <w:tcW w:w="1778" w:type="dxa"/>
            <w:hideMark/>
          </w:tcPr>
          <w:p w14:paraId="1A5C0363" w14:textId="7A0B378E" w:rsidR="00EA6479" w:rsidRPr="00EA6479" w:rsidRDefault="00D4155D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evelési tanácsadás </w:t>
            </w:r>
          </w:p>
        </w:tc>
        <w:tc>
          <w:tcPr>
            <w:tcW w:w="1843" w:type="dxa"/>
            <w:hideMark/>
          </w:tcPr>
          <w:p w14:paraId="56FAB4E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iskolaelőkészítő foglalkozás </w:t>
            </w:r>
          </w:p>
        </w:tc>
        <w:tc>
          <w:tcPr>
            <w:tcW w:w="2127" w:type="dxa"/>
            <w:hideMark/>
          </w:tcPr>
          <w:p w14:paraId="6AFA9D6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feladatok bemutatása </w:t>
            </w:r>
          </w:p>
        </w:tc>
        <w:tc>
          <w:tcPr>
            <w:tcW w:w="1984" w:type="dxa"/>
            <w:hideMark/>
          </w:tcPr>
          <w:p w14:paraId="2B75DEC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63EF2D4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6 fő </w:t>
            </w:r>
          </w:p>
        </w:tc>
        <w:tc>
          <w:tcPr>
            <w:tcW w:w="2514" w:type="dxa"/>
            <w:hideMark/>
          </w:tcPr>
          <w:p w14:paraId="345042E4" w14:textId="77777777" w:rsidR="00BA0D3E" w:rsidRPr="00DB0E8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7B170DDA" w14:textId="3FBE51BD" w:rsidR="00EA6479" w:rsidRPr="00EA6479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8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fekete.aliz.22@fpsz.net</w:t>
              </w:r>
            </w:hyperlink>
          </w:p>
        </w:tc>
      </w:tr>
      <w:tr w:rsidR="00644903" w:rsidRPr="00644903" w14:paraId="6FB8353A" w14:textId="77777777" w:rsidTr="00C553C2">
        <w:trPr>
          <w:trHeight w:val="885"/>
        </w:trPr>
        <w:tc>
          <w:tcPr>
            <w:tcW w:w="1277" w:type="dxa"/>
            <w:hideMark/>
          </w:tcPr>
          <w:p w14:paraId="0BEE31D2" w14:textId="27268A8A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4BFA0A9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12.50-13.30 </w:t>
            </w:r>
          </w:p>
        </w:tc>
        <w:tc>
          <w:tcPr>
            <w:tcW w:w="2734" w:type="dxa"/>
            <w:hideMark/>
          </w:tcPr>
          <w:p w14:paraId="52756A1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Kolonics György Általános Iskola és Köznevelési Sportiskola </w:t>
            </w:r>
          </w:p>
          <w:p w14:paraId="32C03961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1221 Budapest,</w:t>
            </w:r>
          </w:p>
          <w:p w14:paraId="7D7404BD" w14:textId="5508195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Tom</w:t>
            </w:r>
            <w:r w:rsidR="004C644C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utca 2-4. </w:t>
            </w:r>
          </w:p>
        </w:tc>
        <w:tc>
          <w:tcPr>
            <w:tcW w:w="1778" w:type="dxa"/>
            <w:hideMark/>
          </w:tcPr>
          <w:p w14:paraId="66E6C7AF" w14:textId="314A08DB" w:rsidR="00EA6479" w:rsidRPr="00EA6479" w:rsidRDefault="00D4155D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yógytestnevelés </w:t>
            </w:r>
          </w:p>
        </w:tc>
        <w:tc>
          <w:tcPr>
            <w:tcW w:w="1843" w:type="dxa"/>
            <w:hideMark/>
          </w:tcPr>
          <w:p w14:paraId="3E877CAF" w14:textId="77777777" w:rsidR="00EA6479" w:rsidRPr="00EA6479" w:rsidRDefault="00EA6479" w:rsidP="00BA0D3E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kúszó- és padgyakorlatok </w:t>
            </w:r>
          </w:p>
        </w:tc>
        <w:tc>
          <w:tcPr>
            <w:tcW w:w="2127" w:type="dxa"/>
            <w:hideMark/>
          </w:tcPr>
          <w:p w14:paraId="6EC725E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gyakorlatok bemutatása </w:t>
            </w:r>
          </w:p>
        </w:tc>
        <w:tc>
          <w:tcPr>
            <w:tcW w:w="1984" w:type="dxa"/>
            <w:hideMark/>
          </w:tcPr>
          <w:p w14:paraId="69070BE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4E6175A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 fő </w:t>
            </w:r>
          </w:p>
        </w:tc>
        <w:tc>
          <w:tcPr>
            <w:tcW w:w="2514" w:type="dxa"/>
            <w:hideMark/>
          </w:tcPr>
          <w:p w14:paraId="0DFED5A7" w14:textId="77777777" w:rsidR="00BA0D3E" w:rsidRPr="00DB0E8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79E7B6AF" w14:textId="77777777" w:rsidR="00344742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29" w:tgtFrame="_blank" w:history="1">
              <w:r w:rsidR="00EA6479" w:rsidRPr="00EA6479">
                <w:rPr>
                  <w:rFonts w:asciiTheme="majorHAnsi" w:eastAsia="Times New Roman" w:hAnsiTheme="majorHAnsi" w:cstheme="majorHAnsi"/>
                  <w:color w:val="595959" w:themeColor="text1" w:themeTint="A6"/>
                  <w:u w:val="single"/>
                  <w:lang w:val="hu-HU" w:eastAsia="hu-HU"/>
                </w:rPr>
                <w:t>info.22@fpsz.net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 illetve személyesen a kollégánál </w:t>
            </w:r>
          </w:p>
          <w:p w14:paraId="0BEBCA2F" w14:textId="2584FCEC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(Budai</w:t>
            </w:r>
            <w:r w:rsidR="00DB0E81" w:rsidRPr="00DB0E81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László) </w:t>
            </w:r>
          </w:p>
        </w:tc>
      </w:tr>
      <w:tr w:rsidR="00644903" w:rsidRPr="00644903" w14:paraId="25059821" w14:textId="77777777" w:rsidTr="00C553C2">
        <w:trPr>
          <w:trHeight w:val="885"/>
        </w:trPr>
        <w:tc>
          <w:tcPr>
            <w:tcW w:w="1277" w:type="dxa"/>
            <w:hideMark/>
          </w:tcPr>
          <w:p w14:paraId="6B8B5E8D" w14:textId="12C5FE3A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5CB73E0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9.00 – 9.45 </w:t>
            </w:r>
          </w:p>
        </w:tc>
        <w:tc>
          <w:tcPr>
            <w:tcW w:w="2734" w:type="dxa"/>
            <w:hideMark/>
          </w:tcPr>
          <w:p w14:paraId="7CD4A29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XXII. Kerületi Tagintézménye </w:t>
            </w:r>
          </w:p>
          <w:p w14:paraId="59DA40C5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1221 Budapest,</w:t>
            </w:r>
          </w:p>
          <w:p w14:paraId="046E25DE" w14:textId="4C6F0331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Szent István tér 1</w:t>
            </w:r>
            <w:r w:rsidR="00D4155D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</w:t>
            </w:r>
          </w:p>
        </w:tc>
        <w:tc>
          <w:tcPr>
            <w:tcW w:w="1778" w:type="dxa"/>
            <w:hideMark/>
          </w:tcPr>
          <w:p w14:paraId="10AF7351" w14:textId="3D411A95" w:rsidR="00EA6479" w:rsidRPr="00EA6479" w:rsidRDefault="001309B1" w:rsidP="00344742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</w:t>
            </w:r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orai fejlesztés, gyógypedagógiai tanácsadás, gondozás </w:t>
            </w:r>
          </w:p>
        </w:tc>
        <w:tc>
          <w:tcPr>
            <w:tcW w:w="1843" w:type="dxa"/>
            <w:hideMark/>
          </w:tcPr>
          <w:p w14:paraId="35E7B0B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fejlesztési lehetőségek az 1-3 éves korosztályba </w:t>
            </w:r>
          </w:p>
        </w:tc>
        <w:tc>
          <w:tcPr>
            <w:tcW w:w="2127" w:type="dxa"/>
            <w:hideMark/>
          </w:tcPr>
          <w:p w14:paraId="1472F82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gyakorlatok bemutatása </w:t>
            </w:r>
          </w:p>
        </w:tc>
        <w:tc>
          <w:tcPr>
            <w:tcW w:w="1984" w:type="dxa"/>
            <w:hideMark/>
          </w:tcPr>
          <w:p w14:paraId="19A5E4C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1030" w:type="dxa"/>
            <w:hideMark/>
          </w:tcPr>
          <w:p w14:paraId="0C476C0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4 fő </w:t>
            </w:r>
          </w:p>
        </w:tc>
        <w:tc>
          <w:tcPr>
            <w:tcW w:w="2514" w:type="dxa"/>
            <w:hideMark/>
          </w:tcPr>
          <w:p w14:paraId="6868DECA" w14:textId="0185ACD8" w:rsidR="00BA0D3E" w:rsidRPr="00DB0E81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</w:t>
            </w:r>
          </w:p>
          <w:p w14:paraId="2767C257" w14:textId="77777777" w:rsidR="00344742" w:rsidRDefault="001309B1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hyperlink r:id="rId30" w:history="1">
              <w:r w:rsidR="00BA0D3E" w:rsidRPr="00EA6479">
                <w:rPr>
                  <w:rStyle w:val="Hiperhivatkozs"/>
                  <w:rFonts w:asciiTheme="majorHAnsi" w:eastAsia="Times New Roman" w:hAnsiTheme="majorHAnsi" w:cstheme="majorHAnsi"/>
                  <w:color w:val="595959" w:themeColor="text1" w:themeTint="A6"/>
                  <w:lang w:val="hu-HU" w:eastAsia="hu-HU"/>
                </w:rPr>
                <w:t>info.22@fpsz.net</w:t>
              </w:r>
            </w:hyperlink>
            <w:r w:rsidR="00EA6479"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 illetve személyesen a kollégánál</w:t>
            </w:r>
          </w:p>
          <w:p w14:paraId="53A611CC" w14:textId="52973F06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(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Zsidákovits</w:t>
            </w:r>
            <w:proofErr w:type="spellEnd"/>
            <w:r w:rsidR="0034474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Melinda) </w:t>
            </w:r>
          </w:p>
        </w:tc>
      </w:tr>
    </w:tbl>
    <w:p w14:paraId="0532FA10" w14:textId="760507F9" w:rsidR="00DB0E81" w:rsidRDefault="00DB0E81"/>
    <w:p w14:paraId="3A0FC781" w14:textId="77777777" w:rsidR="00DB0E81" w:rsidRDefault="00DB0E81">
      <w:r>
        <w:br w:type="page"/>
      </w:r>
    </w:p>
    <w:p w14:paraId="0F98DA8D" w14:textId="6704339E" w:rsidR="00DB0E81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color w:val="AC4CA4"/>
          <w:sz w:val="24"/>
          <w:szCs w:val="24"/>
        </w:rPr>
        <w:t>XXIII</w:t>
      </w:r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.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Kerületi</w:t>
      </w:r>
      <w:proofErr w:type="spellEnd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6D6DDE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340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2089"/>
        <w:gridCol w:w="2487"/>
        <w:gridCol w:w="2126"/>
        <w:gridCol w:w="992"/>
        <w:gridCol w:w="1946"/>
      </w:tblGrid>
      <w:tr w:rsidR="00B434A4" w:rsidRPr="00B434A4" w14:paraId="6AB4F813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7B405EDF" w14:textId="207993EB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6F849961" w14:textId="732C6B18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4CFD0E8E" w14:textId="0A1577ED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23244237" w14:textId="74A66A7A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2089" w:type="dxa"/>
            <w:shd w:val="clear" w:color="auto" w:fill="B9DD46"/>
            <w:vAlign w:val="center"/>
            <w:hideMark/>
          </w:tcPr>
          <w:p w14:paraId="410D0FA6" w14:textId="2F4FD10B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487" w:type="dxa"/>
            <w:shd w:val="clear" w:color="auto" w:fill="B9DD46"/>
            <w:vAlign w:val="center"/>
            <w:hideMark/>
          </w:tcPr>
          <w:p w14:paraId="2D1E1AB6" w14:textId="24135D41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2126" w:type="dxa"/>
            <w:shd w:val="clear" w:color="auto" w:fill="B9DD46"/>
            <w:vAlign w:val="center"/>
            <w:hideMark/>
          </w:tcPr>
          <w:p w14:paraId="76F395ED" w14:textId="15ED3A51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992" w:type="dxa"/>
            <w:shd w:val="clear" w:color="auto" w:fill="B9DD46"/>
            <w:vAlign w:val="center"/>
            <w:hideMark/>
          </w:tcPr>
          <w:p w14:paraId="79CB8ED1" w14:textId="48E2F5A4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946" w:type="dxa"/>
            <w:shd w:val="clear" w:color="auto" w:fill="B9DD46"/>
            <w:vAlign w:val="center"/>
            <w:hideMark/>
          </w:tcPr>
          <w:p w14:paraId="1132F385" w14:textId="45F6619B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77AAB8FA" w14:textId="77777777" w:rsidTr="00C553C2">
        <w:trPr>
          <w:trHeight w:val="885"/>
        </w:trPr>
        <w:tc>
          <w:tcPr>
            <w:tcW w:w="1277" w:type="dxa"/>
            <w:hideMark/>
          </w:tcPr>
          <w:p w14:paraId="45B548EE" w14:textId="2034BC34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56BBA8B4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5EA2D394" w14:textId="7ABD3F80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09:30-10:15 </w:t>
            </w:r>
          </w:p>
        </w:tc>
        <w:tc>
          <w:tcPr>
            <w:tcW w:w="2734" w:type="dxa"/>
            <w:hideMark/>
          </w:tcPr>
          <w:p w14:paraId="1BD972B9" w14:textId="422643B2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Tagintézménye 1237 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6F8EB48D" w14:textId="51A260D0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2089" w:type="dxa"/>
            <w:hideMark/>
          </w:tcPr>
          <w:p w14:paraId="4433532C" w14:textId="1AA0245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Szenzomotoros szemléletű mozgásfejlesztés </w:t>
            </w:r>
          </w:p>
        </w:tc>
        <w:tc>
          <w:tcPr>
            <w:tcW w:w="2487" w:type="dxa"/>
            <w:hideMark/>
          </w:tcPr>
          <w:p w14:paraId="32A6BC0A" w14:textId="334F0206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2126" w:type="dxa"/>
            <w:hideMark/>
          </w:tcPr>
          <w:p w14:paraId="3101E09F" w14:textId="16AE1BC1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992" w:type="dxa"/>
            <w:hideMark/>
          </w:tcPr>
          <w:p w14:paraId="65D2808E" w14:textId="3D36699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1946" w:type="dxa"/>
            <w:hideMark/>
          </w:tcPr>
          <w:p w14:paraId="172EC0E4" w14:textId="5A2A4959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 </w:t>
            </w:r>
          </w:p>
        </w:tc>
      </w:tr>
      <w:tr w:rsidR="00644903" w:rsidRPr="00644903" w14:paraId="3488FD01" w14:textId="77777777" w:rsidTr="00C553C2">
        <w:trPr>
          <w:trHeight w:val="885"/>
        </w:trPr>
        <w:tc>
          <w:tcPr>
            <w:tcW w:w="1277" w:type="dxa"/>
            <w:hideMark/>
          </w:tcPr>
          <w:p w14:paraId="3DC7AF58" w14:textId="020B42A4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309E8B2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10:00-10:45 </w:t>
            </w:r>
          </w:p>
          <w:p w14:paraId="4D4C216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734" w:type="dxa"/>
            <w:hideMark/>
          </w:tcPr>
          <w:p w14:paraId="1C0B13CB" w14:textId="4E5230C8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Tagintézménye 1237 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7003119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Korai fejlesztés </w:t>
            </w:r>
          </w:p>
          <w:p w14:paraId="40C776B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089" w:type="dxa"/>
            <w:hideMark/>
          </w:tcPr>
          <w:p w14:paraId="16ADC051" w14:textId="77777777" w:rsidR="00C553C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gyermek-szülő csoportközpontban</w:t>
            </w:r>
          </w:p>
          <w:p w14:paraId="25694147" w14:textId="38A114F5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 mozgásfejlesztés </w:t>
            </w:r>
          </w:p>
        </w:tc>
        <w:tc>
          <w:tcPr>
            <w:tcW w:w="2487" w:type="dxa"/>
            <w:hideMark/>
          </w:tcPr>
          <w:p w14:paraId="51FA061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Játékos fejlesztési módszerek bemutatása </w:t>
            </w:r>
          </w:p>
          <w:p w14:paraId="7FC8EDF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126" w:type="dxa"/>
            <w:hideMark/>
          </w:tcPr>
          <w:p w14:paraId="21978111" w14:textId="77777777" w:rsidR="00344742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</w:t>
            </w:r>
          </w:p>
          <w:p w14:paraId="5A5DBA07" w14:textId="689B1C3F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óvodapedagógusok </w:t>
            </w:r>
          </w:p>
        </w:tc>
        <w:tc>
          <w:tcPr>
            <w:tcW w:w="992" w:type="dxa"/>
            <w:hideMark/>
          </w:tcPr>
          <w:p w14:paraId="58B6794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5 fő </w:t>
            </w:r>
          </w:p>
        </w:tc>
        <w:tc>
          <w:tcPr>
            <w:tcW w:w="1946" w:type="dxa"/>
            <w:hideMark/>
          </w:tcPr>
          <w:p w14:paraId="6B5797B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 </w:t>
            </w:r>
          </w:p>
          <w:p w14:paraId="1A64628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1823E80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11B22A36" w14:textId="77777777" w:rsidTr="00C553C2">
        <w:trPr>
          <w:trHeight w:val="885"/>
        </w:trPr>
        <w:tc>
          <w:tcPr>
            <w:tcW w:w="1277" w:type="dxa"/>
            <w:hideMark/>
          </w:tcPr>
          <w:p w14:paraId="02A3BBE0" w14:textId="21B5BEA6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</w:t>
            </w:r>
            <w:r w:rsidR="00066645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.</w:t>
            </w:r>
          </w:p>
        </w:tc>
        <w:tc>
          <w:tcPr>
            <w:tcW w:w="1015" w:type="dxa"/>
            <w:hideMark/>
          </w:tcPr>
          <w:p w14:paraId="5332328A" w14:textId="751C627C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10:30-11:15 </w:t>
            </w:r>
          </w:p>
        </w:tc>
        <w:tc>
          <w:tcPr>
            <w:tcW w:w="2734" w:type="dxa"/>
            <w:hideMark/>
          </w:tcPr>
          <w:p w14:paraId="20DA0254" w14:textId="25B5E656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Tagintézménye 1237 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6698118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2089" w:type="dxa"/>
            <w:hideMark/>
          </w:tcPr>
          <w:p w14:paraId="066D1384" w14:textId="2B8159BA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Szenzomotoros szemléletű mozgásfejlesztés </w:t>
            </w:r>
          </w:p>
        </w:tc>
        <w:tc>
          <w:tcPr>
            <w:tcW w:w="2487" w:type="dxa"/>
            <w:hideMark/>
          </w:tcPr>
          <w:p w14:paraId="2192746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2126" w:type="dxa"/>
            <w:hideMark/>
          </w:tcPr>
          <w:p w14:paraId="0A88C899" w14:textId="306B754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óvodapedagógusok </w:t>
            </w:r>
          </w:p>
        </w:tc>
        <w:tc>
          <w:tcPr>
            <w:tcW w:w="992" w:type="dxa"/>
            <w:hideMark/>
          </w:tcPr>
          <w:p w14:paraId="3C84510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3fő </w:t>
            </w:r>
          </w:p>
        </w:tc>
        <w:tc>
          <w:tcPr>
            <w:tcW w:w="1946" w:type="dxa"/>
            <w:hideMark/>
          </w:tcPr>
          <w:p w14:paraId="26CC9663" w14:textId="67BF2749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 </w:t>
            </w:r>
          </w:p>
        </w:tc>
      </w:tr>
      <w:tr w:rsidR="00644903" w:rsidRPr="00644903" w14:paraId="5C7026DA" w14:textId="77777777" w:rsidTr="00C553C2">
        <w:trPr>
          <w:trHeight w:val="885"/>
        </w:trPr>
        <w:tc>
          <w:tcPr>
            <w:tcW w:w="1277" w:type="dxa"/>
            <w:hideMark/>
          </w:tcPr>
          <w:p w14:paraId="4C09BEDD" w14:textId="76326AFB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CEC06F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13:00-13:45 </w:t>
            </w:r>
          </w:p>
          <w:p w14:paraId="75D4140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2734" w:type="dxa"/>
            <w:hideMark/>
          </w:tcPr>
          <w:p w14:paraId="0EDF2A3B" w14:textId="0E8BD6A3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Tagintézménye</w:t>
            </w:r>
            <w:r w:rsidR="00066645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1237 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2263CC3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2089" w:type="dxa"/>
            <w:hideMark/>
          </w:tcPr>
          <w:p w14:paraId="699EF97A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DSZIT foglalkozás </w:t>
            </w:r>
          </w:p>
        </w:tc>
        <w:tc>
          <w:tcPr>
            <w:tcW w:w="2487" w:type="dxa"/>
            <w:hideMark/>
          </w:tcPr>
          <w:p w14:paraId="12D5BBC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fejlesztés bemutatása </w:t>
            </w:r>
          </w:p>
        </w:tc>
        <w:tc>
          <w:tcPr>
            <w:tcW w:w="2126" w:type="dxa"/>
            <w:hideMark/>
          </w:tcPr>
          <w:p w14:paraId="2C92725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0938C59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946" w:type="dxa"/>
            <w:hideMark/>
          </w:tcPr>
          <w:p w14:paraId="1A4ECF37" w14:textId="668D0DFE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 </w:t>
            </w:r>
          </w:p>
        </w:tc>
      </w:tr>
      <w:tr w:rsidR="00644903" w:rsidRPr="00644903" w14:paraId="5C1F92BE" w14:textId="77777777" w:rsidTr="00C553C2">
        <w:trPr>
          <w:trHeight w:val="885"/>
        </w:trPr>
        <w:tc>
          <w:tcPr>
            <w:tcW w:w="1277" w:type="dxa"/>
            <w:hideMark/>
          </w:tcPr>
          <w:p w14:paraId="558F6A09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63D8E38A" w14:textId="68A99E6B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129E238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14:00-14:45 </w:t>
            </w:r>
          </w:p>
        </w:tc>
        <w:tc>
          <w:tcPr>
            <w:tcW w:w="2734" w:type="dxa"/>
            <w:hideMark/>
          </w:tcPr>
          <w:p w14:paraId="68206E05" w14:textId="773D85DF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</w:t>
            </w:r>
            <w:r w:rsidR="00066645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e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1237 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2F31445D" w14:textId="286E4C13" w:rsidR="00EA6479" w:rsidRPr="00EA6479" w:rsidRDefault="00EA6479" w:rsidP="000666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Nevelési tanácsadás </w:t>
            </w:r>
          </w:p>
        </w:tc>
        <w:tc>
          <w:tcPr>
            <w:tcW w:w="2089" w:type="dxa"/>
            <w:hideMark/>
          </w:tcPr>
          <w:p w14:paraId="691B16D3" w14:textId="67091906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DSZIT foglalkozás </w:t>
            </w:r>
          </w:p>
        </w:tc>
        <w:tc>
          <w:tcPr>
            <w:tcW w:w="2487" w:type="dxa"/>
            <w:hideMark/>
          </w:tcPr>
          <w:p w14:paraId="08DB3BB3" w14:textId="36165B4B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Szenzoros fejlesztés bemutatása  </w:t>
            </w:r>
          </w:p>
        </w:tc>
        <w:tc>
          <w:tcPr>
            <w:tcW w:w="2126" w:type="dxa"/>
            <w:hideMark/>
          </w:tcPr>
          <w:p w14:paraId="424D9371" w14:textId="5FF3B4AF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 </w:t>
            </w:r>
          </w:p>
        </w:tc>
        <w:tc>
          <w:tcPr>
            <w:tcW w:w="992" w:type="dxa"/>
            <w:hideMark/>
          </w:tcPr>
          <w:p w14:paraId="3C948D73" w14:textId="0555939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3fő </w:t>
            </w:r>
          </w:p>
        </w:tc>
        <w:tc>
          <w:tcPr>
            <w:tcW w:w="1946" w:type="dxa"/>
            <w:hideMark/>
          </w:tcPr>
          <w:p w14:paraId="2A034FF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 </w:t>
            </w:r>
          </w:p>
        </w:tc>
      </w:tr>
      <w:tr w:rsidR="00644903" w:rsidRPr="00644903" w14:paraId="44A5BB2D" w14:textId="77777777" w:rsidTr="00C553C2">
        <w:trPr>
          <w:trHeight w:val="885"/>
        </w:trPr>
        <w:tc>
          <w:tcPr>
            <w:tcW w:w="1277" w:type="dxa"/>
            <w:hideMark/>
          </w:tcPr>
          <w:p w14:paraId="424D5EF6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D40D85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13:40-14:25 </w:t>
            </w:r>
          </w:p>
        </w:tc>
        <w:tc>
          <w:tcPr>
            <w:tcW w:w="2734" w:type="dxa"/>
            <w:hideMark/>
          </w:tcPr>
          <w:p w14:paraId="54BC7998" w14:textId="468F84BA" w:rsidR="00EA6479" w:rsidRPr="00EA6479" w:rsidRDefault="00EA6479" w:rsidP="000666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XXIII. Kerületi Tagintézménye</w:t>
            </w:r>
            <w:r w:rsidR="00066645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1237</w:t>
            </w:r>
            <w:r w:rsidR="00066645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Budapest,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Tartsay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utca 26. </w:t>
            </w:r>
          </w:p>
        </w:tc>
        <w:tc>
          <w:tcPr>
            <w:tcW w:w="1674" w:type="dxa"/>
            <w:hideMark/>
          </w:tcPr>
          <w:p w14:paraId="5D919874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Gyógytestnevelés </w:t>
            </w:r>
          </w:p>
        </w:tc>
        <w:tc>
          <w:tcPr>
            <w:tcW w:w="2089" w:type="dxa"/>
            <w:hideMark/>
          </w:tcPr>
          <w:p w14:paraId="35928AF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Mozgásfejlesztés a gyakorlatban </w:t>
            </w:r>
          </w:p>
        </w:tc>
        <w:tc>
          <w:tcPr>
            <w:tcW w:w="2487" w:type="dxa"/>
            <w:hideMark/>
          </w:tcPr>
          <w:p w14:paraId="51EAAE2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Gyakorlatok bemutatása </w:t>
            </w:r>
          </w:p>
        </w:tc>
        <w:tc>
          <w:tcPr>
            <w:tcW w:w="2126" w:type="dxa"/>
            <w:hideMark/>
          </w:tcPr>
          <w:p w14:paraId="3327E86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992" w:type="dxa"/>
            <w:hideMark/>
          </w:tcPr>
          <w:p w14:paraId="1D0AC5C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 fő </w:t>
            </w:r>
          </w:p>
        </w:tc>
        <w:tc>
          <w:tcPr>
            <w:tcW w:w="1946" w:type="dxa"/>
            <w:hideMark/>
          </w:tcPr>
          <w:p w14:paraId="415141E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 info.23@fpsz.net </w:t>
            </w:r>
          </w:p>
          <w:p w14:paraId="6559E4A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41C9F963" w14:textId="20613BD6" w:rsidR="00066645" w:rsidRDefault="00066645"/>
    <w:p w14:paraId="4D41363E" w14:textId="77777777" w:rsidR="00066645" w:rsidRDefault="00066645">
      <w:r>
        <w:br w:type="page"/>
      </w:r>
    </w:p>
    <w:p w14:paraId="1AE00D0C" w14:textId="2FED6F66" w:rsidR="00066645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Továbbtanulási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és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Pályaválasztási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Tanácsadó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61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734"/>
        <w:gridCol w:w="1674"/>
        <w:gridCol w:w="1870"/>
        <w:gridCol w:w="2770"/>
        <w:gridCol w:w="1661"/>
        <w:gridCol w:w="1030"/>
        <w:gridCol w:w="2230"/>
      </w:tblGrid>
      <w:tr w:rsidR="00644903" w:rsidRPr="00644903" w14:paraId="45251897" w14:textId="77777777" w:rsidTr="0034474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5E75E37B" w14:textId="180B46A9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6BA4E13D" w14:textId="03A28296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734" w:type="dxa"/>
            <w:shd w:val="clear" w:color="auto" w:fill="B9DD46"/>
            <w:vAlign w:val="center"/>
            <w:hideMark/>
          </w:tcPr>
          <w:p w14:paraId="2F61CF28" w14:textId="0C78690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5654FDE2" w14:textId="0261A4F6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1870" w:type="dxa"/>
            <w:shd w:val="clear" w:color="auto" w:fill="B9DD46"/>
            <w:vAlign w:val="center"/>
            <w:hideMark/>
          </w:tcPr>
          <w:p w14:paraId="159CA477" w14:textId="7702110F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355E2925" w14:textId="25556649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661" w:type="dxa"/>
            <w:shd w:val="clear" w:color="auto" w:fill="B9DD46"/>
            <w:vAlign w:val="center"/>
            <w:hideMark/>
          </w:tcPr>
          <w:p w14:paraId="785D47F4" w14:textId="5841D669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2D9E61D7" w14:textId="70CB5674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2230" w:type="dxa"/>
            <w:shd w:val="clear" w:color="auto" w:fill="B9DD46"/>
            <w:vAlign w:val="center"/>
            <w:hideMark/>
          </w:tcPr>
          <w:p w14:paraId="301C34DF" w14:textId="43C097F3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549C6ECF" w14:textId="77777777" w:rsidTr="00344742">
        <w:trPr>
          <w:trHeight w:val="885"/>
        </w:trPr>
        <w:tc>
          <w:tcPr>
            <w:tcW w:w="1277" w:type="dxa"/>
            <w:hideMark/>
          </w:tcPr>
          <w:p w14:paraId="4FCF5BDB" w14:textId="68552926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6103CF9A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6A40282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9:00-9:45 </w:t>
            </w:r>
          </w:p>
        </w:tc>
        <w:tc>
          <w:tcPr>
            <w:tcW w:w="2734" w:type="dxa"/>
            <w:hideMark/>
          </w:tcPr>
          <w:p w14:paraId="3A50440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Továbbtanulási és Pályaválasztási Tanácsadó, 1088 Budapest, Vas u. 8. </w:t>
            </w:r>
          </w:p>
        </w:tc>
        <w:tc>
          <w:tcPr>
            <w:tcW w:w="1674" w:type="dxa"/>
            <w:hideMark/>
          </w:tcPr>
          <w:p w14:paraId="344E38F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Továbbtanulási, pályaválasztási tanácsadás </w:t>
            </w:r>
          </w:p>
        </w:tc>
        <w:tc>
          <w:tcPr>
            <w:tcW w:w="1870" w:type="dxa"/>
            <w:hideMark/>
          </w:tcPr>
          <w:p w14:paraId="37EC9B6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Hogyan segíthetjük tanulóinkat a továbbtanulásban?  </w:t>
            </w:r>
          </w:p>
        </w:tc>
        <w:tc>
          <w:tcPr>
            <w:tcW w:w="2770" w:type="dxa"/>
            <w:hideMark/>
          </w:tcPr>
          <w:p w14:paraId="0B1263F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Módszertani segédletek pályaorientációs munkához. Prevenció és tanácsadás - egy rövid és hatékony szűrőkérdőív bemutatása </w:t>
            </w:r>
          </w:p>
        </w:tc>
        <w:tc>
          <w:tcPr>
            <w:tcW w:w="1661" w:type="dxa"/>
            <w:hideMark/>
          </w:tcPr>
          <w:p w14:paraId="5B9187E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Pedagógusok </w:t>
            </w:r>
          </w:p>
        </w:tc>
        <w:tc>
          <w:tcPr>
            <w:tcW w:w="1030" w:type="dxa"/>
            <w:hideMark/>
          </w:tcPr>
          <w:p w14:paraId="79181B0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 fő </w:t>
            </w:r>
          </w:p>
        </w:tc>
        <w:tc>
          <w:tcPr>
            <w:tcW w:w="2230" w:type="dxa"/>
            <w:hideMark/>
          </w:tcPr>
          <w:p w14:paraId="73BB9ED7" w14:textId="77777777" w:rsidR="00BA0D3E" w:rsidRPr="00066645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</w:t>
            </w:r>
          </w:p>
          <w:p w14:paraId="2CD1175C" w14:textId="3DB8C072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palyavalasztas@fpsz.net  </w:t>
            </w:r>
          </w:p>
          <w:p w14:paraId="6C79F32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  <w:p w14:paraId="1D72B52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  <w:tr w:rsidR="00644903" w:rsidRPr="00644903" w14:paraId="35431496" w14:textId="77777777" w:rsidTr="00344742">
        <w:trPr>
          <w:trHeight w:val="885"/>
        </w:trPr>
        <w:tc>
          <w:tcPr>
            <w:tcW w:w="1277" w:type="dxa"/>
            <w:hideMark/>
          </w:tcPr>
          <w:p w14:paraId="7EAA2990" w14:textId="1574DB49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1097F4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10:00-10:45 </w:t>
            </w:r>
          </w:p>
        </w:tc>
        <w:tc>
          <w:tcPr>
            <w:tcW w:w="2734" w:type="dxa"/>
            <w:hideMark/>
          </w:tcPr>
          <w:p w14:paraId="4464E4A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Továbbtanulási és Pályaválasztási Tanácsadó, 1088 Budapest, Vas u. 8. </w:t>
            </w:r>
          </w:p>
        </w:tc>
        <w:tc>
          <w:tcPr>
            <w:tcW w:w="1674" w:type="dxa"/>
            <w:hideMark/>
          </w:tcPr>
          <w:p w14:paraId="6DA5431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Továbbtanulási, pályaválasztási tanácsadás </w:t>
            </w:r>
          </w:p>
        </w:tc>
        <w:tc>
          <w:tcPr>
            <w:tcW w:w="1870" w:type="dxa"/>
            <w:hideMark/>
          </w:tcPr>
          <w:p w14:paraId="79D566F3" w14:textId="19E559BE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Hogyan segíthetjük érettségire készülő gyermekünket? </w:t>
            </w:r>
          </w:p>
        </w:tc>
        <w:tc>
          <w:tcPr>
            <w:tcW w:w="2770" w:type="dxa"/>
            <w:hideMark/>
          </w:tcPr>
          <w:p w14:paraId="0ADB63F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Fontos szempontok, gyakorlati tanácsok szülőknek </w:t>
            </w:r>
          </w:p>
        </w:tc>
        <w:tc>
          <w:tcPr>
            <w:tcW w:w="1661" w:type="dxa"/>
            <w:hideMark/>
          </w:tcPr>
          <w:p w14:paraId="1D963BD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27837E4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 fő </w:t>
            </w:r>
          </w:p>
        </w:tc>
        <w:tc>
          <w:tcPr>
            <w:tcW w:w="2230" w:type="dxa"/>
            <w:hideMark/>
          </w:tcPr>
          <w:p w14:paraId="3ECC0E08" w14:textId="7C9298BF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palyavalasztas@fpsz.net</w:t>
            </w:r>
          </w:p>
        </w:tc>
      </w:tr>
      <w:tr w:rsidR="00644903" w:rsidRPr="00644903" w14:paraId="03BB8D4D" w14:textId="77777777" w:rsidTr="00344742">
        <w:trPr>
          <w:trHeight w:val="885"/>
        </w:trPr>
        <w:tc>
          <w:tcPr>
            <w:tcW w:w="1277" w:type="dxa"/>
            <w:hideMark/>
          </w:tcPr>
          <w:p w14:paraId="75B6AA80" w14:textId="792DA983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7BB7EB0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11:00-11:45 </w:t>
            </w:r>
          </w:p>
        </w:tc>
        <w:tc>
          <w:tcPr>
            <w:tcW w:w="2734" w:type="dxa"/>
            <w:hideMark/>
          </w:tcPr>
          <w:p w14:paraId="59BF84F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Továbbtanulási és Pályaválasztási Tanácsadó, 1088 Budapest, Vas u. 8. </w:t>
            </w:r>
          </w:p>
        </w:tc>
        <w:tc>
          <w:tcPr>
            <w:tcW w:w="1674" w:type="dxa"/>
            <w:hideMark/>
          </w:tcPr>
          <w:p w14:paraId="235CDE7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Továbbtanulási, pályaválasztási tanácsadás </w:t>
            </w:r>
          </w:p>
        </w:tc>
        <w:tc>
          <w:tcPr>
            <w:tcW w:w="1870" w:type="dxa"/>
            <w:hideMark/>
          </w:tcPr>
          <w:p w14:paraId="3CCF097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Amikor a B-terv lép működésbe… </w:t>
            </w:r>
          </w:p>
        </w:tc>
        <w:tc>
          <w:tcPr>
            <w:tcW w:w="2770" w:type="dxa"/>
            <w:hideMark/>
          </w:tcPr>
          <w:p w14:paraId="6DAB07B3" w14:textId="7CAB7DB5" w:rsidR="00EA6479" w:rsidRPr="00EA6479" w:rsidRDefault="00EA6479" w:rsidP="00C553C2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Mi történik, ha nem sikerül a felvételi? Ha a kitűzött célok nem</w:t>
            </w:r>
            <w:r w:rsidR="0034474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bizonyulnak</w:t>
            </w:r>
            <w:r w:rsidR="00C553C2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elérhetőnek?</w:t>
            </w:r>
            <w:r w:rsidR="00AB63C4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 xml:space="preserve"> </w:t>
            </w: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–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Újratervezés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, megküzdés, alternatívák </w:t>
            </w:r>
          </w:p>
        </w:tc>
        <w:tc>
          <w:tcPr>
            <w:tcW w:w="1661" w:type="dxa"/>
            <w:hideMark/>
          </w:tcPr>
          <w:p w14:paraId="5553465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76BDD85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12 fő </w:t>
            </w:r>
          </w:p>
        </w:tc>
        <w:tc>
          <w:tcPr>
            <w:tcW w:w="2230" w:type="dxa"/>
            <w:hideMark/>
          </w:tcPr>
          <w:p w14:paraId="4C34A4FA" w14:textId="7BAC9AB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E-mailben: palyavalasztas@fpsz.net</w:t>
            </w:r>
          </w:p>
          <w:p w14:paraId="1AA9EB7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0"/>
                <w:szCs w:val="20"/>
                <w:lang w:val="hu-HU" w:eastAsia="hu-HU"/>
              </w:rPr>
              <w:t> </w:t>
            </w:r>
          </w:p>
        </w:tc>
      </w:tr>
    </w:tbl>
    <w:p w14:paraId="4E2F4C3B" w14:textId="73720113" w:rsidR="00066645" w:rsidRDefault="00066645"/>
    <w:p w14:paraId="77A01B0D" w14:textId="77777777" w:rsidR="00066645" w:rsidRDefault="00066645">
      <w:r>
        <w:br w:type="page"/>
      </w:r>
    </w:p>
    <w:p w14:paraId="12020B23" w14:textId="72A84D95" w:rsidR="00066645" w:rsidRPr="00B434A4" w:rsidRDefault="00B434A4" w:rsidP="00B434A4">
      <w:pPr>
        <w:spacing w:after="120"/>
        <w:ind w:hanging="1134"/>
        <w:rPr>
          <w:rFonts w:asciiTheme="majorHAnsi" w:hAnsiTheme="majorHAnsi" w:cstheme="majorHAnsi"/>
          <w:b/>
          <w:bCs/>
          <w:color w:val="AC4CA4"/>
          <w:sz w:val="24"/>
          <w:szCs w:val="24"/>
        </w:rPr>
      </w:pP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lastRenderedPageBreak/>
        <w:t>Fővárosi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Pedagógiai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Szakszolgálat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Beszédjavító</w:t>
      </w:r>
      <w:proofErr w:type="spellEnd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 xml:space="preserve"> </w:t>
      </w:r>
      <w:proofErr w:type="spellStart"/>
      <w:r w:rsidRPr="00B434A4">
        <w:rPr>
          <w:rFonts w:asciiTheme="majorHAnsi" w:hAnsiTheme="majorHAnsi" w:cstheme="majorHAnsi"/>
          <w:b/>
          <w:bCs/>
          <w:color w:val="AC4CA4"/>
          <w:sz w:val="24"/>
          <w:szCs w:val="24"/>
        </w:rPr>
        <w:t>Tagintézménye</w:t>
      </w:r>
      <w:proofErr w:type="spellEnd"/>
    </w:p>
    <w:tbl>
      <w:tblPr>
        <w:tblStyle w:val="Rcsostblzat"/>
        <w:tblW w:w="16237" w:type="dxa"/>
        <w:tblInd w:w="-11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1015"/>
        <w:gridCol w:w="2103"/>
        <w:gridCol w:w="1674"/>
        <w:gridCol w:w="2862"/>
        <w:gridCol w:w="2770"/>
        <w:gridCol w:w="1661"/>
        <w:gridCol w:w="1030"/>
        <w:gridCol w:w="1845"/>
      </w:tblGrid>
      <w:tr w:rsidR="00644903" w:rsidRPr="00644903" w14:paraId="427FB08D" w14:textId="77777777" w:rsidTr="00C553C2">
        <w:trPr>
          <w:trHeight w:val="300"/>
        </w:trPr>
        <w:tc>
          <w:tcPr>
            <w:tcW w:w="1277" w:type="dxa"/>
            <w:shd w:val="clear" w:color="auto" w:fill="B9DD46"/>
            <w:vAlign w:val="center"/>
            <w:hideMark/>
          </w:tcPr>
          <w:p w14:paraId="41AE0802" w14:textId="4E923033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Dátum</w:t>
            </w:r>
          </w:p>
        </w:tc>
        <w:tc>
          <w:tcPr>
            <w:tcW w:w="1015" w:type="dxa"/>
            <w:shd w:val="clear" w:color="auto" w:fill="B9DD46"/>
            <w:vAlign w:val="center"/>
            <w:hideMark/>
          </w:tcPr>
          <w:p w14:paraId="4C75FAEF" w14:textId="594FF615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Időpont</w:t>
            </w:r>
          </w:p>
        </w:tc>
        <w:tc>
          <w:tcPr>
            <w:tcW w:w="2103" w:type="dxa"/>
            <w:shd w:val="clear" w:color="auto" w:fill="B9DD46"/>
            <w:vAlign w:val="center"/>
            <w:hideMark/>
          </w:tcPr>
          <w:p w14:paraId="6528843B" w14:textId="6BA0707F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Helyszín</w:t>
            </w:r>
          </w:p>
        </w:tc>
        <w:tc>
          <w:tcPr>
            <w:tcW w:w="1674" w:type="dxa"/>
            <w:shd w:val="clear" w:color="auto" w:fill="B9DD46"/>
            <w:vAlign w:val="center"/>
            <w:hideMark/>
          </w:tcPr>
          <w:p w14:paraId="5E65AA5E" w14:textId="0508B56C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Szakterület</w:t>
            </w:r>
          </w:p>
        </w:tc>
        <w:tc>
          <w:tcPr>
            <w:tcW w:w="2862" w:type="dxa"/>
            <w:shd w:val="clear" w:color="auto" w:fill="B9DD46"/>
            <w:vAlign w:val="center"/>
            <w:hideMark/>
          </w:tcPr>
          <w:p w14:paraId="7D45B74E" w14:textId="3A249852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Program megnevezése</w:t>
            </w:r>
          </w:p>
        </w:tc>
        <w:tc>
          <w:tcPr>
            <w:tcW w:w="2770" w:type="dxa"/>
            <w:shd w:val="clear" w:color="auto" w:fill="B9DD46"/>
            <w:vAlign w:val="center"/>
            <w:hideMark/>
          </w:tcPr>
          <w:p w14:paraId="76961F66" w14:textId="28F46273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Rövid leírás</w:t>
            </w:r>
          </w:p>
        </w:tc>
        <w:tc>
          <w:tcPr>
            <w:tcW w:w="1661" w:type="dxa"/>
            <w:shd w:val="clear" w:color="auto" w:fill="B9DD46"/>
            <w:vAlign w:val="center"/>
            <w:hideMark/>
          </w:tcPr>
          <w:p w14:paraId="783F73D4" w14:textId="42719564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Célcsoport</w:t>
            </w:r>
          </w:p>
        </w:tc>
        <w:tc>
          <w:tcPr>
            <w:tcW w:w="1030" w:type="dxa"/>
            <w:shd w:val="clear" w:color="auto" w:fill="B9DD46"/>
            <w:vAlign w:val="center"/>
            <w:hideMark/>
          </w:tcPr>
          <w:p w14:paraId="354B7BE2" w14:textId="1A7CFF56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Férőhely</w:t>
            </w:r>
          </w:p>
        </w:tc>
        <w:tc>
          <w:tcPr>
            <w:tcW w:w="1845" w:type="dxa"/>
            <w:shd w:val="clear" w:color="auto" w:fill="B9DD46"/>
            <w:vAlign w:val="center"/>
            <w:hideMark/>
          </w:tcPr>
          <w:p w14:paraId="2BDC6E49" w14:textId="485C5032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b/>
                <w:bCs/>
                <w:color w:val="595959" w:themeColor="text1" w:themeTint="A6"/>
                <w:lang w:val="hu-HU" w:eastAsia="hu-HU"/>
              </w:rPr>
              <w:t>Jelentkezés módja</w:t>
            </w:r>
          </w:p>
        </w:tc>
      </w:tr>
      <w:tr w:rsidR="00644903" w:rsidRPr="00644903" w14:paraId="346882F6" w14:textId="77777777" w:rsidTr="00C553C2">
        <w:trPr>
          <w:trHeight w:val="885"/>
        </w:trPr>
        <w:tc>
          <w:tcPr>
            <w:tcW w:w="1277" w:type="dxa"/>
            <w:hideMark/>
          </w:tcPr>
          <w:p w14:paraId="14E1C29E" w14:textId="036295CB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  <w:p w14:paraId="33F3DAF3" w14:textId="77777777" w:rsidR="00EA6479" w:rsidRPr="00EA6479" w:rsidRDefault="00EA6479" w:rsidP="004D3A45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015" w:type="dxa"/>
            <w:hideMark/>
          </w:tcPr>
          <w:p w14:paraId="2D2374E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8:55-9.40 </w:t>
            </w:r>
          </w:p>
        </w:tc>
        <w:tc>
          <w:tcPr>
            <w:tcW w:w="2103" w:type="dxa"/>
            <w:hideMark/>
          </w:tcPr>
          <w:p w14:paraId="444930A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Beszédjavító Tagintézménye </w:t>
            </w:r>
          </w:p>
          <w:p w14:paraId="46DBD22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 </w:t>
            </w:r>
          </w:p>
          <w:p w14:paraId="7A1AF6F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Izabella u. 12.  </w:t>
            </w:r>
          </w:p>
          <w:p w14:paraId="7780594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674" w:type="dxa"/>
            <w:hideMark/>
          </w:tcPr>
          <w:p w14:paraId="11EE285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2862" w:type="dxa"/>
            <w:hideMark/>
          </w:tcPr>
          <w:p w14:paraId="788ECEA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Nyelvi késés terápiája </w:t>
            </w:r>
          </w:p>
          <w:p w14:paraId="199A9AD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  </w:t>
            </w:r>
          </w:p>
          <w:p w14:paraId="5B33BAC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Kiss-Horváth Ilona </w:t>
            </w:r>
          </w:p>
          <w:p w14:paraId="6A90F10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gyógypedagógus-logopédus </w:t>
            </w:r>
          </w:p>
        </w:tc>
        <w:tc>
          <w:tcPr>
            <w:tcW w:w="2770" w:type="dxa"/>
            <w:hideMark/>
          </w:tcPr>
          <w:p w14:paraId="557B951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Terápiaspecifikus módszertan bemutatása </w:t>
            </w:r>
          </w:p>
        </w:tc>
        <w:tc>
          <w:tcPr>
            <w:tcW w:w="1661" w:type="dxa"/>
            <w:hideMark/>
          </w:tcPr>
          <w:p w14:paraId="0113CE15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6FD5A19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 fő </w:t>
            </w:r>
          </w:p>
        </w:tc>
        <w:tc>
          <w:tcPr>
            <w:tcW w:w="1845" w:type="dxa"/>
            <w:hideMark/>
          </w:tcPr>
          <w:p w14:paraId="71A607C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0D63455C" w14:textId="4C1C79BB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info.bj@fpsz.net</w:t>
            </w:r>
          </w:p>
        </w:tc>
      </w:tr>
      <w:tr w:rsidR="00644903" w:rsidRPr="00644903" w14:paraId="32532D76" w14:textId="77777777" w:rsidTr="00C553C2">
        <w:trPr>
          <w:trHeight w:val="885"/>
        </w:trPr>
        <w:tc>
          <w:tcPr>
            <w:tcW w:w="1277" w:type="dxa"/>
            <w:hideMark/>
          </w:tcPr>
          <w:p w14:paraId="2520606D" w14:textId="7DC4253A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61FF37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9.50-10.35 </w:t>
            </w:r>
          </w:p>
        </w:tc>
        <w:tc>
          <w:tcPr>
            <w:tcW w:w="2103" w:type="dxa"/>
            <w:hideMark/>
          </w:tcPr>
          <w:p w14:paraId="72CCDD9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Beszédjavító Tagintézménye </w:t>
            </w:r>
          </w:p>
          <w:p w14:paraId="385E129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 </w:t>
            </w:r>
          </w:p>
          <w:p w14:paraId="0BFC2D2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Izabella u. 12. </w:t>
            </w:r>
          </w:p>
          <w:p w14:paraId="645D2C7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  <w:tc>
          <w:tcPr>
            <w:tcW w:w="1674" w:type="dxa"/>
            <w:hideMark/>
          </w:tcPr>
          <w:p w14:paraId="6581039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2862" w:type="dxa"/>
            <w:hideMark/>
          </w:tcPr>
          <w:p w14:paraId="2173909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Beszédhanghibák terápiája </w:t>
            </w:r>
          </w:p>
          <w:p w14:paraId="697E0D4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  </w:t>
            </w:r>
          </w:p>
          <w:p w14:paraId="23D0274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 Tóthné dr. </w:t>
            </w:r>
            <w:proofErr w:type="spellStart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Aszalai</w:t>
            </w:r>
            <w:proofErr w:type="spellEnd"/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 Anett </w:t>
            </w:r>
          </w:p>
          <w:p w14:paraId="037F710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gyógypedagógus-logopédus </w:t>
            </w:r>
          </w:p>
        </w:tc>
        <w:tc>
          <w:tcPr>
            <w:tcW w:w="2770" w:type="dxa"/>
            <w:hideMark/>
          </w:tcPr>
          <w:p w14:paraId="4B20407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Terápiaspecifikus módszertan bemutatása </w:t>
            </w:r>
          </w:p>
        </w:tc>
        <w:tc>
          <w:tcPr>
            <w:tcW w:w="1661" w:type="dxa"/>
            <w:hideMark/>
          </w:tcPr>
          <w:p w14:paraId="2F56A33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29BFA05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1845" w:type="dxa"/>
            <w:hideMark/>
          </w:tcPr>
          <w:p w14:paraId="3775ED2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42181E6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info.bj@fpsz.net </w:t>
            </w:r>
          </w:p>
        </w:tc>
      </w:tr>
      <w:tr w:rsidR="00644903" w:rsidRPr="00644903" w14:paraId="2D922DF7" w14:textId="77777777" w:rsidTr="00C553C2">
        <w:trPr>
          <w:trHeight w:val="885"/>
        </w:trPr>
        <w:tc>
          <w:tcPr>
            <w:tcW w:w="1277" w:type="dxa"/>
            <w:hideMark/>
          </w:tcPr>
          <w:p w14:paraId="78AC7451" w14:textId="5231F8F4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0AF7330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13.30-14.15 </w:t>
            </w:r>
          </w:p>
        </w:tc>
        <w:tc>
          <w:tcPr>
            <w:tcW w:w="2103" w:type="dxa"/>
            <w:hideMark/>
          </w:tcPr>
          <w:p w14:paraId="486D40B9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Beszédjavító Tagintézménye </w:t>
            </w:r>
          </w:p>
          <w:p w14:paraId="2258E75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 </w:t>
            </w:r>
          </w:p>
          <w:p w14:paraId="47B041F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Izabella u. 12. </w:t>
            </w:r>
          </w:p>
        </w:tc>
        <w:tc>
          <w:tcPr>
            <w:tcW w:w="1674" w:type="dxa"/>
            <w:hideMark/>
          </w:tcPr>
          <w:p w14:paraId="4FE035A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 </w:t>
            </w:r>
          </w:p>
        </w:tc>
        <w:tc>
          <w:tcPr>
            <w:tcW w:w="2862" w:type="dxa"/>
            <w:hideMark/>
          </w:tcPr>
          <w:p w14:paraId="6777A1C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Nyelési OMD (nyelvlökéses nyelés) terápiája  </w:t>
            </w:r>
          </w:p>
          <w:p w14:paraId="73866C7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 Pajor Kata </w:t>
            </w:r>
          </w:p>
          <w:p w14:paraId="06FCFAC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gyógypedagógus-logopédus </w:t>
            </w:r>
          </w:p>
        </w:tc>
        <w:tc>
          <w:tcPr>
            <w:tcW w:w="2770" w:type="dxa"/>
            <w:hideMark/>
          </w:tcPr>
          <w:p w14:paraId="322CCE5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Terápiaspecifikus módszertan bemutatása </w:t>
            </w:r>
          </w:p>
        </w:tc>
        <w:tc>
          <w:tcPr>
            <w:tcW w:w="1661" w:type="dxa"/>
            <w:hideMark/>
          </w:tcPr>
          <w:p w14:paraId="7BF51F6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05C34C14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1845" w:type="dxa"/>
            <w:hideMark/>
          </w:tcPr>
          <w:p w14:paraId="304A46A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2C852EA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info.bj@fpsz.net </w:t>
            </w:r>
          </w:p>
          <w:p w14:paraId="0C5BF9D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  <w:p w14:paraId="3F8D5F6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  <w:tr w:rsidR="00644903" w:rsidRPr="00644903" w14:paraId="1D3BBBDF" w14:textId="77777777" w:rsidTr="00C553C2">
        <w:trPr>
          <w:trHeight w:val="885"/>
        </w:trPr>
        <w:tc>
          <w:tcPr>
            <w:tcW w:w="1277" w:type="dxa"/>
            <w:hideMark/>
          </w:tcPr>
          <w:p w14:paraId="2704081F" w14:textId="48B7C81F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60B8514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14.25-15.10 </w:t>
            </w:r>
          </w:p>
        </w:tc>
        <w:tc>
          <w:tcPr>
            <w:tcW w:w="2103" w:type="dxa"/>
            <w:hideMark/>
          </w:tcPr>
          <w:p w14:paraId="1A13A7C1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Beszédjavító Tagintézménye </w:t>
            </w:r>
          </w:p>
          <w:p w14:paraId="7F17541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 </w:t>
            </w:r>
          </w:p>
          <w:p w14:paraId="3D02641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Izabella u. 12. </w:t>
            </w:r>
          </w:p>
        </w:tc>
        <w:tc>
          <w:tcPr>
            <w:tcW w:w="1674" w:type="dxa"/>
            <w:hideMark/>
          </w:tcPr>
          <w:p w14:paraId="1FC720A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 </w:t>
            </w:r>
          </w:p>
        </w:tc>
        <w:tc>
          <w:tcPr>
            <w:tcW w:w="2862" w:type="dxa"/>
            <w:hideMark/>
          </w:tcPr>
          <w:p w14:paraId="353B522C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Nyelési OMD (nyelvlökéses nyelés) terápiája  </w:t>
            </w:r>
          </w:p>
          <w:p w14:paraId="3FCC36BB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 Oroszlán Éva </w:t>
            </w:r>
          </w:p>
          <w:p w14:paraId="185C681F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gyógypedagógus-logopédus </w:t>
            </w:r>
          </w:p>
        </w:tc>
        <w:tc>
          <w:tcPr>
            <w:tcW w:w="2770" w:type="dxa"/>
            <w:hideMark/>
          </w:tcPr>
          <w:p w14:paraId="2C132BFA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Terápiaspecifikus módszertan bemutatása </w:t>
            </w:r>
          </w:p>
        </w:tc>
        <w:tc>
          <w:tcPr>
            <w:tcW w:w="1661" w:type="dxa"/>
            <w:hideMark/>
          </w:tcPr>
          <w:p w14:paraId="768AF0E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4B49D5D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1845" w:type="dxa"/>
            <w:hideMark/>
          </w:tcPr>
          <w:p w14:paraId="6A9E85C7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03EC59C0" w14:textId="3BB63205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info.bj@fpsz.net </w:t>
            </w:r>
          </w:p>
        </w:tc>
      </w:tr>
      <w:tr w:rsidR="00644903" w:rsidRPr="00644903" w14:paraId="404138F5" w14:textId="77777777" w:rsidTr="00C553C2">
        <w:trPr>
          <w:trHeight w:val="885"/>
        </w:trPr>
        <w:tc>
          <w:tcPr>
            <w:tcW w:w="1277" w:type="dxa"/>
            <w:hideMark/>
          </w:tcPr>
          <w:p w14:paraId="66ECF333" w14:textId="07510C99" w:rsidR="00EA6479" w:rsidRPr="00EA6479" w:rsidRDefault="00EA6479" w:rsidP="00BA0D3E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2026.04.20. </w:t>
            </w:r>
          </w:p>
        </w:tc>
        <w:tc>
          <w:tcPr>
            <w:tcW w:w="1015" w:type="dxa"/>
            <w:hideMark/>
          </w:tcPr>
          <w:p w14:paraId="2B3AD10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17.10-17.55 </w:t>
            </w:r>
          </w:p>
        </w:tc>
        <w:tc>
          <w:tcPr>
            <w:tcW w:w="2103" w:type="dxa"/>
            <w:hideMark/>
          </w:tcPr>
          <w:p w14:paraId="0A72E4A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FPSZ Beszédjavító Tagintézménye </w:t>
            </w:r>
          </w:p>
          <w:p w14:paraId="74BA709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1077 Budapest </w:t>
            </w:r>
          </w:p>
          <w:p w14:paraId="2F7F661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Izabella u. 12. </w:t>
            </w:r>
          </w:p>
        </w:tc>
        <w:tc>
          <w:tcPr>
            <w:tcW w:w="1674" w:type="dxa"/>
            <w:hideMark/>
          </w:tcPr>
          <w:p w14:paraId="457B8001" w14:textId="77777777" w:rsidR="00EA6479" w:rsidRPr="00EA6479" w:rsidRDefault="00EA6479" w:rsidP="004D3A45">
            <w:pPr>
              <w:jc w:val="both"/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Logopédia </w:t>
            </w:r>
          </w:p>
        </w:tc>
        <w:tc>
          <w:tcPr>
            <w:tcW w:w="2862" w:type="dxa"/>
            <w:hideMark/>
          </w:tcPr>
          <w:p w14:paraId="2DEA7A6F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Beszédhanghibák terápiája  </w:t>
            </w:r>
          </w:p>
          <w:p w14:paraId="1767C686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Vezeti: Pajor Kata </w:t>
            </w:r>
          </w:p>
          <w:p w14:paraId="0337C020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sz w:val="21"/>
                <w:szCs w:val="21"/>
                <w:lang w:val="hu-HU" w:eastAsia="hu-HU"/>
              </w:rPr>
              <w:t>gyógypedagógus-logopédus </w:t>
            </w:r>
          </w:p>
        </w:tc>
        <w:tc>
          <w:tcPr>
            <w:tcW w:w="2770" w:type="dxa"/>
            <w:hideMark/>
          </w:tcPr>
          <w:p w14:paraId="0CD23D02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Terápiaspecifikus módszertan bemutatása </w:t>
            </w:r>
          </w:p>
        </w:tc>
        <w:tc>
          <w:tcPr>
            <w:tcW w:w="1661" w:type="dxa"/>
            <w:hideMark/>
          </w:tcPr>
          <w:p w14:paraId="787B1DBD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Szülők, pedagógusok </w:t>
            </w:r>
          </w:p>
        </w:tc>
        <w:tc>
          <w:tcPr>
            <w:tcW w:w="1030" w:type="dxa"/>
            <w:hideMark/>
          </w:tcPr>
          <w:p w14:paraId="2630CC58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3 fő </w:t>
            </w:r>
          </w:p>
        </w:tc>
        <w:tc>
          <w:tcPr>
            <w:tcW w:w="1845" w:type="dxa"/>
            <w:hideMark/>
          </w:tcPr>
          <w:p w14:paraId="391C1DDE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E-mailben: </w:t>
            </w:r>
          </w:p>
          <w:p w14:paraId="5E4C4894" w14:textId="43F7B1C4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info.bj@fpsz.net </w:t>
            </w:r>
          </w:p>
          <w:p w14:paraId="2F8945A3" w14:textId="77777777" w:rsidR="00EA6479" w:rsidRPr="00EA6479" w:rsidRDefault="00EA6479" w:rsidP="004D3A45">
            <w:pPr>
              <w:textAlignment w:val="baseline"/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</w:pPr>
            <w:r w:rsidRPr="00EA6479">
              <w:rPr>
                <w:rFonts w:asciiTheme="majorHAnsi" w:eastAsia="Times New Roman" w:hAnsiTheme="majorHAnsi" w:cstheme="majorHAnsi"/>
                <w:color w:val="595959" w:themeColor="text1" w:themeTint="A6"/>
                <w:lang w:val="hu-HU" w:eastAsia="hu-HU"/>
              </w:rPr>
              <w:t> </w:t>
            </w:r>
          </w:p>
        </w:tc>
      </w:tr>
    </w:tbl>
    <w:p w14:paraId="60DC2D6C" w14:textId="5CA995DF" w:rsidR="00CF3D66" w:rsidRPr="00644903" w:rsidRDefault="001309B1" w:rsidP="00CC4E12">
      <w:pPr>
        <w:spacing w:after="0"/>
        <w:rPr>
          <w:rFonts w:asciiTheme="majorHAnsi" w:hAnsiTheme="majorHAnsi" w:cstheme="majorHAnsi"/>
          <w:color w:val="000000" w:themeColor="text1"/>
        </w:rPr>
      </w:pPr>
    </w:p>
    <w:sectPr w:rsidR="00CF3D66" w:rsidRPr="00644903" w:rsidSect="00D3439E">
      <w:headerReference w:type="default" r:id="rId31"/>
      <w:footerReference w:type="default" r:id="rId3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4CF7" w14:textId="77777777" w:rsidR="00422FB4" w:rsidRDefault="00422FB4" w:rsidP="00066645">
      <w:pPr>
        <w:spacing w:after="0" w:line="240" w:lineRule="auto"/>
      </w:pPr>
      <w:r>
        <w:separator/>
      </w:r>
    </w:p>
  </w:endnote>
  <w:endnote w:type="continuationSeparator" w:id="0">
    <w:p w14:paraId="5BBBA7E6" w14:textId="77777777" w:rsidR="00422FB4" w:rsidRDefault="00422FB4" w:rsidP="0006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FB39C" w14:textId="4BB5A9F9" w:rsidR="00066645" w:rsidRPr="001B0367" w:rsidRDefault="00066645" w:rsidP="001B0367">
    <w:pPr>
      <w:pStyle w:val="llb"/>
      <w:ind w:left="-1134"/>
      <w:rPr>
        <w:color w:val="AC4CA4"/>
      </w:rPr>
    </w:pP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Felhívjuk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szíves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figyelmüket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,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hogy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a 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rendezvényen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képfelvétel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készülhet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. A 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jelenléti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ív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aláírásával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,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illetve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a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rendezvényen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történő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részvétellel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Önök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megadják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h</w:t>
    </w:r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ozzájárulásukat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a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képfelvétel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 xml:space="preserve"> </w:t>
    </w:r>
    <w:proofErr w:type="spellStart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elkészítéséhez</w:t>
    </w:r>
    <w:proofErr w:type="spellEnd"/>
    <w:r w:rsidRPr="001B0367">
      <w:rPr>
        <w:rStyle w:val="normaltextrun"/>
        <w:rFonts w:ascii="Calibri" w:hAnsi="Calibri" w:cs="Calibri"/>
        <w:b/>
        <w:bCs/>
        <w:color w:val="AC4CA4"/>
        <w:shd w:val="clear" w:color="auto" w:fill="FFFFFF"/>
      </w:rPr>
      <w:t>. </w:t>
    </w:r>
    <w:r w:rsidRPr="001B0367">
      <w:rPr>
        <w:rStyle w:val="eop"/>
        <w:rFonts w:ascii="Calibri" w:hAnsi="Calibri" w:cs="Calibri"/>
        <w:color w:val="AC4CA4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1530" w14:textId="77777777" w:rsidR="00422FB4" w:rsidRDefault="00422FB4" w:rsidP="00066645">
      <w:pPr>
        <w:spacing w:after="0" w:line="240" w:lineRule="auto"/>
      </w:pPr>
      <w:r>
        <w:separator/>
      </w:r>
    </w:p>
  </w:footnote>
  <w:footnote w:type="continuationSeparator" w:id="0">
    <w:p w14:paraId="32249F9E" w14:textId="77777777" w:rsidR="00422FB4" w:rsidRDefault="00422FB4" w:rsidP="00066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9C64" w14:textId="6C547BA8" w:rsidR="00F016F0" w:rsidRPr="00F016F0" w:rsidRDefault="00F016F0" w:rsidP="00F016F0">
    <w:pPr>
      <w:pStyle w:val="lfej"/>
      <w:jc w:val="center"/>
      <w:rPr>
        <w:color w:val="AC4CA4"/>
      </w:rPr>
    </w:pPr>
    <w:proofErr w:type="spellStart"/>
    <w:r w:rsidRPr="00F016F0">
      <w:rPr>
        <w:rStyle w:val="normaltextrun"/>
        <w:rFonts w:ascii="Calibri" w:hAnsi="Calibri" w:cs="Calibri"/>
        <w:b/>
        <w:bCs/>
        <w:color w:val="AC4CA4"/>
        <w:sz w:val="28"/>
        <w:szCs w:val="28"/>
        <w:shd w:val="clear" w:color="auto" w:fill="FFFFFF"/>
      </w:rPr>
      <w:t>Közösen</w:t>
    </w:r>
    <w:proofErr w:type="spellEnd"/>
    <w:r w:rsidRPr="00F016F0">
      <w:rPr>
        <w:rStyle w:val="normaltextrun"/>
        <w:rFonts w:ascii="Calibri" w:hAnsi="Calibri" w:cs="Calibri"/>
        <w:b/>
        <w:bCs/>
        <w:color w:val="AC4CA4"/>
        <w:sz w:val="28"/>
        <w:szCs w:val="28"/>
        <w:shd w:val="clear" w:color="auto" w:fill="FFFFFF"/>
      </w:rPr>
      <w:t xml:space="preserve"> a </w:t>
    </w:r>
    <w:proofErr w:type="spellStart"/>
    <w:r w:rsidRPr="00F016F0">
      <w:rPr>
        <w:rStyle w:val="normaltextrun"/>
        <w:rFonts w:ascii="Calibri" w:hAnsi="Calibri" w:cs="Calibri"/>
        <w:b/>
        <w:bCs/>
        <w:color w:val="AC4CA4"/>
        <w:sz w:val="28"/>
        <w:szCs w:val="28"/>
        <w:shd w:val="clear" w:color="auto" w:fill="FFFFFF"/>
      </w:rPr>
      <w:t>fejlődés</w:t>
    </w:r>
    <w:proofErr w:type="spellEnd"/>
    <w:r w:rsidRPr="00F016F0">
      <w:rPr>
        <w:rStyle w:val="normaltextrun"/>
        <w:rFonts w:ascii="Calibri" w:hAnsi="Calibri" w:cs="Calibri"/>
        <w:b/>
        <w:bCs/>
        <w:color w:val="AC4CA4"/>
        <w:sz w:val="28"/>
        <w:szCs w:val="28"/>
        <w:shd w:val="clear" w:color="auto" w:fill="FFFFFF"/>
      </w:rPr>
      <w:t xml:space="preserve"> </w:t>
    </w:r>
    <w:proofErr w:type="spellStart"/>
    <w:r w:rsidRPr="00F016F0">
      <w:rPr>
        <w:rStyle w:val="normaltextrun"/>
        <w:rFonts w:ascii="Calibri" w:hAnsi="Calibri" w:cs="Calibri"/>
        <w:b/>
        <w:bCs/>
        <w:color w:val="AC4CA4"/>
        <w:sz w:val="28"/>
        <w:szCs w:val="28"/>
        <w:shd w:val="clear" w:color="auto" w:fill="FFFFFF"/>
      </w:rPr>
      <w:t>útján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F81525"/>
    <w:multiLevelType w:val="multilevel"/>
    <w:tmpl w:val="AEEAB602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32FE0"/>
    <w:multiLevelType w:val="hybridMultilevel"/>
    <w:tmpl w:val="4790BCDC"/>
    <w:lvl w:ilvl="0" w:tplc="BEBE0F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02736"/>
    <w:multiLevelType w:val="hybridMultilevel"/>
    <w:tmpl w:val="C726A1DC"/>
    <w:lvl w:ilvl="0" w:tplc="B94AE4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C2E85"/>
    <w:multiLevelType w:val="hybridMultilevel"/>
    <w:tmpl w:val="62DE58C8"/>
    <w:lvl w:ilvl="0" w:tplc="50B6E8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4CA3"/>
    <w:rsid w:val="0006063C"/>
    <w:rsid w:val="00066645"/>
    <w:rsid w:val="0009178C"/>
    <w:rsid w:val="00127A1C"/>
    <w:rsid w:val="001309B1"/>
    <w:rsid w:val="0015074B"/>
    <w:rsid w:val="00172E42"/>
    <w:rsid w:val="001B0367"/>
    <w:rsid w:val="0029639D"/>
    <w:rsid w:val="002A55EA"/>
    <w:rsid w:val="002E0FB2"/>
    <w:rsid w:val="00300C47"/>
    <w:rsid w:val="00307E8B"/>
    <w:rsid w:val="0031340F"/>
    <w:rsid w:val="00326F90"/>
    <w:rsid w:val="00344742"/>
    <w:rsid w:val="003A1D56"/>
    <w:rsid w:val="003C1DA1"/>
    <w:rsid w:val="003D5BC2"/>
    <w:rsid w:val="004064A5"/>
    <w:rsid w:val="00414C07"/>
    <w:rsid w:val="00422FB4"/>
    <w:rsid w:val="004638FA"/>
    <w:rsid w:val="004824FA"/>
    <w:rsid w:val="004C644C"/>
    <w:rsid w:val="004D3A45"/>
    <w:rsid w:val="00644903"/>
    <w:rsid w:val="00660E33"/>
    <w:rsid w:val="006906C8"/>
    <w:rsid w:val="006C7976"/>
    <w:rsid w:val="006D6DDE"/>
    <w:rsid w:val="007F2803"/>
    <w:rsid w:val="009106A8"/>
    <w:rsid w:val="009117EE"/>
    <w:rsid w:val="009644EF"/>
    <w:rsid w:val="00970845"/>
    <w:rsid w:val="00A14D13"/>
    <w:rsid w:val="00A20846"/>
    <w:rsid w:val="00A22592"/>
    <w:rsid w:val="00A738EA"/>
    <w:rsid w:val="00A92F05"/>
    <w:rsid w:val="00AA1D8D"/>
    <w:rsid w:val="00AB63C4"/>
    <w:rsid w:val="00B434A4"/>
    <w:rsid w:val="00B47730"/>
    <w:rsid w:val="00B921E6"/>
    <w:rsid w:val="00BA0D3E"/>
    <w:rsid w:val="00BB08E1"/>
    <w:rsid w:val="00BC1C31"/>
    <w:rsid w:val="00BF61C2"/>
    <w:rsid w:val="00C21BBA"/>
    <w:rsid w:val="00C45E6A"/>
    <w:rsid w:val="00C553C2"/>
    <w:rsid w:val="00C74E31"/>
    <w:rsid w:val="00C86621"/>
    <w:rsid w:val="00C878C2"/>
    <w:rsid w:val="00CB0664"/>
    <w:rsid w:val="00CC4E12"/>
    <w:rsid w:val="00CD3CE1"/>
    <w:rsid w:val="00CD5DAC"/>
    <w:rsid w:val="00CE2668"/>
    <w:rsid w:val="00CF4BA2"/>
    <w:rsid w:val="00D4155D"/>
    <w:rsid w:val="00D75C9D"/>
    <w:rsid w:val="00DB0E81"/>
    <w:rsid w:val="00DD4568"/>
    <w:rsid w:val="00EA6479"/>
    <w:rsid w:val="00EB78CC"/>
    <w:rsid w:val="00EC1628"/>
    <w:rsid w:val="00ED1265"/>
    <w:rsid w:val="00F00476"/>
    <w:rsid w:val="00F016F0"/>
    <w:rsid w:val="00F9009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F54BED"/>
  <w14:defaultImageDpi w14:val="300"/>
  <w15:docId w15:val="{2053F6DD-EC36-4B4C-AEDD-761D97C3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paragraph">
    <w:name w:val="paragraph"/>
    <w:basedOn w:val="Norml"/>
    <w:rsid w:val="00EB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normaltextrun">
    <w:name w:val="normaltextrun"/>
    <w:basedOn w:val="Bekezdsalapbettpusa"/>
    <w:rsid w:val="00EB78CC"/>
  </w:style>
  <w:style w:type="character" w:customStyle="1" w:styleId="eop">
    <w:name w:val="eop"/>
    <w:basedOn w:val="Bekezdsalapbettpusa"/>
    <w:rsid w:val="00EB78CC"/>
  </w:style>
  <w:style w:type="character" w:styleId="Hiperhivatkozs">
    <w:name w:val="Hyperlink"/>
    <w:basedOn w:val="Bekezdsalapbettpusa"/>
    <w:uiPriority w:val="99"/>
    <w:unhideWhenUsed/>
    <w:rsid w:val="00EB78C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B78CC"/>
    <w:rPr>
      <w:color w:val="605E5C"/>
      <w:shd w:val="clear" w:color="auto" w:fill="E1DFDD"/>
    </w:rPr>
  </w:style>
  <w:style w:type="character" w:customStyle="1" w:styleId="scxw218241176">
    <w:name w:val="scxw218241176"/>
    <w:basedOn w:val="Bekezdsalapbettpusa"/>
    <w:rsid w:val="00EA6479"/>
  </w:style>
  <w:style w:type="character" w:customStyle="1" w:styleId="scxw228828853">
    <w:name w:val="scxw228828853"/>
    <w:basedOn w:val="Bekezdsalapbettpusa"/>
    <w:rsid w:val="00127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7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8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5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8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4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0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4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5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4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8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0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8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9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9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2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0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5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9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8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9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6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1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7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0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4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7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5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4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4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3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2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3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8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1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3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2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9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3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5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4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7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7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0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4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6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5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3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5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6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8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6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9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7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1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4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3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7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9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0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3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9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4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8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7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7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6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8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6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1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2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5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7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1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2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9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2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2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5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9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3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4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5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3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3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4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2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6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9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1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1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5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9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9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4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1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3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6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0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3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2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0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4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4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6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6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4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5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1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7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4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8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7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0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8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3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5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3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3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9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0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4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1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7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9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6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9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2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4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5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6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9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1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7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5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3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7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2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6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9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8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6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7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2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9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3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7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0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0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5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2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7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lahne.rados.eva.03@fpsz.net" TargetMode="External"/><Relationship Id="rId18" Type="http://schemas.openxmlformats.org/officeDocument/2006/relationships/hyperlink" Target="mailto:szajko.timea.07@fpsz.net" TargetMode="External"/><Relationship Id="rId26" Type="http://schemas.openxmlformats.org/officeDocument/2006/relationships/hyperlink" Target="mailto:info.22@fpsz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.21@fpsz.ne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nemeth.krisztina.03@fpsz" TargetMode="External"/><Relationship Id="rId17" Type="http://schemas.openxmlformats.org/officeDocument/2006/relationships/hyperlink" Target="mailto:ulveczki.anna.07@fpsz.net" TargetMode="External"/><Relationship Id="rId25" Type="http://schemas.openxmlformats.org/officeDocument/2006/relationships/hyperlink" Target="mailto:info.21@fpsz.net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uharos.rita.07@fpsz.net" TargetMode="External"/><Relationship Id="rId20" Type="http://schemas.openxmlformats.org/officeDocument/2006/relationships/hyperlink" Target="https://www.google.com/maps/place/data=!4m2!3m1!1s0x4741c4e4eba46f17:0xa6d62f31d3985945?sa=X&amp;ved=1t:8290&amp;ictx=111" TargetMode="External"/><Relationship Id="rId29" Type="http://schemas.openxmlformats.org/officeDocument/2006/relationships/hyperlink" Target="mailto:info.22@fpsz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lacsine.mikoczy.timea.03@fpsz.net" TargetMode="External"/><Relationship Id="rId24" Type="http://schemas.openxmlformats.org/officeDocument/2006/relationships/hyperlink" Target="mailto:info.21@fpsz.net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imon.magdolna.07@fpsz.net" TargetMode="External"/><Relationship Id="rId23" Type="http://schemas.openxmlformats.org/officeDocument/2006/relationships/hyperlink" Target="mailto:info.21@fpsz.net" TargetMode="External"/><Relationship Id="rId28" Type="http://schemas.openxmlformats.org/officeDocument/2006/relationships/hyperlink" Target="mailto:fekete.aliz.22@fpsz.net" TargetMode="External"/><Relationship Id="rId10" Type="http://schemas.openxmlformats.org/officeDocument/2006/relationships/hyperlink" Target="mailto:seltenreich.zorka.03@fpsz.net" TargetMode="External"/><Relationship Id="rId19" Type="http://schemas.openxmlformats.org/officeDocument/2006/relationships/hyperlink" Target="mailto:pajor.agnes.07@fpsz.net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oros.emese.03@fpsz.net" TargetMode="External"/><Relationship Id="rId14" Type="http://schemas.openxmlformats.org/officeDocument/2006/relationships/hyperlink" Target="mailto:meinhardtne.gubicza.maria.03@fpsz.net" TargetMode="External"/><Relationship Id="rId22" Type="http://schemas.openxmlformats.org/officeDocument/2006/relationships/hyperlink" Target="mailto:info.21@fpsz.net" TargetMode="External"/><Relationship Id="rId27" Type="http://schemas.openxmlformats.org/officeDocument/2006/relationships/hyperlink" Target="mailto:info.22@fpsz.net" TargetMode="External"/><Relationship Id="rId30" Type="http://schemas.openxmlformats.org/officeDocument/2006/relationships/hyperlink" Target="mailto:info.22@fpsz.net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5652</Words>
  <Characters>39005</Characters>
  <Application>Microsoft Office Word</Application>
  <DocSecurity>0</DocSecurity>
  <Lines>325</Lines>
  <Paragraphs>89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Dombóvári Ildikó Szilvia</cp:lastModifiedBy>
  <cp:revision>2</cp:revision>
  <dcterms:created xsi:type="dcterms:W3CDTF">2026-03-30T19:32:00Z</dcterms:created>
  <dcterms:modified xsi:type="dcterms:W3CDTF">2026-03-30T19:32:00Z</dcterms:modified>
  <cp:category/>
</cp:coreProperties>
</file>