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97357" w14:textId="2DD07B92" w:rsidR="003C1DA1" w:rsidRDefault="00E11BF7">
      <w:pPr>
        <w:rPr>
          <w:rFonts w:asciiTheme="majorHAnsi" w:hAnsiTheme="majorHAnsi" w:cstheme="majorHAnsi"/>
          <w:b/>
          <w:bCs/>
          <w:color w:val="AC4CA4"/>
          <w:sz w:val="24"/>
          <w:szCs w:val="24"/>
        </w:rPr>
      </w:pPr>
      <w:r>
        <w:rPr>
          <w:rFonts w:asciiTheme="majorHAnsi" w:hAnsiTheme="majorHAnsi" w:cstheme="majorHAnsi"/>
          <w:b/>
          <w:bCs/>
          <w:noProof/>
          <w:color w:val="AC4CA4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2168D5" wp14:editId="37E29251">
            <wp:simplePos x="0" y="0"/>
            <wp:positionH relativeFrom="page">
              <wp:align>left</wp:align>
            </wp:positionH>
            <wp:positionV relativeFrom="paragraph">
              <wp:posOffset>-622088</wp:posOffset>
            </wp:positionV>
            <wp:extent cx="10680437" cy="7539990"/>
            <wp:effectExtent l="0" t="0" r="6985" b="3810"/>
            <wp:wrapNone/>
            <wp:docPr id="182843030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430305" name="Kép 182843030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80437" cy="753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1DA1">
        <w:rPr>
          <w:rFonts w:asciiTheme="majorHAnsi" w:hAnsiTheme="majorHAnsi" w:cstheme="majorHAnsi"/>
          <w:b/>
          <w:bCs/>
          <w:color w:val="AC4CA4"/>
          <w:sz w:val="24"/>
          <w:szCs w:val="24"/>
        </w:rPr>
        <w:br w:type="page"/>
      </w:r>
    </w:p>
    <w:tbl>
      <w:tblPr>
        <w:tblStyle w:val="Rcsostblzat"/>
        <w:tblW w:w="16095" w:type="dxa"/>
        <w:tblInd w:w="-1139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60"/>
        <w:gridCol w:w="1275"/>
        <w:gridCol w:w="1843"/>
        <w:gridCol w:w="1674"/>
        <w:gridCol w:w="2153"/>
        <w:gridCol w:w="2345"/>
        <w:gridCol w:w="1661"/>
        <w:gridCol w:w="956"/>
        <w:gridCol w:w="2628"/>
      </w:tblGrid>
      <w:tr w:rsidR="00644903" w:rsidRPr="00644903" w14:paraId="7FC0D131" w14:textId="77777777" w:rsidTr="00A425D3">
        <w:trPr>
          <w:trHeight w:val="300"/>
        </w:trPr>
        <w:tc>
          <w:tcPr>
            <w:tcW w:w="1560" w:type="dxa"/>
            <w:shd w:val="clear" w:color="auto" w:fill="B9DD46"/>
            <w:vAlign w:val="center"/>
            <w:hideMark/>
          </w:tcPr>
          <w:p w14:paraId="0076F581" w14:textId="56F6BDE1" w:rsidR="00127A1C" w:rsidRPr="004F40D0" w:rsidRDefault="00127A1C" w:rsidP="00800A09">
            <w:pPr>
              <w:ind w:left="175"/>
              <w:jc w:val="center"/>
              <w:textAlignment w:val="baseline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4F40D0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lastRenderedPageBreak/>
              <w:t>Dátum</w:t>
            </w:r>
          </w:p>
        </w:tc>
        <w:tc>
          <w:tcPr>
            <w:tcW w:w="1275" w:type="dxa"/>
            <w:shd w:val="clear" w:color="auto" w:fill="B9DD46"/>
            <w:vAlign w:val="center"/>
            <w:hideMark/>
          </w:tcPr>
          <w:p w14:paraId="6EB4F807" w14:textId="52DF3D6C" w:rsidR="00127A1C" w:rsidRPr="004F40D0" w:rsidRDefault="00127A1C" w:rsidP="004D3A45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4F40D0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Időpont</w:t>
            </w:r>
          </w:p>
        </w:tc>
        <w:tc>
          <w:tcPr>
            <w:tcW w:w="1843" w:type="dxa"/>
            <w:shd w:val="clear" w:color="auto" w:fill="B9DD46"/>
            <w:vAlign w:val="center"/>
            <w:hideMark/>
          </w:tcPr>
          <w:p w14:paraId="2F9C29A7" w14:textId="59444C86" w:rsidR="00127A1C" w:rsidRPr="004F40D0" w:rsidRDefault="00127A1C" w:rsidP="004D3A45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4F40D0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Helyszín</w:t>
            </w:r>
          </w:p>
        </w:tc>
        <w:tc>
          <w:tcPr>
            <w:tcW w:w="1674" w:type="dxa"/>
            <w:shd w:val="clear" w:color="auto" w:fill="B9DD46"/>
            <w:vAlign w:val="center"/>
            <w:hideMark/>
          </w:tcPr>
          <w:p w14:paraId="14F6B5A0" w14:textId="2C3886EC" w:rsidR="00127A1C" w:rsidRPr="004F40D0" w:rsidRDefault="00127A1C" w:rsidP="004D3A45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4F40D0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Szakterület</w:t>
            </w:r>
          </w:p>
        </w:tc>
        <w:tc>
          <w:tcPr>
            <w:tcW w:w="2153" w:type="dxa"/>
            <w:shd w:val="clear" w:color="auto" w:fill="B9DD46"/>
            <w:vAlign w:val="center"/>
            <w:hideMark/>
          </w:tcPr>
          <w:p w14:paraId="57A27950" w14:textId="0F9CE833" w:rsidR="00127A1C" w:rsidRPr="004F40D0" w:rsidRDefault="00127A1C" w:rsidP="004D3A45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4F40D0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Program megnevezése</w:t>
            </w:r>
          </w:p>
        </w:tc>
        <w:tc>
          <w:tcPr>
            <w:tcW w:w="2345" w:type="dxa"/>
            <w:shd w:val="clear" w:color="auto" w:fill="B9DD46"/>
            <w:vAlign w:val="center"/>
            <w:hideMark/>
          </w:tcPr>
          <w:p w14:paraId="0F14E920" w14:textId="1184A58D" w:rsidR="00127A1C" w:rsidRPr="004F40D0" w:rsidRDefault="00127A1C" w:rsidP="004D3A45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4F40D0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Rövid leírás</w:t>
            </w:r>
          </w:p>
        </w:tc>
        <w:tc>
          <w:tcPr>
            <w:tcW w:w="1661" w:type="dxa"/>
            <w:shd w:val="clear" w:color="auto" w:fill="B9DD46"/>
            <w:vAlign w:val="center"/>
            <w:hideMark/>
          </w:tcPr>
          <w:p w14:paraId="30403C27" w14:textId="28CFCE77" w:rsidR="00127A1C" w:rsidRPr="004F40D0" w:rsidRDefault="00127A1C" w:rsidP="004D3A45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4F40D0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Célcsoport</w:t>
            </w:r>
          </w:p>
        </w:tc>
        <w:tc>
          <w:tcPr>
            <w:tcW w:w="956" w:type="dxa"/>
            <w:shd w:val="clear" w:color="auto" w:fill="B9DD46"/>
            <w:vAlign w:val="center"/>
            <w:hideMark/>
          </w:tcPr>
          <w:p w14:paraId="2B50819B" w14:textId="47308691" w:rsidR="00127A1C" w:rsidRPr="004F40D0" w:rsidRDefault="00127A1C" w:rsidP="004D3A45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4F40D0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Férőhely</w:t>
            </w:r>
          </w:p>
        </w:tc>
        <w:tc>
          <w:tcPr>
            <w:tcW w:w="2628" w:type="dxa"/>
            <w:shd w:val="clear" w:color="auto" w:fill="B9DD46"/>
            <w:vAlign w:val="center"/>
            <w:hideMark/>
          </w:tcPr>
          <w:p w14:paraId="4A88DE31" w14:textId="2BA752A0" w:rsidR="00127A1C" w:rsidRPr="004F40D0" w:rsidRDefault="00127A1C" w:rsidP="004D3A45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4F40D0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Jelentkezés módja</w:t>
            </w:r>
          </w:p>
        </w:tc>
      </w:tr>
      <w:tr w:rsidR="00EC4D6D" w:rsidRPr="000A7B5D" w14:paraId="744B275D" w14:textId="77777777" w:rsidTr="00A425D3">
        <w:tblPrEx>
          <w:tblCellMar>
            <w:left w:w="108" w:type="dxa"/>
            <w:right w:w="108" w:type="dxa"/>
          </w:tblCellMar>
        </w:tblPrEx>
        <w:trPr>
          <w:trHeight w:val="2957"/>
        </w:trPr>
        <w:tc>
          <w:tcPr>
            <w:tcW w:w="1560" w:type="dxa"/>
            <w:vMerge w:val="restart"/>
            <w:vAlign w:val="center"/>
          </w:tcPr>
          <w:p w14:paraId="19FBD6EA" w14:textId="77777777" w:rsidR="00EC4D6D" w:rsidRPr="001375B2" w:rsidRDefault="00EC4D6D" w:rsidP="00800A09">
            <w:pPr>
              <w:ind w:left="175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2026.10.20.</w:t>
            </w:r>
          </w:p>
        </w:tc>
        <w:tc>
          <w:tcPr>
            <w:tcW w:w="1275" w:type="dxa"/>
            <w:vAlign w:val="center"/>
          </w:tcPr>
          <w:p w14:paraId="6D709211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9:00-10:00</w:t>
            </w:r>
          </w:p>
        </w:tc>
        <w:tc>
          <w:tcPr>
            <w:tcW w:w="1843" w:type="dxa"/>
            <w:vMerge w:val="restart"/>
            <w:vAlign w:val="center"/>
          </w:tcPr>
          <w:p w14:paraId="12A085D2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Fővárosi Pedagógiai Szakszolgálat</w:t>
            </w:r>
          </w:p>
          <w:p w14:paraId="333A95A4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Korai Fejlesztési Centrum és Tanácsadó Szakmai Központ</w:t>
            </w:r>
          </w:p>
          <w:p w14:paraId="698B91F0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1077 Budapest, Izabella utca 1.</w:t>
            </w:r>
          </w:p>
        </w:tc>
        <w:tc>
          <w:tcPr>
            <w:tcW w:w="1674" w:type="dxa"/>
            <w:vMerge w:val="restart"/>
            <w:vAlign w:val="center"/>
          </w:tcPr>
          <w:p w14:paraId="2A6A8A77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korai fejlesztés</w:t>
            </w:r>
          </w:p>
        </w:tc>
        <w:tc>
          <w:tcPr>
            <w:tcW w:w="2153" w:type="dxa"/>
            <w:vMerge w:val="restart"/>
            <w:vAlign w:val="center"/>
          </w:tcPr>
          <w:p w14:paraId="544ECEBF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ÉRZÉKELNI, KAPCSOLÓDNI, MEGNYUGODNI</w:t>
            </w:r>
          </w:p>
          <w:p w14:paraId="6E5E5538" w14:textId="77777777" w:rsidR="00EC4D6D" w:rsidRPr="00252D24" w:rsidRDefault="00EC4D6D" w:rsidP="001375B2">
            <w:pP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252D24"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595959" w:themeColor="text1" w:themeTint="A6"/>
                <w:sz w:val="21"/>
                <w:szCs w:val="21"/>
                <w:lang w:val="hu-HU" w:eastAsia="hu-HU"/>
              </w:rPr>
              <w:t>Multiszenzoros élmények hétköznapi eszközökkel a korai életszakaszban</w:t>
            </w:r>
          </w:p>
          <w:p w14:paraId="33F82B66" w14:textId="77777777" w:rsidR="00EC4D6D" w:rsidRPr="00252D24" w:rsidRDefault="00EC4D6D" w:rsidP="001375B2">
            <w:pPr>
              <w:rPr>
                <w:rFonts w:asciiTheme="majorHAnsi" w:eastAsia="Times New Roman" w:hAnsiTheme="majorHAnsi" w:cstheme="majorHAnsi"/>
                <w:i/>
                <w:iCs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252D24">
              <w:rPr>
                <w:rFonts w:asciiTheme="majorHAnsi" w:eastAsia="Times New Roman" w:hAnsiTheme="majorHAnsi" w:cstheme="majorHAnsi"/>
                <w:i/>
                <w:iCs/>
                <w:color w:val="595959" w:themeColor="text1" w:themeTint="A6"/>
                <w:sz w:val="21"/>
                <w:szCs w:val="21"/>
                <w:lang w:val="hu-HU" w:eastAsia="hu-HU"/>
              </w:rPr>
              <w:t>Szakmai műhely</w:t>
            </w:r>
          </w:p>
          <w:p w14:paraId="52A5AAD1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2345" w:type="dxa"/>
            <w:vMerge w:val="restart"/>
            <w:vAlign w:val="center"/>
          </w:tcPr>
          <w:p w14:paraId="3896E7B2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 xml:space="preserve">A szakmai műhely a </w:t>
            </w:r>
            <w:r w:rsidRPr="001375B2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multiszenzoros stimuláció korai életszakaszban való alkalmazásába</w:t>
            </w: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 xml:space="preserve"> nyújt elméleti és gyakorlati betekintést. Bemutatjuk, hogyan támogatható a szenzoros tapasztalatszerzés, a szabályozás, a megnyugvás és a kapcsolódás </w:t>
            </w:r>
            <w:r w:rsidRPr="001375B2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egyszerű, hétköznapi eszközökkel</w:t>
            </w: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 xml:space="preserve">, speciális </w:t>
            </w:r>
            <w:proofErr w:type="spellStart"/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Snoezelen</w:t>
            </w:r>
            <w:proofErr w:type="spellEnd"/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-szoba nélkül. A résztvevők saját élményű gyakorlatokon keresztül tapasztalhatják meg a fények, hangok, textúrák és mozgás tudatos alkalmazásának lehetőségeit.</w:t>
            </w:r>
          </w:p>
        </w:tc>
        <w:tc>
          <w:tcPr>
            <w:tcW w:w="1661" w:type="dxa"/>
            <w:vMerge w:val="restart"/>
            <w:vAlign w:val="center"/>
          </w:tcPr>
          <w:p w14:paraId="1043745B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Gyógypedagógusok és gyógypedagógus-hallgatók, pedagógusok, óvodapedagógusok, védőnők, kisgyermeknevelők, valamint a Fővárosi Pedagógiai Szakszolgálat tagintézményeinek delegált szakemberei.</w:t>
            </w:r>
          </w:p>
        </w:tc>
        <w:tc>
          <w:tcPr>
            <w:tcW w:w="956" w:type="dxa"/>
            <w:vAlign w:val="center"/>
          </w:tcPr>
          <w:p w14:paraId="06D36EA0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25 fő</w:t>
            </w:r>
          </w:p>
        </w:tc>
        <w:tc>
          <w:tcPr>
            <w:tcW w:w="2628" w:type="dxa"/>
            <w:vAlign w:val="center"/>
          </w:tcPr>
          <w:p w14:paraId="7847A000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E-mailben:</w:t>
            </w:r>
          </w:p>
          <w:p w14:paraId="6ED222D3" w14:textId="46D803DC" w:rsidR="00EC4D6D" w:rsidRPr="004F40D0" w:rsidRDefault="004F40D0" w:rsidP="001375B2">
            <w:pPr>
              <w:rPr>
                <w:rStyle w:val="Hiperhivatkozs"/>
                <w:rFonts w:asciiTheme="majorHAnsi" w:eastAsia="Times New Roman" w:hAnsiTheme="majorHAnsi" w:cstheme="majorHAnsi"/>
                <w:sz w:val="21"/>
                <w:szCs w:val="21"/>
                <w:lang w:val="hu-HU" w:eastAsia="hu-HU"/>
              </w:rPr>
            </w:pP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fldChar w:fldCharType="begin"/>
            </w: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instrText>HYPERLINK "mailto:biro.rita.zsofia.kp@fpsz.net"</w:instrText>
            </w: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fldChar w:fldCharType="separate"/>
            </w:r>
            <w:r w:rsidR="00EC4D6D" w:rsidRPr="004F40D0">
              <w:rPr>
                <w:rStyle w:val="Hiperhivatkozs"/>
                <w:rFonts w:asciiTheme="majorHAnsi" w:hAnsiTheme="majorHAnsi" w:cstheme="majorHAnsi"/>
                <w:sz w:val="21"/>
                <w:szCs w:val="21"/>
                <w:lang w:val="hu-HU" w:eastAsia="hu-HU"/>
              </w:rPr>
              <w:t>biro.rita.zsofia.kp@fpsz.net</w:t>
            </w:r>
          </w:p>
          <w:p w14:paraId="0E8ED830" w14:textId="00B73497" w:rsidR="00EC4D6D" w:rsidRPr="001375B2" w:rsidRDefault="004F40D0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fldChar w:fldCharType="end"/>
            </w:r>
            <w:r w:rsidR="00EC4D6D"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Kérjük, a jelentkezésél jelöljék meg az időpontot: 9:00-10:00</w:t>
            </w:r>
          </w:p>
          <w:p w14:paraId="190873B2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</w:tr>
      <w:tr w:rsidR="00EC4D6D" w:rsidRPr="000A7B5D" w14:paraId="001BB658" w14:textId="77777777" w:rsidTr="00A425D3">
        <w:tblPrEx>
          <w:tblCellMar>
            <w:left w:w="108" w:type="dxa"/>
            <w:right w:w="108" w:type="dxa"/>
          </w:tblCellMar>
        </w:tblPrEx>
        <w:trPr>
          <w:trHeight w:val="3240"/>
        </w:trPr>
        <w:tc>
          <w:tcPr>
            <w:tcW w:w="1560" w:type="dxa"/>
            <w:vMerge/>
            <w:vAlign w:val="center"/>
          </w:tcPr>
          <w:p w14:paraId="0232015E" w14:textId="77777777" w:rsidR="00EC4D6D" w:rsidRPr="001375B2" w:rsidRDefault="00EC4D6D" w:rsidP="00800A09">
            <w:pPr>
              <w:ind w:left="175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1275" w:type="dxa"/>
            <w:vAlign w:val="center"/>
          </w:tcPr>
          <w:p w14:paraId="536B19E3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11:00-12:00</w:t>
            </w:r>
          </w:p>
        </w:tc>
        <w:tc>
          <w:tcPr>
            <w:tcW w:w="1843" w:type="dxa"/>
            <w:vMerge/>
            <w:vAlign w:val="center"/>
          </w:tcPr>
          <w:p w14:paraId="4ECCEFC9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1674" w:type="dxa"/>
            <w:vMerge/>
            <w:vAlign w:val="center"/>
          </w:tcPr>
          <w:p w14:paraId="2717C617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2153" w:type="dxa"/>
            <w:vMerge/>
            <w:vAlign w:val="center"/>
          </w:tcPr>
          <w:p w14:paraId="5617328D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2345" w:type="dxa"/>
            <w:vMerge/>
            <w:vAlign w:val="center"/>
          </w:tcPr>
          <w:p w14:paraId="52FB2F07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1661" w:type="dxa"/>
            <w:vMerge/>
            <w:vAlign w:val="center"/>
          </w:tcPr>
          <w:p w14:paraId="0947F74A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956" w:type="dxa"/>
            <w:vAlign w:val="center"/>
          </w:tcPr>
          <w:p w14:paraId="28E679E5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25 fő</w:t>
            </w:r>
          </w:p>
        </w:tc>
        <w:tc>
          <w:tcPr>
            <w:tcW w:w="2628" w:type="dxa"/>
            <w:vAlign w:val="center"/>
          </w:tcPr>
          <w:p w14:paraId="2CDF1FE2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E-mailben:</w:t>
            </w:r>
          </w:p>
          <w:p w14:paraId="06D6E4D7" w14:textId="3C61F472" w:rsidR="00EC4D6D" w:rsidRPr="004F40D0" w:rsidRDefault="004F40D0" w:rsidP="001375B2">
            <w:pPr>
              <w:rPr>
                <w:rStyle w:val="Hiperhivatkozs"/>
                <w:rFonts w:asciiTheme="majorHAnsi" w:eastAsia="Times New Roman" w:hAnsiTheme="majorHAnsi" w:cstheme="majorHAnsi"/>
                <w:sz w:val="21"/>
                <w:szCs w:val="21"/>
                <w:lang w:val="hu-HU" w:eastAsia="hu-HU"/>
              </w:rPr>
            </w:pP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fldChar w:fldCharType="begin"/>
            </w: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instrText>HYPERLINK "mailto:biro.rita.zsofia.kp@fpsz.net"</w:instrText>
            </w: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fldChar w:fldCharType="separate"/>
            </w:r>
            <w:r w:rsidR="00EC4D6D" w:rsidRPr="004F40D0">
              <w:rPr>
                <w:rStyle w:val="Hiperhivatkozs"/>
                <w:rFonts w:asciiTheme="majorHAnsi" w:hAnsiTheme="majorHAnsi" w:cstheme="majorHAnsi"/>
                <w:sz w:val="21"/>
                <w:szCs w:val="21"/>
                <w:lang w:val="hu-HU" w:eastAsia="hu-HU"/>
              </w:rPr>
              <w:t>biro.rita.zsofia.kp@fpsz.net</w:t>
            </w:r>
          </w:p>
          <w:p w14:paraId="7D15C75F" w14:textId="11444C5A" w:rsidR="00EC4D6D" w:rsidRPr="001375B2" w:rsidRDefault="004F40D0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>
              <w:rPr>
                <w:rFonts w:asciiTheme="majorHAnsi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fldChar w:fldCharType="end"/>
            </w:r>
          </w:p>
          <w:p w14:paraId="478E7B5A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Kérjük, a jelentkezésél jelöljék meg az időpontot: 11:00-12:00</w:t>
            </w:r>
          </w:p>
          <w:p w14:paraId="401EFEA4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</w:tr>
      <w:tr w:rsidR="00EC4D6D" w:rsidRPr="000A7B5D" w14:paraId="49B7C158" w14:textId="77777777" w:rsidTr="00A425D3">
        <w:tblPrEx>
          <w:tblCellMar>
            <w:left w:w="108" w:type="dxa"/>
            <w:right w:w="108" w:type="dxa"/>
          </w:tblCellMar>
        </w:tblPrEx>
        <w:trPr>
          <w:trHeight w:val="2676"/>
        </w:trPr>
        <w:tc>
          <w:tcPr>
            <w:tcW w:w="1560" w:type="dxa"/>
            <w:vAlign w:val="center"/>
          </w:tcPr>
          <w:p w14:paraId="422EFC80" w14:textId="77777777" w:rsidR="00EC4D6D" w:rsidRPr="001375B2" w:rsidRDefault="00EC4D6D" w:rsidP="00800A09">
            <w:pPr>
              <w:ind w:left="175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2026.10.21.</w:t>
            </w:r>
          </w:p>
        </w:tc>
        <w:tc>
          <w:tcPr>
            <w:tcW w:w="1275" w:type="dxa"/>
            <w:vAlign w:val="center"/>
          </w:tcPr>
          <w:p w14:paraId="1F998CA0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14:00-16:00</w:t>
            </w:r>
          </w:p>
        </w:tc>
        <w:tc>
          <w:tcPr>
            <w:tcW w:w="1843" w:type="dxa"/>
            <w:vAlign w:val="center"/>
          </w:tcPr>
          <w:p w14:paraId="60B49AFC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Fővárosi Pedagógiai Szakszolgálat</w:t>
            </w:r>
          </w:p>
          <w:p w14:paraId="0BAA8C9E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 xml:space="preserve">Székhely Szakértői Bizottság </w:t>
            </w:r>
          </w:p>
          <w:p w14:paraId="28E13F6C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1141 Budapest, Mogyoródi út 128.</w:t>
            </w:r>
          </w:p>
          <w:p w14:paraId="644AEAA6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1674" w:type="dxa"/>
            <w:vAlign w:val="center"/>
          </w:tcPr>
          <w:p w14:paraId="2918C908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szakértői bizottsági tevékenység</w:t>
            </w:r>
          </w:p>
          <w:p w14:paraId="36E512DF" w14:textId="77777777" w:rsidR="00EC4D6D" w:rsidRPr="001375B2" w:rsidRDefault="00EC4D6D" w:rsidP="001375B2">
            <w:pPr>
              <w:pStyle w:val="Csakszveg"/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lang w:eastAsia="hu-HU"/>
              </w:rPr>
            </w:pPr>
          </w:p>
        </w:tc>
        <w:tc>
          <w:tcPr>
            <w:tcW w:w="2153" w:type="dxa"/>
            <w:vAlign w:val="center"/>
          </w:tcPr>
          <w:p w14:paraId="0D11BC1F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ERŐSSÉGEKRE ALAPOZVA</w:t>
            </w:r>
          </w:p>
          <w:p w14:paraId="7C6AB332" w14:textId="77777777" w:rsidR="00EC4D6D" w:rsidRPr="00252D24" w:rsidRDefault="00EC4D6D" w:rsidP="001375B2">
            <w:pP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252D24"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595959" w:themeColor="text1" w:themeTint="A6"/>
                <w:sz w:val="21"/>
                <w:szCs w:val="21"/>
                <w:lang w:val="hu-HU" w:eastAsia="hu-HU"/>
              </w:rPr>
              <w:t>Az intelligenciatesztek képességprofiljainak felhasználása az óvodai nevelés, iskolai oktatás során</w:t>
            </w:r>
          </w:p>
          <w:p w14:paraId="24697F60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2345" w:type="dxa"/>
            <w:vAlign w:val="center"/>
          </w:tcPr>
          <w:p w14:paraId="7E48433D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 xml:space="preserve">A WPPSI-IV., a WISC-IV. és a Leiter-3 intelligenciatesztek </w:t>
            </w:r>
            <w:r w:rsidRPr="001375B2">
              <w:rPr>
                <w:rFonts w:asciiTheme="majorHAnsi" w:eastAsia="Times New Roman" w:hAnsiTheme="majorHAnsi" w:cstheme="majorHAnsi"/>
                <w:b/>
                <w:bCs/>
                <w:color w:val="595959" w:themeColor="text1" w:themeTint="A6"/>
                <w:sz w:val="21"/>
                <w:szCs w:val="21"/>
                <w:lang w:val="hu-HU" w:eastAsia="hu-HU"/>
              </w:rPr>
              <w:t>eredményeinek értelmezése és gyakorlati alkalmazása az óvodai és iskolai nevelési helyzetekben</w:t>
            </w: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.</w:t>
            </w:r>
          </w:p>
        </w:tc>
        <w:tc>
          <w:tcPr>
            <w:tcW w:w="1661" w:type="dxa"/>
            <w:vAlign w:val="center"/>
          </w:tcPr>
          <w:p w14:paraId="3548724C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Pedagógusok, óvodapedagógusok, gyógypedagógusok és fejlesztőpedagógusok.</w:t>
            </w:r>
          </w:p>
        </w:tc>
        <w:tc>
          <w:tcPr>
            <w:tcW w:w="956" w:type="dxa"/>
            <w:vAlign w:val="center"/>
          </w:tcPr>
          <w:p w14:paraId="3755A042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  <w:r w:rsidRPr="001375B2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>50 fő</w:t>
            </w:r>
          </w:p>
          <w:p w14:paraId="6AF1C4DD" w14:textId="77777777" w:rsidR="00EC4D6D" w:rsidRPr="001375B2" w:rsidRDefault="00EC4D6D" w:rsidP="001375B2">
            <w:pPr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</w:pPr>
          </w:p>
        </w:tc>
        <w:tc>
          <w:tcPr>
            <w:tcW w:w="2628" w:type="dxa"/>
            <w:vAlign w:val="center"/>
          </w:tcPr>
          <w:p w14:paraId="581A37A9" w14:textId="0C0F2C4C" w:rsidR="00EC4D6D" w:rsidRPr="004F40D0" w:rsidRDefault="00EC4D6D" w:rsidP="001375B2">
            <w:pPr>
              <w:rPr>
                <w:rStyle w:val="Hiperhivatkozs"/>
                <w:lang w:val="hu-HU" w:eastAsia="hu-HU"/>
              </w:rPr>
            </w:pPr>
            <w:r w:rsidRPr="004D1F9D">
              <w:rPr>
                <w:rFonts w:asciiTheme="majorHAnsi" w:eastAsia="Times New Roman" w:hAnsiTheme="majorHAnsi" w:cstheme="majorHAnsi"/>
                <w:color w:val="595959" w:themeColor="text1" w:themeTint="A6"/>
                <w:sz w:val="21"/>
                <w:szCs w:val="21"/>
                <w:lang w:val="hu-HU" w:eastAsia="hu-HU"/>
              </w:rPr>
              <w:t xml:space="preserve">E-mailben: </w:t>
            </w:r>
            <w:hyperlink r:id="rId9" w:history="1">
              <w:r w:rsidRPr="004D1F9D">
                <w:rPr>
                  <w:rStyle w:val="Hiperhivatkozs"/>
                  <w:rFonts w:asciiTheme="majorHAnsi" w:hAnsiTheme="majorHAnsi" w:cstheme="majorHAnsi"/>
                  <w:sz w:val="21"/>
                  <w:szCs w:val="21"/>
                  <w:lang w:val="hu-HU" w:eastAsia="hu-HU"/>
                </w:rPr>
                <w:t>hevesi.eszter.szb@fpsz.net</w:t>
              </w:r>
            </w:hyperlink>
          </w:p>
          <w:p w14:paraId="00D64576" w14:textId="77777777" w:rsidR="00EC4D6D" w:rsidRPr="004F40D0" w:rsidRDefault="00EC4D6D" w:rsidP="001375B2">
            <w:pPr>
              <w:rPr>
                <w:rStyle w:val="Hiperhivatkozs"/>
                <w:lang w:val="hu-HU" w:eastAsia="hu-HU"/>
              </w:rPr>
            </w:pPr>
          </w:p>
          <w:p w14:paraId="37336508" w14:textId="77777777" w:rsidR="00EC4D6D" w:rsidRPr="004F40D0" w:rsidRDefault="00EC4D6D" w:rsidP="001375B2">
            <w:pPr>
              <w:rPr>
                <w:rStyle w:val="Hiperhivatkozs"/>
                <w:lang w:val="hu-HU" w:eastAsia="hu-HU"/>
              </w:rPr>
            </w:pPr>
          </w:p>
        </w:tc>
      </w:tr>
    </w:tbl>
    <w:p w14:paraId="35E82F1B" w14:textId="6CAD3F95" w:rsidR="009644EF" w:rsidRDefault="009644EF"/>
    <w:sectPr w:rsidR="009644EF" w:rsidSect="00800A09">
      <w:footerReference w:type="default" r:id="rId10"/>
      <w:pgSz w:w="16838" w:h="11906" w:orient="landscape"/>
      <w:pgMar w:top="993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7C121" w14:textId="77777777" w:rsidR="003A727D" w:rsidRDefault="003A727D" w:rsidP="00066645">
      <w:pPr>
        <w:spacing w:after="0" w:line="240" w:lineRule="auto"/>
      </w:pPr>
      <w:r>
        <w:separator/>
      </w:r>
    </w:p>
  </w:endnote>
  <w:endnote w:type="continuationSeparator" w:id="0">
    <w:p w14:paraId="2B48F565" w14:textId="77777777" w:rsidR="003A727D" w:rsidRDefault="003A727D" w:rsidP="00066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B39C" w14:textId="4BB5A9F9" w:rsidR="00066645" w:rsidRPr="001B0367" w:rsidRDefault="00066645" w:rsidP="001B0367">
    <w:pPr>
      <w:pStyle w:val="llb"/>
      <w:ind w:left="-1134"/>
      <w:rPr>
        <w:color w:val="AC4CA4"/>
      </w:rPr>
    </w:pP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Felhívjuk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szíves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figyelmüket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,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hogy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a 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rendezvényen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képfelvétel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készülhet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. A 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jelenléti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ív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aláírásával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,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illetve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a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rendezvényen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történő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részvétellel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Önök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megadják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h</w:t>
    </w:r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ozzájárulásukat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a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képfelvétel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 xml:space="preserve"> </w:t>
    </w:r>
    <w:proofErr w:type="spellStart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elkészítéséhez</w:t>
    </w:r>
    <w:proofErr w:type="spellEnd"/>
    <w:r w:rsidRPr="001B0367">
      <w:rPr>
        <w:rStyle w:val="normaltextrun"/>
        <w:rFonts w:ascii="Calibri" w:hAnsi="Calibri" w:cs="Calibri"/>
        <w:b/>
        <w:bCs/>
        <w:color w:val="AC4CA4"/>
        <w:shd w:val="clear" w:color="auto" w:fill="FFFFFF"/>
      </w:rPr>
      <w:t>. </w:t>
    </w:r>
    <w:r w:rsidRPr="001B0367">
      <w:rPr>
        <w:rStyle w:val="eop"/>
        <w:rFonts w:ascii="Calibri" w:hAnsi="Calibri" w:cs="Calibri"/>
        <w:color w:val="AC4CA4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53960" w14:textId="77777777" w:rsidR="003A727D" w:rsidRDefault="003A727D" w:rsidP="00066645">
      <w:pPr>
        <w:spacing w:after="0" w:line="240" w:lineRule="auto"/>
      </w:pPr>
      <w:r>
        <w:separator/>
      </w:r>
    </w:p>
  </w:footnote>
  <w:footnote w:type="continuationSeparator" w:id="0">
    <w:p w14:paraId="617186F1" w14:textId="77777777" w:rsidR="003A727D" w:rsidRDefault="003A727D" w:rsidP="00066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F81525"/>
    <w:multiLevelType w:val="multilevel"/>
    <w:tmpl w:val="AEEAB602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332FE0"/>
    <w:multiLevelType w:val="hybridMultilevel"/>
    <w:tmpl w:val="4790BCDC"/>
    <w:lvl w:ilvl="0" w:tplc="BEBE0F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02736"/>
    <w:multiLevelType w:val="hybridMultilevel"/>
    <w:tmpl w:val="C726A1DC"/>
    <w:lvl w:ilvl="0" w:tplc="B94AE4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C2E85"/>
    <w:multiLevelType w:val="hybridMultilevel"/>
    <w:tmpl w:val="62DE58C8"/>
    <w:lvl w:ilvl="0" w:tplc="50B6E8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791589">
    <w:abstractNumId w:val="8"/>
  </w:num>
  <w:num w:numId="2" w16cid:durableId="1300962051">
    <w:abstractNumId w:val="6"/>
  </w:num>
  <w:num w:numId="3" w16cid:durableId="1100877608">
    <w:abstractNumId w:val="5"/>
  </w:num>
  <w:num w:numId="4" w16cid:durableId="1606036926">
    <w:abstractNumId w:val="4"/>
  </w:num>
  <w:num w:numId="5" w16cid:durableId="803156751">
    <w:abstractNumId w:val="7"/>
  </w:num>
  <w:num w:numId="6" w16cid:durableId="2000644997">
    <w:abstractNumId w:val="3"/>
  </w:num>
  <w:num w:numId="7" w16cid:durableId="1561020631">
    <w:abstractNumId w:val="2"/>
  </w:num>
  <w:num w:numId="8" w16cid:durableId="974944376">
    <w:abstractNumId w:val="1"/>
  </w:num>
  <w:num w:numId="9" w16cid:durableId="2045252065">
    <w:abstractNumId w:val="0"/>
  </w:num>
  <w:num w:numId="10" w16cid:durableId="270552131">
    <w:abstractNumId w:val="9"/>
  </w:num>
  <w:num w:numId="11" w16cid:durableId="1719472614">
    <w:abstractNumId w:val="12"/>
  </w:num>
  <w:num w:numId="12" w16cid:durableId="1008484096">
    <w:abstractNumId w:val="10"/>
  </w:num>
  <w:num w:numId="13" w16cid:durableId="303001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CA3"/>
    <w:rsid w:val="0006063C"/>
    <w:rsid w:val="00066645"/>
    <w:rsid w:val="0009178C"/>
    <w:rsid w:val="00127A1C"/>
    <w:rsid w:val="001309B1"/>
    <w:rsid w:val="001375B2"/>
    <w:rsid w:val="0015074B"/>
    <w:rsid w:val="00172E42"/>
    <w:rsid w:val="001B0367"/>
    <w:rsid w:val="00252D24"/>
    <w:rsid w:val="0029639D"/>
    <w:rsid w:val="002A55EA"/>
    <w:rsid w:val="002E0FB2"/>
    <w:rsid w:val="00300C47"/>
    <w:rsid w:val="00307E8B"/>
    <w:rsid w:val="0031340F"/>
    <w:rsid w:val="00326F90"/>
    <w:rsid w:val="00344742"/>
    <w:rsid w:val="003A1D56"/>
    <w:rsid w:val="003A727D"/>
    <w:rsid w:val="003C1DA1"/>
    <w:rsid w:val="003D5BC2"/>
    <w:rsid w:val="004064A5"/>
    <w:rsid w:val="00414C07"/>
    <w:rsid w:val="00422FB4"/>
    <w:rsid w:val="004638FA"/>
    <w:rsid w:val="004824FA"/>
    <w:rsid w:val="004C644C"/>
    <w:rsid w:val="004D1F9D"/>
    <w:rsid w:val="004D3A45"/>
    <w:rsid w:val="004F40D0"/>
    <w:rsid w:val="00556439"/>
    <w:rsid w:val="00644903"/>
    <w:rsid w:val="00660E33"/>
    <w:rsid w:val="006906C8"/>
    <w:rsid w:val="006C7976"/>
    <w:rsid w:val="006D6DDE"/>
    <w:rsid w:val="007D79C2"/>
    <w:rsid w:val="007F2803"/>
    <w:rsid w:val="00800A09"/>
    <w:rsid w:val="009015E1"/>
    <w:rsid w:val="009106A8"/>
    <w:rsid w:val="009117EE"/>
    <w:rsid w:val="009644EF"/>
    <w:rsid w:val="00970845"/>
    <w:rsid w:val="00A14D13"/>
    <w:rsid w:val="00A20846"/>
    <w:rsid w:val="00A22592"/>
    <w:rsid w:val="00A425D3"/>
    <w:rsid w:val="00A738EA"/>
    <w:rsid w:val="00A92F05"/>
    <w:rsid w:val="00AA1D8D"/>
    <w:rsid w:val="00AB63C4"/>
    <w:rsid w:val="00B434A4"/>
    <w:rsid w:val="00B47730"/>
    <w:rsid w:val="00B921E6"/>
    <w:rsid w:val="00BA0D3E"/>
    <w:rsid w:val="00BB08E1"/>
    <w:rsid w:val="00BC1C31"/>
    <w:rsid w:val="00BC27A4"/>
    <w:rsid w:val="00BF61C2"/>
    <w:rsid w:val="00C21BBA"/>
    <w:rsid w:val="00C45E6A"/>
    <w:rsid w:val="00C553C2"/>
    <w:rsid w:val="00C74E31"/>
    <w:rsid w:val="00C86621"/>
    <w:rsid w:val="00C878C2"/>
    <w:rsid w:val="00CB0664"/>
    <w:rsid w:val="00CC4E12"/>
    <w:rsid w:val="00CD3CE1"/>
    <w:rsid w:val="00CD5DAC"/>
    <w:rsid w:val="00CE2668"/>
    <w:rsid w:val="00CF4BA2"/>
    <w:rsid w:val="00D4155D"/>
    <w:rsid w:val="00D75C9D"/>
    <w:rsid w:val="00DB0E81"/>
    <w:rsid w:val="00DD4568"/>
    <w:rsid w:val="00E11BF7"/>
    <w:rsid w:val="00EA6479"/>
    <w:rsid w:val="00EB78CC"/>
    <w:rsid w:val="00EC1628"/>
    <w:rsid w:val="00EC4D6D"/>
    <w:rsid w:val="00ED1265"/>
    <w:rsid w:val="00F00476"/>
    <w:rsid w:val="00F016F0"/>
    <w:rsid w:val="00F24009"/>
    <w:rsid w:val="00F657D7"/>
    <w:rsid w:val="00F900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F54BED"/>
  <w14:defaultImageDpi w14:val="300"/>
  <w15:docId w15:val="{2053F6DD-EC36-4B4C-AEDD-761D97C3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l"/>
    <w:rsid w:val="00EB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customStyle="1" w:styleId="normaltextrun">
    <w:name w:val="normaltextrun"/>
    <w:basedOn w:val="Bekezdsalapbettpusa"/>
    <w:rsid w:val="00EB78CC"/>
  </w:style>
  <w:style w:type="character" w:customStyle="1" w:styleId="eop">
    <w:name w:val="eop"/>
    <w:basedOn w:val="Bekezdsalapbettpusa"/>
    <w:rsid w:val="00EB78CC"/>
  </w:style>
  <w:style w:type="character" w:styleId="Hiperhivatkozs">
    <w:name w:val="Hyperlink"/>
    <w:basedOn w:val="Bekezdsalapbettpusa"/>
    <w:uiPriority w:val="99"/>
    <w:unhideWhenUsed/>
    <w:rsid w:val="00EB78C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B78CC"/>
    <w:rPr>
      <w:color w:val="605E5C"/>
      <w:shd w:val="clear" w:color="auto" w:fill="E1DFDD"/>
    </w:rPr>
  </w:style>
  <w:style w:type="character" w:customStyle="1" w:styleId="scxw218241176">
    <w:name w:val="scxw218241176"/>
    <w:basedOn w:val="Bekezdsalapbettpusa"/>
    <w:rsid w:val="00EA6479"/>
  </w:style>
  <w:style w:type="character" w:customStyle="1" w:styleId="scxw228828853">
    <w:name w:val="scxw228828853"/>
    <w:basedOn w:val="Bekezdsalapbettpusa"/>
    <w:rsid w:val="00127A1C"/>
  </w:style>
  <w:style w:type="paragraph" w:styleId="Csakszveg">
    <w:name w:val="Plain Text"/>
    <w:basedOn w:val="Norml"/>
    <w:link w:val="CsakszvegChar"/>
    <w:uiPriority w:val="99"/>
    <w:unhideWhenUsed/>
    <w:rsid w:val="00EC4D6D"/>
    <w:pPr>
      <w:spacing w:after="0" w:line="240" w:lineRule="auto"/>
    </w:pPr>
    <w:rPr>
      <w:rFonts w:ascii="Calibri" w:eastAsiaTheme="minorHAnsi" w:hAnsi="Calibri"/>
      <w:szCs w:val="21"/>
      <w:lang w:val="hu-HU"/>
    </w:rPr>
  </w:style>
  <w:style w:type="character" w:customStyle="1" w:styleId="CsakszvegChar">
    <w:name w:val="Csak szöveg Char"/>
    <w:basedOn w:val="Bekezdsalapbettpusa"/>
    <w:link w:val="Csakszveg"/>
    <w:uiPriority w:val="99"/>
    <w:rsid w:val="00EC4D6D"/>
    <w:rPr>
      <w:rFonts w:ascii="Calibri" w:eastAsiaTheme="minorHAnsi" w:hAnsi="Calibri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9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8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7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3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0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8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1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7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0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3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8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3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2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0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4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4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1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3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3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2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4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8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7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4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3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1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7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0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0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54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7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98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9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4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6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3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2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9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5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2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5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6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8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3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0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3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1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9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0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7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5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0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5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2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5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9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8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8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7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5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2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3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9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9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3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4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5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4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5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3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9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9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2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8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9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8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1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4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9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3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7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22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46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5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3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34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6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0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0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9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1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4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8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6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6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2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4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1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2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0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3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8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0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2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2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3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65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6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5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9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4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2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0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2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8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8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1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7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4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9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2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8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2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36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0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9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4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52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8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2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3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0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6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6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3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4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8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7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0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6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4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0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5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0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0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6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4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9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8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8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0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3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9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2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0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0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4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5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0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4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4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1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4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5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2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2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7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1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4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5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3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7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5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6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2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7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2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8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3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0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3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6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1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0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8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9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22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1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5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0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3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2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5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3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0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8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5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2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2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8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4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5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9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9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9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0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7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0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1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7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4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6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6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0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3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7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1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8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15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2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6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6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8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5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9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2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8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6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8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3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7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7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8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2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7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2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4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1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9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11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6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0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87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7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0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1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8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0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6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8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7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9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1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3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4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26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7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1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3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0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9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88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5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9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7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5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7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3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2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7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6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5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3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2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1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4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8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4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5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3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2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5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3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4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5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24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1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4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1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0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6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6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8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8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8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8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0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5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57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2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9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7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2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3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7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2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5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1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4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7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1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3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6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7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7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95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8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2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2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1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4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4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6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0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0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8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5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6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8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5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6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6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5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3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8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9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7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5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2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1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3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1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4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6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2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6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5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8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5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5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1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3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5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3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0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0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9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15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2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7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5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6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3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0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3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6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5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6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6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4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4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3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0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0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1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1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3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9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7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2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04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2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8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1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8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9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8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95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2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2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5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8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3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89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0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6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6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8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4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5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2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2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5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0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8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6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7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7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96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7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4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9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8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0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9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8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1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3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3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6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5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66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2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1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0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96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9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3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1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3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4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35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7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5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2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6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7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44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5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6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6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7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5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2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7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2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6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2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7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0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3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1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15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3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2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7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5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2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6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6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2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0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4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3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9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0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3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93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1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8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9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85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9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7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6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6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3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8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7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1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4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1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5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6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6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3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23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8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0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4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8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2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8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5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6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0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6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3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09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9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9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9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4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4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2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1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5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7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3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6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2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4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4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8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9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1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9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8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3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2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0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3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7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4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0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9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8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1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4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6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1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5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2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8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3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7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6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0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5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0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9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2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2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8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11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1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2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6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4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8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35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1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0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2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0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2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7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9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6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8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3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4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7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0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6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5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9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6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3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4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6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1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4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6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4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9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9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5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4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7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4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30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3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8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2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5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1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8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0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1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5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2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4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3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3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3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3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0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80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06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5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8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1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6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6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6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8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7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6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4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9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4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3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2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0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1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57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9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3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1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1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3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3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9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0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8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5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7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4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6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1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2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6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2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9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9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9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2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35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6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2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4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6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8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5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5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0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30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33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9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9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3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03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4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0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4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7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4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0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6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6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2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3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0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4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9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1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3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6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5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4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0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0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9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1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06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9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5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2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7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4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1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8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5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8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3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8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4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8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1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7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2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1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6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5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3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1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9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2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6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2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1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3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3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0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6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3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4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2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4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8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6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2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4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4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5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6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7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3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5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8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3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5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6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6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6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2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1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0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8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8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4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8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35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35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5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9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6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0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0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1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0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9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7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6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5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92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5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4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3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2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3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3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1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9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6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4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9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3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9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8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7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5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5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4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1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0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5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5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3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5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3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0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0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3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8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0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4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8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9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92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1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2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2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2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6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9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3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7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evesi.eszter.szb@fpsz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</Words>
  <Characters>1727</Characters>
  <Application>Microsoft Office Word</Application>
  <DocSecurity>0</DocSecurity>
  <Lines>14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Tóth-Kolozsvári Dorottya</cp:lastModifiedBy>
  <cp:revision>7</cp:revision>
  <dcterms:created xsi:type="dcterms:W3CDTF">2026-09-24T07:17:00Z</dcterms:created>
  <dcterms:modified xsi:type="dcterms:W3CDTF">2026-09-24T12:05:00Z</dcterms:modified>
  <cp:category/>
</cp:coreProperties>
</file>